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jpeg"/>
  <Override PartName="/word/media/image3.png" ContentType="image/jpeg"/>
  <Override PartName="/word/media/image7.png" ContentType="image/jpeg"/>
  <Override PartName="/word/media/image8.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90320" w14:textId="77777777" w:rsidR="00226CAC" w:rsidRDefault="00000000">
      <w:pPr>
        <w:spacing w:before="2400" w:after="120"/>
        <w:jc w:val="center"/>
      </w:pPr>
      <w:r>
        <w:rPr>
          <w:rFonts w:ascii="Nanum Gothic" w:eastAsia="Nanum Gothic" w:hAnsi="Nanum Gothic" w:cs="Nanum Gothic"/>
          <w:b/>
          <w:color w:val="024AD8"/>
          <w:sz w:val="28"/>
        </w:rPr>
        <w:t>AI Foundation</w:t>
      </w:r>
    </w:p>
    <w:p w14:paraId="0B59C888" w14:textId="77777777" w:rsidR="00226CAC" w:rsidRDefault="00000000">
      <w:pPr>
        <w:spacing w:before="80" w:after="120"/>
        <w:jc w:val="center"/>
      </w:pPr>
      <w:r>
        <w:rPr>
          <w:rFonts w:ascii="Nanum Gothic" w:eastAsia="Nanum Gothic" w:hAnsi="Nanum Gothic" w:cs="Nanum Gothic"/>
          <w:b/>
          <w:color w:val="1A1A1A"/>
          <w:sz w:val="56"/>
        </w:rPr>
        <w:t>생성형 AI 입문 &amp; AIR Studio 첫 만남</w:t>
      </w:r>
    </w:p>
    <w:p w14:paraId="0E6EBE16" w14:textId="77777777" w:rsidR="00226CAC" w:rsidRDefault="00000000">
      <w:pPr>
        <w:spacing w:before="40" w:after="40"/>
        <w:jc w:val="center"/>
      </w:pPr>
      <w:r>
        <w:rPr>
          <w:rFonts w:ascii="Nanum Gothic" w:eastAsia="Nanum Gothic" w:hAnsi="Nanum Gothic" w:cs="Nanum Gothic"/>
          <w:color w:val="666666"/>
          <w:sz w:val="32"/>
        </w:rPr>
        <w:t>학습자 교재 (Workbook)</w:t>
      </w:r>
    </w:p>
    <w:p w14:paraId="497EF9B4" w14:textId="77777777" w:rsidR="00226CAC" w:rsidRDefault="00000000">
      <w:pPr>
        <w:spacing w:after="800"/>
        <w:jc w:val="center"/>
      </w:pPr>
      <w:r>
        <w:rPr>
          <w:rFonts w:ascii="Nanum Gothic" w:eastAsia="Nanum Gothic" w:hAnsi="Nanum Gothic" w:cs="Nanum Gothic"/>
          <w:color w:val="666666"/>
        </w:rPr>
        <w:t>메가존클라우드 | MEGAZONE Cloud</w:t>
      </w:r>
    </w:p>
    <w:tbl>
      <w:tblPr>
        <w:tblStyle w:val="af9"/>
        <w:tblW w:w="0" w:type="auto"/>
        <w:tblLook w:val="04A0" w:firstRow="1" w:lastRow="0" w:firstColumn="1" w:lastColumn="0" w:noHBand="0" w:noVBand="1"/>
      </w:tblPr>
      <w:tblGrid>
        <w:gridCol w:w="4536"/>
        <w:gridCol w:w="4536"/>
      </w:tblGrid>
      <w:tr w:rsidR="00226CAC" w14:paraId="094A38B8" w14:textId="77777777">
        <w:tc>
          <w:tcPr>
            <w:tcW w:w="4536" w:type="dxa"/>
          </w:tcPr>
          <w:p w14:paraId="5696F8BC" w14:textId="77777777" w:rsidR="00226CAC" w:rsidRDefault="00000000">
            <w:pPr>
              <w:spacing w:before="60" w:after="60"/>
            </w:pPr>
            <w:r>
              <w:rPr>
                <w:rFonts w:ascii="Nanum Gothic" w:eastAsia="Nanum Gothic" w:hAnsi="Nanum Gothic" w:cs="Nanum Gothic"/>
                <w:b/>
                <w:color w:val="1A1A1A"/>
                <w:sz w:val="20"/>
              </w:rPr>
              <w:t>버전</w:t>
            </w:r>
          </w:p>
        </w:tc>
        <w:tc>
          <w:tcPr>
            <w:tcW w:w="4536" w:type="dxa"/>
          </w:tcPr>
          <w:p>
            <w:r>
              <w:rPr>
                <w:rFonts w:ascii="Nanum Gothic" w:hAnsi="Nanum Gothic" w:eastAsia="Nanum Gothic" w:cs="Nanum Gothic"/>
              </w:rPr>
              <w:t>v1.3</w:t>
            </w:r>
          </w:p>
        </w:tc>
      </w:tr>
      <w:tr w:rsidR="00226CAC" w14:paraId="0CBED9A2" w14:textId="77777777">
        <w:tc>
          <w:tcPr>
            <w:tcW w:w="4536" w:type="dxa"/>
          </w:tcPr>
          <w:p w14:paraId="7F6E9B52" w14:textId="77777777" w:rsidR="00226CAC" w:rsidRDefault="00000000">
            <w:pPr>
              <w:spacing w:before="60" w:after="60"/>
            </w:pPr>
            <w:r>
              <w:rPr>
                <w:rFonts w:ascii="Nanum Gothic" w:eastAsia="Nanum Gothic" w:hAnsi="Nanum Gothic" w:cs="Nanum Gothic"/>
                <w:b/>
                <w:color w:val="1A1A1A"/>
                <w:sz w:val="20"/>
              </w:rPr>
              <w:t>작성일</w:t>
            </w:r>
          </w:p>
        </w:tc>
        <w:tc>
          <w:tcPr>
            <w:tcW w:w="4536" w:type="dxa"/>
          </w:tcPr>
          <w:p w14:paraId="514986A2" w14:textId="77777777" w:rsidR="00226CAC" w:rsidRDefault="00000000">
            <w:pPr>
              <w:spacing w:before="60" w:after="60"/>
            </w:pPr>
            <w:r>
              <w:rPr>
                <w:rFonts w:ascii="Nanum Gothic" w:eastAsia="Nanum Gothic" w:hAnsi="Nanum Gothic" w:cs="Nanum Gothic"/>
                <w:color w:val="1A1A1A"/>
                <w:sz w:val="20"/>
              </w:rPr>
              <w:t>2026-06-12</w:t>
            </w:r>
          </w:p>
        </w:tc>
      </w:tr>
      <w:tr w:rsidR="00226CAC" w14:paraId="30CA4AAA" w14:textId="77777777">
        <w:tc>
          <w:tcPr>
            <w:tcW w:w="4536" w:type="dxa"/>
          </w:tcPr>
          <w:p w14:paraId="10AFDB18" w14:textId="77777777" w:rsidR="00226CAC" w:rsidRDefault="00000000">
            <w:pPr>
              <w:spacing w:before="60" w:after="60"/>
            </w:pPr>
            <w:r>
              <w:rPr>
                <w:rFonts w:ascii="Nanum Gothic" w:eastAsia="Nanum Gothic" w:hAnsi="Nanum Gothic" w:cs="Nanum Gothic"/>
                <w:b/>
                <w:color w:val="1A1A1A"/>
                <w:sz w:val="20"/>
              </w:rPr>
              <w:t>보안 등급</w:t>
            </w:r>
          </w:p>
        </w:tc>
        <w:tc>
          <w:tcPr>
            <w:tcW w:w="4536" w:type="dxa"/>
          </w:tcPr>
          <w:p w14:paraId="4574E6E2" w14:textId="77777777" w:rsidR="00226CAC" w:rsidRDefault="00000000">
            <w:pPr>
              <w:spacing w:before="60" w:after="60"/>
            </w:pPr>
            <w:r>
              <w:rPr>
                <w:rFonts w:ascii="Nanum Gothic" w:eastAsia="Nanum Gothic" w:hAnsi="Nanum Gothic" w:cs="Nanum Gothic"/>
                <w:color w:val="1A1A1A"/>
                <w:sz w:val="20"/>
              </w:rPr>
              <w:t>🔒 사내·교강사 한정</w:t>
            </w:r>
          </w:p>
        </w:tc>
      </w:tr>
      <w:tr w:rsidR="00226CAC" w14:paraId="122F9E16" w14:textId="77777777">
        <w:tc>
          <w:tcPr>
            <w:tcW w:w="4536" w:type="dxa"/>
          </w:tcPr>
          <w:p w14:paraId="5B9F1813" w14:textId="77777777" w:rsidR="00226CAC" w:rsidRDefault="00000000">
            <w:pPr>
              <w:spacing w:before="60" w:after="60"/>
            </w:pPr>
            <w:r>
              <w:rPr>
                <w:rFonts w:ascii="Nanum Gothic" w:eastAsia="Nanum Gothic" w:hAnsi="Nanum Gothic" w:cs="Nanum Gothic"/>
                <w:b/>
                <w:color w:val="1A1A1A"/>
                <w:sz w:val="20"/>
              </w:rPr>
              <w:t>과정</w:t>
            </w:r>
          </w:p>
        </w:tc>
        <w:tc>
          <w:tcPr>
            <w:tcW w:w="4536" w:type="dxa"/>
          </w:tcPr>
          <w:p w14:paraId="016B7336"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메가존클라우드 AI 캠퍼스 공통 트랙 AI Foundation</w:t>
            </w:r>
          </w:p>
        </w:tc>
      </w:tr>
      <w:tr w:rsidR="00226CAC" w14:paraId="767132B2" w14:textId="77777777">
        <w:tc>
          <w:tcPr>
            <w:tcW w:w="4536" w:type="dxa"/>
          </w:tcPr>
          <w:p w14:paraId="47D05FB3" w14:textId="77777777" w:rsidR="00226CAC" w:rsidRDefault="00000000">
            <w:pPr>
              <w:spacing w:before="60" w:after="60"/>
            </w:pPr>
            <w:r>
              <w:rPr>
                <w:rFonts w:ascii="Nanum Gothic" w:eastAsia="Nanum Gothic" w:hAnsi="Nanum Gothic" w:cs="Nanum Gothic"/>
                <w:b/>
                <w:color w:val="1A1A1A"/>
                <w:sz w:val="20"/>
              </w:rPr>
              <w:t>비고</w:t>
            </w:r>
          </w:p>
        </w:tc>
        <w:tc>
          <w:tcPr>
            <w:tcW w:w="4536" w:type="dxa"/>
          </w:tcPr>
          <w:p w14:paraId="1FF433B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학습자·강사 배포용 — 외부 배포 금지</w:t>
            </w:r>
          </w:p>
        </w:tc>
      </w:tr>
    </w:tbl>
    <w:p w14:paraId="6FB2C57B" w14:textId="77777777" w:rsidR="00226CAC" w:rsidRDefault="00000000">
      <w:pPr>
        <w:rPr>
          <w:rFonts w:eastAsia="Nanum Gothic"/>
          <w:lang w:eastAsia="ko-KR"/>
        </w:rPr>
      </w:pPr>
      <w:r>
        <w:rPr>
          <w:rFonts w:eastAsia="Nanum Gothic"/>
          <w:lang w:eastAsia="ko-KR"/>
        </w:rPr>
        <w:br w:type="page"/>
      </w: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1. 시작하기</w:t>
            </w:r>
          </w:p>
          <w:p>
            <w:pPr>
              <w:spacing w:before="0" w:after="200" w:line="340" w:lineRule="exact"/>
            </w:pPr>
            <w:r>
              <w:rPr>
                <w:rFonts w:ascii="Nanum Gothic" w:hAnsi="Nanum Gothic" w:eastAsia="Nanum Gothic" w:cs="Nanum Gothic"/>
                <w:b w:val="0"/>
                <w:i/>
                <w:color w:val="C9E0FC"/>
                <w:sz w:val="26"/>
              </w:rPr>
              <w:t>생성형 AI를 이해하고 직접 확인하는 첫 학습 흐름</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직접 실행</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결과 비교</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완료 증거</w:t>
            </w:r>
          </w:p>
        </w:tc>
      </w:tr>
    </w:tbl>
    <w:p/>
    <w:p w14:paraId="384EF266"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lastRenderedPageBreak/>
        <w:t>1.1 ✏️ 이 교재를 읽는 법 (자기 학습 안내)</w:t>
      </w:r>
    </w:p>
    <w:p w14:paraId="47B6107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이 교재는 </w:t>
      </w:r>
      <w:r>
        <w:rPr>
          <w:rFonts w:ascii="Nanum Gothic" w:eastAsia="Nanum Gothic" w:hAnsi="Nanum Gothic" w:cs="Nanum Gothic"/>
          <w:b/>
          <w:color w:val="1A1A1A"/>
          <w:sz w:val="20"/>
          <w:lang w:eastAsia="ko-KR"/>
        </w:rPr>
        <w:t>강의 없이도 이해할 수 있도록</w:t>
      </w:r>
      <w:r>
        <w:rPr>
          <w:rFonts w:ascii="Nanum Gothic" w:eastAsia="Nanum Gothic" w:hAnsi="Nanum Gothic" w:cs="Nanum Gothic"/>
          <w:color w:val="1A1A1A"/>
          <w:sz w:val="20"/>
          <w:lang w:eastAsia="ko-KR"/>
        </w:rPr>
        <w:t xml:space="preserve"> 작성되었다. 다음 방식으로 읽으면 학습 효과가 높다.</w:t>
      </w:r>
    </w:p>
    <w:p w14:paraId="2EA378A8"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1. </w:t>
      </w:r>
      <w:r>
        <w:rPr>
          <w:rFonts w:ascii="Nanum Gothic" w:eastAsia="Nanum Gothic" w:hAnsi="Nanum Gothic" w:cs="Nanum Gothic"/>
          <w:b/>
          <w:color w:val="1A1A1A"/>
          <w:sz w:val="20"/>
          <w:lang w:eastAsia="ko-KR"/>
        </w:rPr>
        <w:t>질문 먼저</w:t>
      </w:r>
      <w:r>
        <w:rPr>
          <w:rFonts w:ascii="Nanum Gothic" w:eastAsia="Nanum Gothic" w:hAnsi="Nanum Gothic" w:cs="Nanum Gothic"/>
          <w:color w:val="1A1A1A"/>
          <w:sz w:val="20"/>
          <w:lang w:eastAsia="ko-KR"/>
        </w:rPr>
        <w:t>: 각 섹션 앞의 ❓ 질문을 읽고 먼저 본인 생각을 적어본다.</w:t>
      </w:r>
    </w:p>
    <w:p w14:paraId="5058986D"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2. </w:t>
      </w:r>
      <w:r>
        <w:rPr>
          <w:rFonts w:ascii="Nanum Gothic" w:eastAsia="Nanum Gothic" w:hAnsi="Nanum Gothic" w:cs="Nanum Gothic"/>
          <w:b/>
          <w:color w:val="1A1A1A"/>
          <w:sz w:val="20"/>
          <w:lang w:eastAsia="ko-KR"/>
        </w:rPr>
        <w:t>비유 확인</w:t>
      </w:r>
      <w:r>
        <w:rPr>
          <w:rFonts w:ascii="Nanum Gothic" w:eastAsia="Nanum Gothic" w:hAnsi="Nanum Gothic" w:cs="Nanum Gothic"/>
          <w:color w:val="1A1A1A"/>
          <w:sz w:val="20"/>
          <w:lang w:eastAsia="ko-KR"/>
        </w:rPr>
        <w:t xml:space="preserve">: </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비유</w:t>
      </w:r>
      <w:r>
        <w:rPr>
          <w:rFonts w:ascii="Nanum Gothic" w:eastAsia="Nanum Gothic" w:hAnsi="Nanum Gothic" w:cs="Nanum Gothic"/>
          <w:color w:val="1A1A1A"/>
          <w:sz w:val="20"/>
          <w:lang w:eastAsia="ko-KR"/>
        </w:rPr>
        <w:t xml:space="preserve"> 박스는 개념을 IT 직무 경험에 연결한다. 비유가 맞지 않으면 강사에게 더 나은 비유를 제안한다.</w:t>
      </w:r>
    </w:p>
    <w:p w14:paraId="306D5A5E"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3. 학습일지 연동:</w:t>
      </w:r>
      <w:r>
        <w:rPr>
          <w:rFonts w:ascii="Nanum Gothic" w:eastAsia="Nanum Gothic" w:hAnsi="Nanum Gothic" w:cs="Nanum Gothic"/>
          <w:b/>
          <w:color w:val="1A1A1A"/>
          <w:sz w:val="20"/>
          <w:lang w:eastAsia="ko-KR"/>
        </w:rPr>
        <w:t/>
      </w:r>
      <w:r>
        <w:rPr>
          <w:rFonts w:ascii="Nanum Gothic" w:eastAsia="Nanum Gothic" w:hAnsi="Nanum Gothic" w:cs="Nanum Gothic"/>
          <w:color w:val="1A1A1A"/>
          <w:sz w:val="20"/>
          <w:lang w:eastAsia="ko-KR"/>
        </w:rPr>
        <w:t> 교재를 읽으면서 학습일지 칸을 함께 채운다.</w:t>
      </w:r>
    </w:p>
    <w:tbl>
      <w:tblPr>
        <w:tblStyle w:val="af9"/>
        <w:tblW w:w="0" w:type="auto"/>
        <w:tblLayout w:type="fixed"/>
        <w:tblLook w:val="04A0" w:firstRow="1" w:lastRow="0" w:firstColumn="1" w:lastColumn="0" w:noHBand="0" w:noVBand="1"/>
      </w:tblPr>
      <w:tblGrid>
        <w:gridCol w:w="400"/>
        <w:gridCol w:w="8672"/>
      </w:tblGrid>
      <w:tr w:rsidR="00226CAC" w14:paraId="0A90BD65" w14:textId="77777777">
        <w:tc>
          <w:tcPr>
            <w:tcW w:w="400" w:type="dxa"/>
            <w:shd w:val="clear" w:color="auto" w:fill="C05621"/>
          </w:tcPr>
          <w:p w14:paraId="6E309C97" w14:textId="77777777" w:rsidR="00226CAC" w:rsidRDefault="00226CAC">
            <w:pPr>
              <w:spacing w:before="80" w:after="80"/>
              <w:rPr>
                <w:rFonts w:eastAsia="Nanum Gothic"/>
                <w:lang w:eastAsia="ko-KR"/>
              </w:rPr>
            </w:pPr>
          </w:p>
        </w:tc>
        <w:tc>
          <w:tcPr>
            <w:tcW w:w="8672" w:type="dxa"/>
            <w:shd w:val="clear" w:color="auto" w:fill="FFF7E6"/>
          </w:tcPr>
          <w:p w14:paraId="59F441E4" w14:textId="77777777" w:rsidR="00226CAC" w:rsidRDefault="00000000">
            <w:pPr>
              <w:spacing w:before="80" w:after="80"/>
              <w:rPr>
                <w:rFonts w:eastAsia="Nanum Gothic"/>
                <w:lang w:eastAsia="ko-KR"/>
              </w:rPr>
            </w:pPr>
            <w:r>
              <w:rPr>
                <w:rFonts w:ascii="Nanum Gothic" w:eastAsia="Nanum Gothic" w:hAnsi="Nanum Gothic" w:cs="Nanum Gothic"/>
                <w:b/>
                <w:color w:val="C05621"/>
                <w:sz w:val="20"/>
                <w:lang w:eastAsia="ko-KR"/>
              </w:rPr>
              <w:t>⚠️ 주의</w:t>
            </w:r>
            <w:r>
              <w:rPr>
                <w:rFonts w:ascii="Apple SD Gothic Neo" w:eastAsia="Nanum Gothic" w:hAnsi="Apple SD Gothic Neo" w:cs="Apple SD Gothic Neo"/>
                <w:b/>
                <w:color w:val="C05621"/>
                <w:sz w:val="20"/>
                <w:lang w:eastAsia="ko-KR"/>
              </w:rPr>
              <w:br/>
            </w:r>
            <w:r>
              <w:rPr>
                <w:rFonts w:ascii="Nanum Gothic" w:eastAsia="Nanum Gothic" w:hAnsi="Nanum Gothic" w:cs="Nanum Gothic"/>
                <w:color w:val="1A1A1A"/>
                <w:sz w:val="20"/>
                <w:lang w:eastAsia="ko-KR"/>
              </w:rPr>
              <w:t>학습일지의 3칸은 반드시 본인이 직접 작성해야 한다. AI가 대신 쓰면 여러분 자신의 "현재 위치"를 알 수 없게 된다.</w:t>
            </w:r>
          </w:p>
        </w:tc>
      </w:tr>
    </w:tbl>
    <w:p w14:paraId="6DBE7EF1" w14:textId="77777777" w:rsidR="00226CAC" w:rsidRDefault="00226CAC">
      <w:pPr>
        <w:rPr>
          <w:rFonts w:eastAsia="Nanum Gothic"/>
          <w:lang w:eastAsia="ko-KR"/>
        </w:rPr>
      </w:pP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2. AI 변화와 학습 준비</w:t>
            </w:r>
          </w:p>
          <w:p>
            <w:pPr>
              <w:spacing w:before="0" w:after="200" w:line="340" w:lineRule="exact"/>
            </w:pPr>
            <w:r>
              <w:rPr>
                <w:rFonts w:ascii="Nanum Gothic" w:hAnsi="Nanum Gothic" w:eastAsia="Nanum Gothic" w:cs="Nanum Gothic"/>
                <w:b w:val="0"/>
                <w:i/>
                <w:color w:val="C9E0FC"/>
                <w:sz w:val="26"/>
              </w:rPr>
              <w:t>기술 변화 속에서 내가 배울 이유와 역할을 찾는다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현재 인식</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변화 해석</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학습 목표</w:t>
            </w:r>
          </w:p>
        </w:tc>
      </w:tr>
    </w:tbl>
    <w:p/>
    <w:p w14:paraId="4018C6AE" w14:textId="1FCA803A" w:rsidR="00226CAC" w:rsidRDefault="00000000">
      <w:pPr>
        <w:pBdr>
          <w:bottom w:val="single" w:sz="4" w:space="1" w:color="024AD8"/>
        </w:pBdr>
        <w:spacing w:before="280" w:after="80"/>
        <w:rPr>
          <w:rFonts w:hint="eastAsia" w:eastAsia="Nanum Gothic"/>
          <w:lang w:eastAsia="ko-KR"/>
        </w:rPr>
      </w:pPr>
      <w:r>
        <w:rPr>
          <w:rFonts w:ascii="Nanum Gothic" w:eastAsia="Nanum Gothic" w:hAnsi="Nanum Gothic" w:cs="Nanum Gothic"/>
          <w:b/>
          <w:color w:val="024AD8"/>
          <w:sz w:val="36"/>
          <w:lang w:eastAsia="ko-KR"/>
        </w:rPr>
        <w:t>2.1 핵심 개념</w:t>
      </w:r>
      <w:r w:rsidR="00097C4A">
        <w:rPr>
          <w:rFonts w:ascii="Nanum Gothic" w:eastAsia="Nanum Gothic" w:hAnsi="Nanum Gothic" w:cs="Nanum Gothic" w:hint="eastAsia"/>
          <w:b/>
          <w:color w:val="024AD8"/>
          <w:sz w:val="36"/>
          <w:lang w:eastAsia="ko-KR"/>
        </w:rPr>
        <w:t xml:space="preserve"> </w:t>
      </w:r>
      <w:r w:rsidR="00097C4A" w:rsidRPr="00097C4A">
        <w:rPr>
          <w:rFonts w:ascii="Nanum Gothic" w:eastAsia="Nanum Gothic" w:hAnsi="Nanum Gothic" w:cs="Nanum Gothic"/>
          <w:b/>
          <w:color w:val="024AD8"/>
          <w:sz w:val="36"/>
          <w:lang w:eastAsia="ko-KR"/>
        </w:rPr>
        <w:t>—</w:t>
      </w:r>
      <w:r w:rsidR="00097C4A">
        <w:rPr>
          <w:rFonts w:ascii="Nanum Gothic" w:eastAsia="Nanum Gothic" w:hAnsi="Nanum Gothic" w:cs="Nanum Gothic" w:hint="eastAsia"/>
          <w:b/>
          <w:color w:val="024AD8"/>
          <w:sz w:val="36"/>
          <w:lang w:eastAsia="ko-KR"/>
        </w:rPr>
        <w:t xml:space="preserve"> </w:t>
      </w:r>
      <w:r w:rsidR="00097C4A">
        <w:rPr>
          <w:rFonts w:ascii="Nanum Gothic" w:eastAsia="Nanum Gothic" w:hAnsi="Nanum Gothic" w:cs="Nanum Gothic"/>
          <w:b/>
          <w:color w:val="024AD8"/>
          <w:sz w:val="36"/>
          <w:lang w:eastAsia="ko-KR"/>
        </w:rPr>
        <w:t xml:space="preserve">AI </w:t>
      </w:r>
      <w:r w:rsidR="00097C4A">
        <w:rPr>
          <w:rFonts w:ascii="Nanum Gothic" w:eastAsia="Nanum Gothic" w:hAnsi="Nanum Gothic" w:cs="Nanum Gothic" w:hint="eastAsia"/>
          <w:b/>
          <w:color w:val="024AD8"/>
          <w:sz w:val="36"/>
          <w:lang w:eastAsia="ko-KR"/>
        </w:rPr>
        <w:t>시대의 도래</w:t>
      </w:r>
    </w:p>
    <w:p w14:paraId="118AE70B" w14:textId="77777777" w:rsidR="00226CAC" w:rsidRDefault="00000000">
      <w:pPr>
        <w:spacing w:before="60" w:after="0"/>
        <w:jc w:val="center"/>
      </w:pPr>
      <w:r>
        <w:rPr>
          <w:rFonts w:eastAsia="Nanum Gothic"/>
          <w:noProof/>
        </w:rPr>
        <w:drawing>
          <wp:inline distT="0" distB="0" distL="0" distR="0" wp14:anchorId="29876520" wp14:editId="6364B2EC">
            <wp:extent cx="3056899" cy="3056899"/>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part1-01.png"/>
                    <pic:cNvPicPr/>
                  </pic:nvPicPr>
                  <pic:blipFill>
                    <a:blip r:embed="rId8"/>
                    <a:stretch>
                      <a:fillRect/>
                    </a:stretch>
                  </pic:blipFill>
                  <pic:spPr>
                    <a:xfrm>
                      <a:off x="0" y="0"/>
                      <a:ext cx="3099049" cy="3099049"/>
                    </a:xfrm>
                    <a:prstGeom prst="rect">
                      <a:avLst/>
                    </a:prstGeom>
                  </pic:spPr>
                </pic:pic>
              </a:graphicData>
            </a:graphic>
          </wp:inline>
        </w:drawing>
      </w:r>
    </w:p>
    <w:p w14:paraId="18CE3EB4" w14:textId="77777777" w:rsidR="00226CAC" w:rsidRDefault="00000000">
      <w:pPr>
        <w:spacing w:after="80"/>
        <w:jc w:val="center"/>
        <w:rPr>
          <w:rFonts w:eastAsia="Nanum Gothic"/>
          <w:lang w:eastAsia="ko-KR"/>
        </w:rPr>
      </w:pPr>
      <w:r>
        <w:rPr>
          <w:rFonts w:ascii="Nanum Gothic" w:eastAsia="Nanum Gothic" w:hAnsi="Nanum Gothic" w:cs="Nanum Gothic"/>
          <w:i/>
          <w:color w:val="666666"/>
          <w:sz w:val="16"/>
          <w:lang w:eastAsia="ko-KR"/>
        </w:rPr>
        <w:t>WEF Future of Jobs 2025: 신규 창출 170M·소멸 92M·순증 78M 일자리 변화</w:t>
      </w:r>
    </w:p>
    <w:p w14:paraId="3B485196"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2.1.1 지금 이 순간이 왜 중요한가 — 역사적 맥락</w:t>
      </w:r>
    </w:p>
    <w:p w14:paraId="606ECB4C"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AI 전환의 속도: 이전 기술 혁명과 무엇이 다른가</w:t>
      </w:r>
    </w:p>
    <w:tbl>
      <w:tblPr>
        <w:tblStyle w:val="af9"/>
        <w:tblW w:w="0" w:type="auto"/>
        <w:tblLayout w:type="fixed"/>
        <w:tblLook w:val="04A0" w:firstRow="1" w:lastRow="0" w:firstColumn="1" w:lastColumn="0" w:noHBand="0" w:noVBand="1"/>
      </w:tblPr>
      <w:tblGrid>
        <w:gridCol w:w="400"/>
        <w:gridCol w:w="8672"/>
      </w:tblGrid>
      <w:tr w:rsidR="00226CAC" w14:paraId="4B16153A" w14:textId="77777777">
        <w:tc>
          <w:tcPr>
            <w:tcW w:w="400" w:type="dxa"/>
            <w:shd w:val="clear" w:color="auto" w:fill="6B46C1"/>
          </w:tcPr>
          <w:p w14:paraId="1579FA5A" w14:textId="77777777" w:rsidR="00226CAC" w:rsidRDefault="00226CAC">
            <w:pPr>
              <w:spacing w:before="80" w:after="80"/>
              <w:rPr>
                <w:rFonts w:eastAsia="Nanum Gothic"/>
                <w:lang w:eastAsia="ko-KR"/>
              </w:rPr>
            </w:pPr>
          </w:p>
        </w:tc>
        <w:tc>
          <w:tcPr>
            <w:tcW w:w="8672" w:type="dxa"/>
            <w:shd w:val="clear" w:color="auto" w:fill="F3EEFB"/>
          </w:tcPr>
          <w:p w14:paraId="03861D13" w14:textId="7777777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"지금까지 기술 발전이 일자리를 없앤다는 경고는 여러 번 있었다. 이번엔 무엇이 다를까?"</w:t>
            </w:r>
          </w:p>
        </w:tc>
      </w:tr>
    </w:tbl>
    <w:p w14:paraId="29393C2C" w14:textId="77777777" w:rsidR="00226CAC" w:rsidRDefault="00226CAC">
      <w:pPr>
        <w:rPr>
          <w:rFonts w:eastAsia="Nanum Gothic"/>
          <w:lang w:eastAsia="ko-KR"/>
        </w:rPr>
      </w:pPr>
    </w:p>
    <w:p w14:paraId="13C61F41"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역사적으로 기술 변화는 일부 직업을 대체하면서 새로운 직업을 창출해왔다. 증기기관이 마부를 줄였지만 기관사·철도 노동자를 만들었고, PC가 타자수를 없앴지만 워드프로세서 전문가를 만들었다. 인터넷은 오프라인 소매업을 위협했지만 디지털 마케터·데이터 분석가·풀스택 개발자를 새로 탄생시켰다.</w:t>
      </w:r>
    </w:p>
    <w:p w14:paraId="32A9CE17"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lastRenderedPageBreak/>
        <w:t>그렇다면 AI는 왜 다른가?</w:t>
      </w:r>
    </w:p>
    <w:p w14:paraId="37541B2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세 가지 특징이 이번 전환을 이전과 구별한다.</w:t>
      </w:r>
    </w:p>
    <w:p w14:paraId="30A275FE"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① 영향 범위</w:t>
      </w:r>
      <w:r>
        <w:rPr>
          <w:rFonts w:ascii="Nanum Gothic" w:eastAsia="Nanum Gothic" w:hAnsi="Nanum Gothic" w:cs="Nanum Gothic"/>
          <w:color w:val="1A1A1A"/>
          <w:sz w:val="20"/>
          <w:lang w:eastAsia="ko-KR"/>
        </w:rPr>
        <w:t xml:space="preserve">: 육체 노동 → 반복적 인지 노동 → 창의·전문직 순으로 자동화가 확산되어 왔다. AI는 법률 문서 검토·코드 작성·의료 진단·보고서 초안 작성 등 </w:t>
      </w:r>
      <w:r>
        <w:rPr>
          <w:rFonts w:ascii="Nanum Gothic" w:eastAsia="Nanum Gothic" w:hAnsi="Nanum Gothic" w:cs="Nanum Gothic"/>
          <w:b/>
          <w:color w:val="1A1A1A"/>
          <w:sz w:val="20"/>
          <w:lang w:eastAsia="ko-KR"/>
        </w:rPr>
        <w:t>고숙련 인지 업무</w:t>
      </w:r>
      <w:r>
        <w:rPr>
          <w:rFonts w:ascii="Nanum Gothic" w:eastAsia="Nanum Gothic" w:hAnsi="Nanum Gothic" w:cs="Nanum Gothic"/>
          <w:color w:val="1A1A1A"/>
          <w:sz w:val="20"/>
          <w:lang w:eastAsia="ko-KR"/>
        </w:rPr>
        <w:t>에도 영향을 미친다. 과거 자동화는 "공장 노동자"를 대상으로 했다. 지금은 "대학 졸업자"의 업무에도 영향이 미친다.</w:t>
      </w:r>
    </w:p>
    <w:p w14:paraId="63956E68"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② 속도</w:t>
      </w:r>
      <w:r>
        <w:rPr>
          <w:rFonts w:ascii="Nanum Gothic" w:eastAsia="Nanum Gothic" w:hAnsi="Nanum Gothic" w:cs="Nanum Gothic"/>
          <w:color w:val="1A1A1A"/>
          <w:sz w:val="20"/>
          <w:lang w:eastAsia="ko-KR"/>
        </w:rPr>
        <w:t>: ChatGPT는 2022년 11월 출시 후 5일 만에 사용자 100만 명을 돌파했다. 전화기는 100만 명 도달에 75년, TV는 13년, 인터넷은 4년이 걸렸다. 기술이 확산되는 속도가 빨라질수록 적응할 시간이 줄어든다.</w:t>
      </w:r>
    </w:p>
    <w:p w14:paraId="76B98383"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③ 범용성 (General Purpose Technology)</w:t>
      </w:r>
      <w:r>
        <w:rPr>
          <w:rFonts w:ascii="Nanum Gothic" w:eastAsia="Nanum Gothic" w:hAnsi="Nanum Gothic" w:cs="Nanum Gothic"/>
          <w:color w:val="1A1A1A"/>
          <w:sz w:val="20"/>
          <w:lang w:eastAsia="ko-KR"/>
        </w:rPr>
        <w:t xml:space="preserve">: AI는 특정 산업에 한정된 도구가 아니다. 제조·금융·의료·교육·법률·엔터테인먼트 등 거의 모든 분야에서 동시에 적용된다. 이러한 </w:t>
      </w:r>
      <w:r>
        <w:rPr>
          <w:rFonts w:ascii="Nanum Gothic" w:eastAsia="Nanum Gothic" w:hAnsi="Nanum Gothic" w:cs="Nanum Gothic"/>
          <w:b/>
          <w:color w:val="1A1A1A"/>
          <w:sz w:val="20"/>
          <w:lang w:eastAsia="ko-KR"/>
        </w:rPr>
        <w:t>범용 기술(General Purpose Technology)</w:t>
      </w:r>
      <w:r>
        <w:rPr>
          <w:rFonts w:ascii="Nanum Gothic" w:eastAsia="Nanum Gothic" w:hAnsi="Nanum Gothic" w:cs="Nanum Gothic"/>
          <w:color w:val="1A1A1A"/>
          <w:sz w:val="20"/>
          <w:lang w:eastAsia="ko-KR"/>
        </w:rPr>
        <w:t>은 경제 전반을 재편하는 힘을 갖는다.</w:t>
      </w:r>
    </w:p>
    <w:tbl>
      <w:tblPr>
        <w:tblStyle w:val="af9"/>
        <w:tblW w:w="0" w:type="auto"/>
        <w:tblLayout w:type="fixed"/>
        <w:tblLook w:val="04A0" w:firstRow="1" w:lastRow="0" w:firstColumn="1" w:lastColumn="0" w:noHBand="0" w:noVBand="1"/>
      </w:tblPr>
      <w:tblGrid>
        <w:gridCol w:w="400"/>
        <w:gridCol w:w="8672"/>
      </w:tblGrid>
      <w:tr w:rsidR="00226CAC" w14:paraId="5931507B" w14:textId="77777777">
        <w:tc>
          <w:tcPr>
            <w:tcW w:w="400" w:type="dxa"/>
            <w:shd w:val="clear" w:color="auto" w:fill="0F9D8C"/>
          </w:tcPr>
          <w:p w14:paraId="45F742D5" w14:textId="77777777" w:rsidR="00226CAC" w:rsidRDefault="00226CAC">
            <w:pPr>
              <w:spacing w:before="80" w:after="80"/>
              <w:rPr>
                <w:rFonts w:eastAsia="Nanum Gothic"/>
                <w:lang w:eastAsia="ko-KR"/>
              </w:rPr>
            </w:pPr>
          </w:p>
        </w:tc>
        <w:tc>
          <w:tcPr>
            <w:tcW w:w="8672" w:type="dxa"/>
            <w:shd w:val="clear" w:color="auto" w:fill="E6F7F4"/>
          </w:tcPr>
          <w:p w14:paraId="39CBC42A" w14:textId="77777777" w:rsidR="00226CAC" w:rsidRDefault="00000000">
            <w:pPr>
              <w:spacing w:before="80" w:after="80"/>
              <w:rPr>
                <w:rFonts w:eastAsia="Nanum Gothic"/>
                <w:lang w:eastAsia="ko-KR"/>
              </w:rPr>
            </w:pPr>
            <w:r>
              <w:rPr>
                <w:rFonts w:ascii="Nanum Gothic" w:eastAsia="Nanum Gothic" w:hAnsi="Nanum Gothic" w:cs="Nanum Gothic"/>
                <w:b/>
                <w:color w:val="0F9D8C"/>
                <w:sz w:val="20"/>
                <w:lang w:eastAsia="ko-KR"/>
              </w:rPr>
              <w:t>💡 비유</w:t>
            </w:r>
            <w:r>
              <w:rPr>
                <w:rFonts w:ascii="Apple SD Gothic Neo" w:eastAsia="Nanum Gothic" w:hAnsi="Apple SD Gothic Neo" w:cs="Apple SD Gothic Neo"/>
                <w:b/>
                <w:color w:val="0F9D8C"/>
                <w:sz w:val="20"/>
                <w:lang w:eastAsia="ko-KR"/>
              </w:rPr>
              <w:br/>
            </w:r>
            <w:r>
              <w:rPr>
                <w:rFonts w:ascii="Nanum Gothic" w:eastAsia="Nanum Gothic" w:hAnsi="Nanum Gothic" w:cs="Nanum Gothic"/>
                <w:color w:val="1A1A1A"/>
                <w:sz w:val="20"/>
                <w:lang w:eastAsia="ko-KR"/>
              </w:rPr>
              <w:t xml:space="preserve">SQL 등장 이전 데이터베이스 조회는 특수 엔지니어만의 작업이었다. SQL이 범용 표준이 되면서 마케터·기획자·분석가도 데이터를 직접 다루게 되었다. AI는 이보다 더 넓은 범위에서 "전문 기술 진입 장벽"을 낮추고 있다. 다만 장벽이 낮아진다는 것은 "누구나 쓸 수 있다"는 뜻이기도 하므로, </w:t>
            </w:r>
            <w:r>
              <w:rPr>
                <w:rFonts w:ascii="Nanum Gothic" w:eastAsia="Nanum Gothic" w:hAnsi="Nanum Gothic" w:cs="Nanum Gothic"/>
                <w:b/>
                <w:color w:val="1A1A1A"/>
                <w:sz w:val="20"/>
                <w:lang w:eastAsia="ko-KR"/>
              </w:rPr>
              <w:t>AI를 얼마나 잘 쓰느냐</w:t>
            </w:r>
            <w:r>
              <w:rPr>
                <w:rFonts w:ascii="Nanum Gothic" w:eastAsia="Nanum Gothic" w:hAnsi="Nanum Gothic" w:cs="Nanum Gothic"/>
                <w:color w:val="1A1A1A"/>
                <w:sz w:val="20"/>
                <w:lang w:eastAsia="ko-KR"/>
              </w:rPr>
              <w:t>가 경쟁력이 된다.</w:t>
            </w:r>
          </w:p>
        </w:tc>
      </w:tr>
    </w:tbl>
    <w:p w14:paraId="53E954A0" w14:textId="77777777" w:rsidR="00226CAC" w:rsidRDefault="00226CAC">
      <w:pPr>
        <w:rPr>
          <w:rFonts w:eastAsia="Nanum Gothic"/>
          <w:lang w:eastAsia="ko-KR"/>
        </w:rPr>
      </w:pPr>
    </w:p>
    <w:p w14:paraId="39606514" w14:textId="04AC12AC" w:rsidR="00226CAC" w:rsidRDefault="0080496C">
      <w:pPr>
        <w:spacing w:before="60" w:after="60"/>
      </w:pPr>
      <w:r>
        <w:rPr>
          <w:rFonts w:ascii="Nanum Gothic" w:eastAsia="Nanum Gothic" w:hAnsi="Nanum Gothic" w:cs="Nanum Gothic" w:hint="eastAsia"/>
          <w:b/>
          <w:color w:val="1A1A1A"/>
          <w:sz w:val="20"/>
          <w:lang w:eastAsia="ko-KR"/>
        </w:rPr>
        <w:t>연</w:t>
      </w:r>
      <w:r>
        <w:rPr>
          <w:rFonts w:ascii="Nanum Gothic" w:eastAsia="Nanum Gothic" w:hAnsi="Nanum Gothic" w:cs="Nanum Gothic"/>
          <w:b/>
          <w:color w:val="1A1A1A"/>
          <w:sz w:val="20"/>
        </w:rPr>
        <w:t xml:space="preserve">표: 생성형 AI의 </w:t>
      </w:r>
      <w:r>
        <w:rPr>
          <w:rFonts w:ascii="Nanum Gothic" w:eastAsia="Nanum Gothic" w:hAnsi="Nanum Gothic" w:cs="Nanum Gothic" w:hint="eastAsia"/>
          <w:b/>
          <w:color w:val="1A1A1A"/>
          <w:sz w:val="20"/>
          <w:lang w:eastAsia="ko-KR"/>
        </w:rPr>
        <w:t>10</w:t>
      </w:r>
      <w:r>
        <w:rPr>
          <w:rFonts w:ascii="Nanum Gothic" w:eastAsia="Nanum Gothic" w:hAnsi="Nanum Gothic" w:cs="Nanum Gothic"/>
          <w:b/>
          <w:color w:val="1A1A1A"/>
          <w:sz w:val="20"/>
        </w:rPr>
        <w:t>년</w:t>
      </w:r>
    </w:p>
    <w:tbl>
      <w:tblPr>
        <w:tblStyle w:val="af9"/>
        <w:tblW w:w="0" w:type="auto"/>
        <w:tblLook w:val="04A0" w:firstRow="1" w:lastRow="0" w:firstColumn="1" w:lastColumn="0" w:noHBand="0" w:noVBand="1"/>
      </w:tblPr>
      <w:tblGrid>
        <w:gridCol w:w="4536"/>
        <w:gridCol w:w="4536"/>
      </w:tblGrid>
      <w:tr w:rsidR="00226CAC" w14:paraId="0F87BEE9" w14:textId="77777777" w:rsidTr="0080496C">
        <w:tc>
          <w:tcPr>
            <w:tcW w:w="4536" w:type="dxa"/>
            <w:shd w:val="clear" w:color="auto" w:fill="024AD8"/>
          </w:tcPr>
          <w:p w14:paraId="421279C5" w14:textId="77777777" w:rsidR="00226CAC" w:rsidRDefault="00000000">
            <w:pPr>
              <w:spacing w:before="60" w:after="60"/>
            </w:pPr>
            <w:r>
              <w:rPr>
                <w:rFonts w:ascii="Nanum Gothic" w:eastAsia="Nanum Gothic" w:hAnsi="Nanum Gothic" w:cs="Nanum Gothic"/>
                <w:b/>
                <w:color w:val="FFFFFF"/>
                <w:sz w:val="20"/>
              </w:rPr>
              <w:t>연도</w:t>
            </w:r>
          </w:p>
        </w:tc>
        <w:tc>
          <w:tcPr>
            <w:tcW w:w="4536" w:type="dxa"/>
            <w:shd w:val="clear" w:color="auto" w:fill="024AD8"/>
          </w:tcPr>
          <w:p w14:paraId="59D65BAC" w14:textId="77777777" w:rsidR="00226CAC" w:rsidRDefault="00000000">
            <w:pPr>
              <w:spacing w:before="60" w:after="60"/>
            </w:pPr>
            <w:r>
              <w:rPr>
                <w:rFonts w:ascii="Nanum Gothic" w:eastAsia="Nanum Gothic" w:hAnsi="Nanum Gothic" w:cs="Nanum Gothic"/>
                <w:b/>
                <w:color w:val="FFFFFF"/>
                <w:sz w:val="20"/>
              </w:rPr>
              <w:t>이벤트</w:t>
            </w:r>
          </w:p>
        </w:tc>
      </w:tr>
      <w:tr w:rsidR="00226CAC" w14:paraId="3836AA66" w14:textId="77777777" w:rsidTr="0080496C">
        <w:tc>
          <w:tcPr>
            <w:tcW w:w="4536" w:type="dxa"/>
          </w:tcPr>
          <w:p w14:paraId="65B3B9EC" w14:textId="77777777" w:rsidR="00226CAC" w:rsidRDefault="00000000">
            <w:pPr>
              <w:spacing w:before="60" w:after="60"/>
            </w:pPr>
            <w:r>
              <w:rPr>
                <w:rFonts w:ascii="Nanum Gothic" w:eastAsia="Nanum Gothic" w:hAnsi="Nanum Gothic" w:cs="Nanum Gothic"/>
                <w:color w:val="1A1A1A"/>
                <w:sz w:val="20"/>
              </w:rPr>
              <w:t>2017</w:t>
            </w:r>
          </w:p>
        </w:tc>
        <w:tc>
          <w:tcPr>
            <w:tcW w:w="4536" w:type="dxa"/>
          </w:tcPr>
          <w:p w14:paraId="3AF0854D" w14:textId="77777777" w:rsidR="00226CAC" w:rsidRDefault="00000000">
            <w:pPr>
              <w:spacing w:before="60" w:after="60"/>
            </w:pPr>
            <w:r>
              <w:rPr>
                <w:rFonts w:ascii="Nanum Gothic" w:eastAsia="Nanum Gothic" w:hAnsi="Nanum Gothic" w:cs="Nanum Gothic"/>
                <w:color w:val="1A1A1A"/>
                <w:sz w:val="20"/>
              </w:rPr>
              <w:t>Google, Transformer 아키텍처 논문 발표 ("Attention is All You Need")</w:t>
            </w:r>
          </w:p>
        </w:tc>
      </w:tr>
      <w:tr w:rsidR="00226CAC" w14:paraId="2981B77B" w14:textId="77777777" w:rsidTr="0080496C">
        <w:tc>
          <w:tcPr>
            <w:tcW w:w="4536" w:type="dxa"/>
          </w:tcPr>
          <w:p w14:paraId="2433D336" w14:textId="77777777" w:rsidR="00226CAC" w:rsidRDefault="00000000">
            <w:pPr>
              <w:spacing w:before="60" w:after="60"/>
            </w:pPr>
            <w:r>
              <w:rPr>
                <w:rFonts w:ascii="Nanum Gothic" w:eastAsia="Nanum Gothic" w:hAnsi="Nanum Gothic" w:cs="Nanum Gothic"/>
                <w:color w:val="1A1A1A"/>
                <w:sz w:val="20"/>
              </w:rPr>
              <w:t>2018</w:t>
            </w:r>
          </w:p>
        </w:tc>
        <w:tc>
          <w:tcPr>
            <w:tcW w:w="4536" w:type="dxa"/>
          </w:tcPr>
          <w:p w14:paraId="733A956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OpenAI, GPT-1 출시 (1.17억 파라미터)</w:t>
            </w:r>
          </w:p>
        </w:tc>
      </w:tr>
      <w:tr w:rsidR="00226CAC" w14:paraId="6625C4FA" w14:textId="77777777" w:rsidTr="0080496C">
        <w:tc>
          <w:tcPr>
            <w:tcW w:w="4536" w:type="dxa"/>
          </w:tcPr>
          <w:p w14:paraId="7068AC4B" w14:textId="77777777" w:rsidR="00226CAC" w:rsidRDefault="00000000">
            <w:pPr>
              <w:spacing w:before="60" w:after="60"/>
            </w:pPr>
            <w:r>
              <w:rPr>
                <w:rFonts w:ascii="Nanum Gothic" w:eastAsia="Nanum Gothic" w:hAnsi="Nanum Gothic" w:cs="Nanum Gothic"/>
                <w:color w:val="1A1A1A"/>
                <w:sz w:val="20"/>
              </w:rPr>
              <w:t>2019</w:t>
            </w:r>
          </w:p>
        </w:tc>
        <w:tc>
          <w:tcPr>
            <w:tcW w:w="4536" w:type="dxa"/>
          </w:tcPr>
          <w:p w14:paraId="7AA6A570"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OpenAI, GPT-2 출시 (15억 파라미터)</w:t>
            </w:r>
          </w:p>
        </w:tc>
      </w:tr>
      <w:tr w:rsidR="00226CAC" w14:paraId="0B74C4F5" w14:textId="77777777" w:rsidTr="0080496C">
        <w:tc>
          <w:tcPr>
            <w:tcW w:w="4536" w:type="dxa"/>
          </w:tcPr>
          <w:p w14:paraId="52029E6F" w14:textId="77777777" w:rsidR="00226CAC" w:rsidRDefault="00000000">
            <w:pPr>
              <w:spacing w:before="60" w:after="60"/>
            </w:pPr>
            <w:r>
              <w:rPr>
                <w:rFonts w:ascii="Nanum Gothic" w:eastAsia="Nanum Gothic" w:hAnsi="Nanum Gothic" w:cs="Nanum Gothic"/>
                <w:color w:val="1A1A1A"/>
                <w:sz w:val="20"/>
              </w:rPr>
              <w:t>2020</w:t>
            </w:r>
          </w:p>
        </w:tc>
        <w:tc>
          <w:tcPr>
            <w:tcW w:w="4536" w:type="dxa"/>
          </w:tcPr>
          <w:p w14:paraId="4984EC9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OpenAI, GPT-3 출시 (1,750억 파라미터)</w:t>
            </w:r>
          </w:p>
        </w:tc>
      </w:tr>
      <w:tr w:rsidR="00226CAC" w14:paraId="0064C948" w14:textId="77777777" w:rsidTr="0080496C">
        <w:tc>
          <w:tcPr>
            <w:tcW w:w="4536" w:type="dxa"/>
          </w:tcPr>
          <w:p w14:paraId="19B4A0A8" w14:textId="77777777" w:rsidR="00226CAC" w:rsidRDefault="00000000">
            <w:pPr>
              <w:spacing w:before="60" w:after="60"/>
            </w:pPr>
            <w:r>
              <w:rPr>
                <w:rFonts w:ascii="Nanum Gothic" w:eastAsia="Nanum Gothic" w:hAnsi="Nanum Gothic" w:cs="Nanum Gothic"/>
                <w:color w:val="1A1A1A"/>
                <w:sz w:val="20"/>
              </w:rPr>
              <w:t>2022.11</w:t>
            </w:r>
          </w:p>
        </w:tc>
        <w:tc>
          <w:tcPr>
            <w:tcW w:w="4536" w:type="dxa"/>
          </w:tcPr>
          <w:p w14:paraId="4184029B"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OpenAI, ChatGPT 출시 → 폭발적 대중화 시작</w:t>
            </w:r>
          </w:p>
        </w:tc>
      </w:tr>
      <w:tr w:rsidR="00226CAC" w14:paraId="7424A38C" w14:textId="77777777" w:rsidTr="0080496C">
        <w:tc>
          <w:tcPr>
            <w:tcW w:w="4536" w:type="dxa"/>
          </w:tcPr>
          <w:p w14:paraId="358A81E2" w14:textId="77777777" w:rsidR="00226CAC" w:rsidRDefault="00000000">
            <w:pPr>
              <w:spacing w:before="60" w:after="60"/>
            </w:pPr>
            <w:r>
              <w:rPr>
                <w:rFonts w:ascii="Nanum Gothic" w:eastAsia="Nanum Gothic" w:hAnsi="Nanum Gothic" w:cs="Nanum Gothic"/>
                <w:color w:val="1A1A1A"/>
                <w:sz w:val="20"/>
              </w:rPr>
              <w:t>2023</w:t>
            </w:r>
          </w:p>
        </w:tc>
        <w:tc>
          <w:tcPr>
            <w:tcW w:w="4536" w:type="dxa"/>
          </w:tcPr>
          <w:p w14:paraId="1DA593D2" w14:textId="77777777" w:rsidR="00226CAC" w:rsidRDefault="00000000">
            <w:pPr>
              <w:spacing w:before="60" w:after="60"/>
            </w:pPr>
            <w:r>
              <w:rPr>
                <w:rFonts w:ascii="Nanum Gothic" w:eastAsia="Nanum Gothic" w:hAnsi="Nanum Gothic" w:cs="Nanum Gothic"/>
                <w:color w:val="1A1A1A"/>
                <w:sz w:val="20"/>
              </w:rPr>
              <w:t>GPT-4, Claude, Gemini 경쟁 심화 / 기업 도입 가속</w:t>
            </w:r>
          </w:p>
        </w:tc>
      </w:tr>
      <w:tr w:rsidR="00226CAC" w14:paraId="37DF66D9" w14:textId="77777777" w:rsidTr="0080496C">
        <w:tc>
          <w:tcPr>
            <w:tcW w:w="4536" w:type="dxa"/>
          </w:tcPr>
          <w:p w14:paraId="3CA31DE8" w14:textId="77777777" w:rsidR="00226CAC" w:rsidRDefault="00000000">
            <w:pPr>
              <w:spacing w:before="60" w:after="60"/>
            </w:pPr>
            <w:r>
              <w:rPr>
                <w:rFonts w:ascii="Nanum Gothic" w:eastAsia="Nanum Gothic" w:hAnsi="Nanum Gothic" w:cs="Nanum Gothic"/>
                <w:color w:val="1A1A1A"/>
                <w:sz w:val="20"/>
              </w:rPr>
              <w:t>2024</w:t>
            </w:r>
          </w:p>
        </w:tc>
        <w:tc>
          <w:tcPr>
            <w:tcW w:w="4536" w:type="dxa"/>
          </w:tcPr>
          <w:p w14:paraId="58BF2446" w14:textId="77777777" w:rsidR="00226CAC" w:rsidRDefault="00000000">
            <w:pPr>
              <w:spacing w:before="60" w:after="60"/>
            </w:pPr>
            <w:r>
              <w:rPr>
                <w:rFonts w:ascii="Nanum Gothic" w:eastAsia="Nanum Gothic" w:hAnsi="Nanum Gothic" w:cs="Nanum Gothic"/>
                <w:color w:val="1A1A1A"/>
                <w:sz w:val="20"/>
              </w:rPr>
              <w:t>생성형 AI 기업 채택률 71% (McKinsey Survey 2024, Stanford HAI 재인용)</w:t>
            </w:r>
          </w:p>
        </w:tc>
      </w:tr>
      <w:tr w:rsidR="00226CAC" w14:paraId="5CA0BFFC" w14:textId="77777777" w:rsidTr="0080496C">
        <w:tc>
          <w:tcPr>
            <w:tcW w:w="4536" w:type="dxa"/>
          </w:tcPr>
          <w:p w14:paraId="10796F5F" w14:textId="77777777" w:rsidR="00226CAC" w:rsidRDefault="00000000">
            <w:pPr>
              <w:spacing w:before="60" w:after="60"/>
            </w:pPr>
            <w:r>
              <w:rPr>
                <w:rFonts w:ascii="Nanum Gothic" w:eastAsia="Nanum Gothic" w:hAnsi="Nanum Gothic" w:cs="Nanum Gothic"/>
                <w:color w:val="1A1A1A"/>
                <w:sz w:val="20"/>
              </w:rPr>
              <w:t>2025</w:t>
            </w:r>
          </w:p>
        </w:tc>
        <w:tc>
          <w:tcPr>
            <w:tcW w:w="4536" w:type="dxa"/>
          </w:tcPr>
          <w:p w14:paraId="1DB24F81" w14:textId="77777777" w:rsidR="00226CAC" w:rsidRDefault="00000000">
            <w:pPr>
              <w:spacing w:before="60" w:after="60"/>
            </w:pPr>
            <w:r>
              <w:rPr>
                <w:rFonts w:ascii="Nanum Gothic" w:eastAsia="Nanum Gothic" w:hAnsi="Nanum Gothic" w:cs="Nanum Gothic"/>
                <w:color w:val="1A1A1A"/>
                <w:sz w:val="20"/>
              </w:rPr>
              <w:t>Agentic AI·멀티모달·On-Device AI 주류 진입</w:t>
            </w:r>
          </w:p>
        </w:tc>
      </w:tr>
    </w:tbl>
    <w:p w14:paraId="684D8467" w14:textId="6BD97678" w:rsidR="00226CAC" w:rsidRDefault="00000000">
      <w:pPr>
        <w:spacing w:before="40" w:after="60"/>
        <w:rPr>
          <w:rFonts w:eastAsia="Nanum Gothic"/>
          <w:lang w:eastAsia="ko-KR"/>
        </w:rPr>
      </w:pPr>
      <w:r>
        <w:rPr>
          <w:rFonts w:ascii="Nanum Gothic" w:eastAsia="Nanum Gothic" w:hAnsi="Nanum Gothic" w:cs="Nanum Gothic"/>
          <w:color w:val="6B7280"/>
          <w:sz w:val="16"/>
        </w:rPr>
        <w:t xml:space="preserve">출처: </w:t>
      </w:r>
      <w:r w:rsidR="00433E33" w:rsidRPr="00433E33">
        <w:rPr>
          <w:rFonts w:ascii="Nanum Gothic" w:eastAsia="Nanum Gothic" w:hAnsi="Nanum Gothic" w:cs="Nanum Gothic"/>
          <w:i/>
          <w:iCs/>
          <w:color w:val="6B7280"/>
          <w:sz w:val="16"/>
        </w:rPr>
        <w:t>업계 기술 동향 종합 및 McKinsey &amp; Company Survey 2024 (Stanford HAI AI Index 2025, Chapter 4.4 재인용)</w:t>
      </w:r>
    </w:p>
    <w:p w14:paraId="00DD48E0" w14:textId="77777777" w:rsidR="00226CAC" w:rsidRDefault="00000000">
      <w:pPr>
        <w:spacing w:before="200" w:after="40"/>
      </w:pPr>
      <w:r>
        <w:rPr>
          <w:rFonts w:ascii="Nanum Gothic" w:eastAsia="Nanum Gothic" w:hAnsi="Nanum Gothic" w:cs="Nanum Gothic"/>
          <w:b/>
          <w:color w:val="024AD8"/>
          <w:sz w:val="28"/>
        </w:rPr>
        <w:t>2.1.2 글로벌 일자리 구조 변화</w:t>
      </w:r>
    </w:p>
    <w:tbl>
      <w:tblPr>
        <w:tblStyle w:val="af9"/>
        <w:tblW w:w="0" w:type="auto"/>
        <w:tblLayout w:type="fixed"/>
        <w:tblLook w:val="04A0" w:firstRow="1" w:lastRow="0" w:firstColumn="1" w:lastColumn="0" w:noHBand="0" w:noVBand="1"/>
      </w:tblPr>
      <w:tblGrid>
        <w:gridCol w:w="400"/>
        <w:gridCol w:w="8672"/>
      </w:tblGrid>
      <w:tr w:rsidR="00226CAC" w14:paraId="46F598C8" w14:textId="77777777">
        <w:tc>
          <w:tcPr>
            <w:tcW w:w="400" w:type="dxa"/>
            <w:shd w:val="clear" w:color="auto" w:fill="6B46C1"/>
          </w:tcPr>
          <w:p w14:paraId="44416A9A" w14:textId="77777777" w:rsidR="00226CAC" w:rsidRDefault="00226CAC">
            <w:pPr>
              <w:spacing w:before="80" w:after="80"/>
            </w:pPr>
          </w:p>
        </w:tc>
        <w:tc>
          <w:tcPr>
            <w:tcW w:w="8672" w:type="dxa"/>
            <w:shd w:val="clear" w:color="auto" w:fill="F3EEFB"/>
          </w:tcPr>
          <w:p w14:paraId="1CA37CC0" w14:textId="7777777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"2030년까지 여러분이 지금 가진 스킬 중 몇 %가 바뀔 것 같나요? 먼저 숫자를 떠올려 보세요."</w:t>
            </w:r>
          </w:p>
        </w:tc>
      </w:tr>
    </w:tbl>
    <w:p w14:paraId="56F311FD" w14:textId="77777777" w:rsidR="00226CAC" w:rsidRDefault="00226CAC">
      <w:pPr>
        <w:rPr>
          <w:rFonts w:eastAsia="Nanum Gothic"/>
          <w:lang w:eastAsia="ko-KR"/>
        </w:rPr>
      </w:pPr>
    </w:p>
    <w:p w14:paraId="6CA9EAA7" w14:textId="24AE4303" w:rsidR="00226CAC" w:rsidRDefault="00000000" w:rsidP="006F00A5">
      <w:pPr>
        <w:spacing w:before="160" w:after="40"/>
        <w:rPr>
          <w:rFonts w:eastAsia="Nanum Gothic"/>
          <w:lang w:eastAsia="ko-KR"/>
        </w:rPr>
      </w:pPr>
      <w:r>
        <w:rPr>
          <w:rFonts w:ascii="Nanum Gothic" w:eastAsia="Nanum Gothic" w:hAnsi="Nanum Gothic" w:cs="Nanum Gothic"/>
          <w:b/>
          <w:color w:val="024AD8"/>
          <w:sz w:val="24"/>
        </w:rPr>
        <w:t>핵심 수치 — WEF Future of Jobs Report 2025</w:t>
      </w:r>
    </w:p>
    <w:tbl>
      <w:tblPr>
        <w:tblStyle w:val="af9"/>
        <w:tblW w:w="0" w:type="auto"/>
        <w:tblLook w:val="04A0" w:firstRow="1" w:lastRow="0" w:firstColumn="1" w:lastColumn="0" w:noHBand="0" w:noVBand="1"/>
      </w:tblPr>
      <w:tblGrid>
        <w:gridCol w:w="3024"/>
        <w:gridCol w:w="3024"/>
        <w:gridCol w:w="3024"/>
      </w:tblGrid>
      <w:tr w:rsidR="00226CAC" w14:paraId="5E2C4E18" w14:textId="77777777" w:rsidTr="0054209F">
        <w:tc>
          <w:tcPr>
            <w:tcW w:w="3024" w:type="dxa"/>
            <w:shd w:val="clear" w:color="auto" w:fill="024AD8"/>
          </w:tcPr>
          <w:p w14:paraId="4D9BFC5B" w14:textId="77777777" w:rsidR="00226CAC" w:rsidRDefault="00000000">
            <w:pPr>
              <w:spacing w:before="60" w:after="60"/>
              <w:rPr>
                <w:rFonts w:eastAsia="Nanum Gothic"/>
                <w:lang w:eastAsia="ko-KR"/>
              </w:rPr>
            </w:pPr>
            <w:r>
              <w:rPr>
                <w:rFonts w:ascii="Nanum Gothic" w:eastAsia="Nanum Gothic" w:hAnsi="Nanum Gothic" w:cs="Nanum Gothic"/>
                <w:b/>
                <w:color w:val="FFFFFF"/>
                <w:sz w:val="20"/>
              </w:rPr>
              <w:t>구분</w:t>
            </w:r>
          </w:p>
        </w:tc>
        <w:tc>
          <w:tcPr>
            <w:tcW w:w="3024" w:type="dxa"/>
            <w:shd w:val="clear" w:color="auto" w:fill="024AD8"/>
          </w:tcPr>
          <w:p w14:paraId="742D1A47" w14:textId="77777777" w:rsidR="00226CAC" w:rsidRDefault="00000000">
            <w:pPr>
              <w:spacing w:before="60" w:after="60"/>
            </w:pPr>
            <w:r>
              <w:rPr>
                <w:rFonts w:ascii="Nanum Gothic" w:eastAsia="Nanum Gothic" w:hAnsi="Nanum Gothic" w:cs="Nanum Gothic"/>
                <w:b/>
                <w:color w:val="FFFFFF"/>
                <w:sz w:val="20"/>
              </w:rPr>
              <w:t>규모</w:t>
            </w:r>
          </w:p>
        </w:tc>
        <w:tc>
          <w:tcPr>
            <w:tcW w:w="3024" w:type="dxa"/>
            <w:shd w:val="clear" w:color="auto" w:fill="024AD8"/>
          </w:tcPr>
          <w:p w14:paraId="0156133A" w14:textId="77777777" w:rsidR="00226CAC" w:rsidRDefault="00000000">
            <w:pPr>
              <w:spacing w:before="60" w:after="60"/>
            </w:pPr>
            <w:r>
              <w:rPr>
                <w:rFonts w:ascii="Nanum Gothic" w:eastAsia="Nanum Gothic" w:hAnsi="Nanum Gothic" w:cs="Nanum Gothic"/>
                <w:b/>
                <w:color w:val="FFFFFF"/>
                <w:sz w:val="20"/>
              </w:rPr>
              <w:t>비고</w:t>
            </w:r>
          </w:p>
        </w:tc>
      </w:tr>
      <w:tr w:rsidR="00226CAC" w14:paraId="75D533CF" w14:textId="77777777" w:rsidTr="0054209F">
        <w:tc>
          <w:tcPr>
            <w:tcW w:w="3024" w:type="dxa"/>
          </w:tcPr>
          <w:p w14:paraId="64BCC722" w14:textId="77777777" w:rsidR="00226CAC" w:rsidRDefault="00000000">
            <w:pPr>
              <w:spacing w:before="60" w:after="60"/>
            </w:pPr>
            <w:r>
              <w:rPr>
                <w:rFonts w:ascii="Nanum Gothic" w:eastAsia="Nanum Gothic" w:hAnsi="Nanum Gothic" w:cs="Nanum Gothic"/>
                <w:color w:val="1A1A1A"/>
                <w:sz w:val="20"/>
              </w:rPr>
              <w:t>신규 창출</w:t>
            </w:r>
          </w:p>
        </w:tc>
        <w:tc>
          <w:tcPr>
            <w:tcW w:w="3024" w:type="dxa"/>
          </w:tcPr>
          <w:p w14:paraId="3930558B" w14:textId="77777777" w:rsidR="00226CAC" w:rsidRDefault="00000000">
            <w:pPr>
              <w:spacing w:before="60" w:after="60"/>
            </w:pPr>
            <w:r>
              <w:rPr>
                <w:rFonts w:ascii="Nanum Gothic" w:eastAsia="Nanum Gothic" w:hAnsi="Nanum Gothic" w:cs="Nanum Gothic"/>
                <w:b/>
                <w:color w:val="1A1A1A"/>
                <w:sz w:val="20"/>
              </w:rPr>
              <w:t>1억 7,000만 개</w:t>
            </w:r>
          </w:p>
        </w:tc>
        <w:tc>
          <w:tcPr>
            <w:tcW w:w="3024" w:type="dxa"/>
          </w:tcPr>
          <w:p w14:paraId="0E4E8872" w14:textId="77777777" w:rsidR="00226CAC" w:rsidRDefault="00000000">
            <w:pPr>
              <w:spacing w:before="60" w:after="60"/>
            </w:pPr>
            <w:r>
              <w:rPr>
                <w:rFonts w:ascii="Nanum Gothic" w:eastAsia="Nanum Gothic" w:hAnsi="Nanum Gothic" w:cs="Nanum Gothic"/>
                <w:color w:val="1A1A1A"/>
                <w:sz w:val="20"/>
              </w:rPr>
              <w:t>2025–2030</w:t>
            </w:r>
          </w:p>
        </w:tc>
      </w:tr>
      <w:tr w:rsidR="00226CAC" w14:paraId="79542E1E" w14:textId="77777777" w:rsidTr="0054209F">
        <w:tc>
          <w:tcPr>
            <w:tcW w:w="3024" w:type="dxa"/>
          </w:tcPr>
          <w:p w14:paraId="0F318776" w14:textId="77777777" w:rsidR="00226CAC" w:rsidRDefault="00000000">
            <w:pPr>
              <w:spacing w:before="60" w:after="60"/>
            </w:pPr>
            <w:r>
              <w:rPr>
                <w:rFonts w:ascii="Nanum Gothic" w:eastAsia="Nanum Gothic" w:hAnsi="Nanum Gothic" w:cs="Nanum Gothic"/>
                <w:color w:val="1A1A1A"/>
                <w:sz w:val="20"/>
              </w:rPr>
              <w:lastRenderedPageBreak/>
              <w:t>소멸</w:t>
            </w:r>
          </w:p>
        </w:tc>
        <w:tc>
          <w:tcPr>
            <w:tcW w:w="3024" w:type="dxa"/>
          </w:tcPr>
          <w:p w14:paraId="7A2665B2" w14:textId="77777777" w:rsidR="00226CAC" w:rsidRDefault="00000000">
            <w:pPr>
              <w:spacing w:before="60" w:after="60"/>
            </w:pPr>
            <w:r>
              <w:rPr>
                <w:rFonts w:ascii="Nanum Gothic" w:eastAsia="Nanum Gothic" w:hAnsi="Nanum Gothic" w:cs="Nanum Gothic"/>
                <w:b/>
                <w:color w:val="1A1A1A"/>
                <w:sz w:val="20"/>
              </w:rPr>
              <w:t>9,200만 개</w:t>
            </w:r>
          </w:p>
        </w:tc>
        <w:tc>
          <w:tcPr>
            <w:tcW w:w="3024" w:type="dxa"/>
          </w:tcPr>
          <w:p w14:paraId="2E1867D5" w14:textId="77777777" w:rsidR="00226CAC" w:rsidRDefault="00000000">
            <w:pPr>
              <w:spacing w:before="60" w:after="60"/>
            </w:pPr>
            <w:r>
              <w:rPr>
                <w:rFonts w:ascii="Nanum Gothic" w:eastAsia="Nanum Gothic" w:hAnsi="Nanum Gothic" w:cs="Nanum Gothic"/>
                <w:color w:val="1A1A1A"/>
                <w:sz w:val="20"/>
              </w:rPr>
              <w:t>2025–2030</w:t>
            </w:r>
          </w:p>
        </w:tc>
      </w:tr>
      <w:tr w:rsidR="00226CAC" w14:paraId="36DEA616" w14:textId="77777777" w:rsidTr="0054209F">
        <w:tc>
          <w:tcPr>
            <w:tcW w:w="3024" w:type="dxa"/>
          </w:tcPr>
          <w:p w14:paraId="2D7A29A3" w14:textId="77777777" w:rsidR="00226CAC" w:rsidRPr="00F82D85" w:rsidRDefault="00000000">
            <w:pPr>
              <w:spacing w:before="60" w:after="60"/>
              <w:rPr>
                <w:rFonts w:eastAsia="Nanum Gothic"/>
                <w:bCs/>
              </w:rPr>
            </w:pPr>
            <w:r w:rsidRPr="00F82D85">
              <w:rPr>
                <w:rFonts w:ascii="Nanum Gothic" w:eastAsia="Nanum Gothic" w:hAnsi="Nanum Gothic" w:cs="Nanum Gothic"/>
                <w:bCs/>
                <w:color w:val="1A1A1A"/>
                <w:sz w:val="20"/>
              </w:rPr>
              <w:t>순증</w:t>
            </w:r>
          </w:p>
        </w:tc>
        <w:tc>
          <w:tcPr>
            <w:tcW w:w="3024" w:type="dxa"/>
          </w:tcPr>
          <w:p w14:paraId="429C2BE7" w14:textId="77777777" w:rsidR="00226CAC" w:rsidRDefault="00000000">
            <w:pPr>
              <w:spacing w:before="60" w:after="60"/>
            </w:pPr>
            <w:r>
              <w:rPr>
                <w:rFonts w:ascii="Nanum Gothic" w:eastAsia="Nanum Gothic" w:hAnsi="Nanum Gothic" w:cs="Nanum Gothic"/>
                <w:b/>
                <w:color w:val="1A1A1A"/>
                <w:sz w:val="20"/>
              </w:rPr>
              <w:t>7,800만 개</w:t>
            </w:r>
          </w:p>
        </w:tc>
        <w:tc>
          <w:tcPr>
            <w:tcW w:w="3024" w:type="dxa"/>
          </w:tcPr>
          <w:p w14:paraId="7C4D2703" w14:textId="77777777" w:rsidR="00226CAC" w:rsidRDefault="00000000">
            <w:pPr>
              <w:spacing w:before="60" w:after="60"/>
            </w:pPr>
            <w:r>
              <w:rPr>
                <w:rFonts w:ascii="Nanum Gothic" w:eastAsia="Nanum Gothic" w:hAnsi="Nanum Gothic" w:cs="Nanum Gothic"/>
                <w:color w:val="1A1A1A"/>
                <w:sz w:val="20"/>
              </w:rPr>
              <w:t>전체 고용의 약 7%</w:t>
            </w:r>
          </w:p>
        </w:tc>
      </w:tr>
    </w:tbl>
    <w:p w14:paraId="1548EA0C" w14:textId="77777777" w:rsidR="00226CAC" w:rsidRDefault="00000000">
      <w:pPr>
        <w:spacing w:before="40" w:after="60"/>
      </w:pPr>
      <w:r>
        <w:rPr>
          <w:rFonts w:ascii="Nanum Gothic" w:eastAsia="Nanum Gothic" w:hAnsi="Nanum Gothic" w:cs="Nanum Gothic"/>
          <w:color w:val="6B7280"/>
          <w:sz w:val="16"/>
        </w:rPr>
        <w:t>출처: WEF Future of Jobs Report 2025, January 2025, p.5, https://www3.weforum.org/docs/WEF_Future_of_Jobs_Report_2025.pdf</w:t>
      </w:r>
    </w:p>
    <w:p w14:paraId="29478582" w14:textId="77777777" w:rsidR="00226CAC" w:rsidRDefault="00000000">
      <w:pPr>
        <w:spacing w:before="160" w:after="40"/>
      </w:pPr>
      <w:r>
        <w:rPr>
          <w:rFonts w:ascii="Nanum Gothic" w:eastAsia="Nanum Gothic" w:hAnsi="Nanum Gothic" w:cs="Nanum Gothic"/>
          <w:b/>
          <w:color w:val="024AD8"/>
          <w:sz w:val="24"/>
        </w:rPr>
        <w:t>이 숫자가 의미하는 것</w:t>
      </w:r>
    </w:p>
    <w:p w14:paraId="37D99A14" w14:textId="77777777" w:rsidR="00226CAC" w:rsidRDefault="00000000" w:rsidP="00A3517B">
      <w:pPr>
        <w:spacing w:before="60" w:after="60"/>
        <w:rPr>
          <w:rFonts w:eastAsia="Nanum Gothic"/>
          <w:lang w:eastAsia="ko-KR"/>
        </w:rPr>
      </w:pPr>
      <w:r>
        <w:rPr>
          <w:rFonts w:ascii="Nanum Gothic" w:eastAsia="Nanum Gothic" w:hAnsi="Nanum Gothic" w:cs="Nanum Gothic"/>
          <w:color w:val="1A1A1A"/>
          <w:sz w:val="20"/>
          <w:lang w:eastAsia="ko-KR"/>
        </w:rPr>
        <w:t xml:space="preserve">"일자리가 1억 7천만 개 생기고 9천 2백만 개가 사라진다"는 사실은 </w:t>
      </w:r>
      <w:r>
        <w:rPr>
          <w:rFonts w:ascii="Nanum Gothic" w:eastAsia="Nanum Gothic" w:hAnsi="Nanum Gothic" w:cs="Nanum Gothic"/>
          <w:b/>
          <w:color w:val="1A1A1A"/>
          <w:sz w:val="20"/>
          <w:lang w:eastAsia="ko-KR"/>
        </w:rPr>
        <w:t>어떤 관점에서 보느냐에 따라</w:t>
      </w:r>
      <w:r>
        <w:rPr>
          <w:rFonts w:ascii="Nanum Gothic" w:eastAsia="Nanum Gothic" w:hAnsi="Nanum Gothic" w:cs="Nanum Gothic"/>
          <w:color w:val="1A1A1A"/>
          <w:sz w:val="20"/>
          <w:lang w:eastAsia="ko-KR"/>
        </w:rPr>
        <w:t xml:space="preserve"> 위기이기도 하고 기회이기도 하다.</w:t>
      </w:r>
    </w:p>
    <w:p w14:paraId="31F8C08A" w14:textId="77777777" w:rsidR="00226CAC" w:rsidRDefault="00000000" w:rsidP="00A3517B">
      <w:pPr>
        <w:spacing w:before="60" w:after="60"/>
        <w:rPr>
          <w:rFonts w:eastAsia="Nanum Gothic"/>
          <w:lang w:eastAsia="ko-KR"/>
        </w:rPr>
      </w:pPr>
      <w:r>
        <w:rPr>
          <w:rFonts w:ascii="Nanum Gothic" w:eastAsia="Nanum Gothic" w:hAnsi="Nanum Gothic" w:cs="Nanum Gothic"/>
          <w:b/>
          <w:color w:val="1A1A1A"/>
          <w:sz w:val="20"/>
          <w:lang w:eastAsia="ko-KR"/>
        </w:rPr>
        <w:t>위기 측면</w:t>
      </w:r>
      <w:r>
        <w:rPr>
          <w:rFonts w:ascii="Nanum Gothic" w:eastAsia="Nanum Gothic" w:hAnsi="Nanum Gothic" w:cs="Nanum Gothic"/>
          <w:color w:val="1A1A1A"/>
          <w:sz w:val="20"/>
          <w:lang w:eastAsia="ko-KR"/>
        </w:rPr>
        <w:t>: 9,200만 개의 소멸은 특정 직업군이 빠르게 변한다는 뜻이다. 주로 영향받는 직업은 반복적·규칙 기반의 사무 업무다. 예를 들어 단순 데이터 입력, 규격화된 문서 검토, 반복적인 고객 응대 등이 해당된다.</w:t>
      </w:r>
    </w:p>
    <w:p w14:paraId="2EFF4EB7" w14:textId="77777777" w:rsidR="00226CAC" w:rsidRDefault="00000000" w:rsidP="00A3517B">
      <w:pPr>
        <w:spacing w:before="60" w:after="60"/>
        <w:rPr>
          <w:rFonts w:eastAsia="Nanum Gothic"/>
          <w:lang w:eastAsia="ko-KR"/>
        </w:rPr>
      </w:pPr>
      <w:r>
        <w:rPr>
          <w:rFonts w:ascii="Nanum Gothic" w:eastAsia="Nanum Gothic" w:hAnsi="Nanum Gothic" w:cs="Nanum Gothic"/>
          <w:b/>
          <w:color w:val="1A1A1A"/>
          <w:sz w:val="20"/>
          <w:lang w:eastAsia="ko-KR"/>
        </w:rPr>
        <w:t>기회 측면</w:t>
      </w:r>
      <w:r>
        <w:rPr>
          <w:rFonts w:ascii="Nanum Gothic" w:eastAsia="Nanum Gothic" w:hAnsi="Nanum Gothic" w:cs="Nanum Gothic"/>
          <w:color w:val="1A1A1A"/>
          <w:sz w:val="20"/>
          <w:lang w:eastAsia="ko-KR"/>
        </w:rPr>
        <w:t xml:space="preserve">: 1억 7천만 개의 신규 직업 중 상당수는 </w:t>
      </w:r>
      <w:r>
        <w:rPr>
          <w:rFonts w:ascii="Nanum Gothic" w:eastAsia="Nanum Gothic" w:hAnsi="Nanum Gothic" w:cs="Nanum Gothic"/>
          <w:b/>
          <w:color w:val="1A1A1A"/>
          <w:sz w:val="20"/>
          <w:lang w:eastAsia="ko-KR"/>
        </w:rPr>
        <w:t>AI 협업 능력</w:t>
      </w:r>
      <w:r>
        <w:rPr>
          <w:rFonts w:ascii="Nanum Gothic" w:eastAsia="Nanum Gothic" w:hAnsi="Nanum Gothic" w:cs="Nanum Gothic"/>
          <w:color w:val="1A1A1A"/>
          <w:sz w:val="20"/>
          <w:lang w:eastAsia="ko-KR"/>
        </w:rPr>
        <w:t>을 요구한다. AI 모델을 조율하는 프롬프트 엔지니어, AI 시스템의 출력을 검증하는 AI 감사(auditor), AI 도구를 활용해 콘텐츠를 생산하는 크리에이터, AI를 조직에 도입하는 AI 도입 컨설턴트 등이 대표적이다.</w:t>
      </w:r>
    </w:p>
    <w:p w14:paraId="79830C48" w14:textId="4C73E8FA" w:rsidR="00A3517B" w:rsidRDefault="00000000" w:rsidP="00A3517B">
      <w:pPr>
        <w:spacing w:before="60" w:after="60"/>
        <w:rPr>
          <w:rFonts w:ascii="Apple SD Gothic Neo" w:eastAsia="Nanum Gothic" w:hAnsi="Apple SD Gothic Neo" w:cs="Apple SD Gothic Neo"/>
          <w:color w:val="1A1A1A"/>
          <w:sz w:val="20"/>
          <w:lang w:eastAsia="ko-KR"/>
        </w:rPr>
      </w:pPr>
      <w:r>
        <w:rPr>
          <w:rFonts w:ascii="Nanum Gothic" w:eastAsia="Nanum Gothic" w:hAnsi="Nanum Gothic" w:cs="Nanum Gothic"/>
          <w:b/>
          <w:color w:val="1A1A1A"/>
          <w:sz w:val="20"/>
          <w:lang w:eastAsia="ko-KR"/>
        </w:rPr>
        <w:t>핵심 통찰</w:t>
      </w:r>
      <w:r>
        <w:rPr>
          <w:rFonts w:ascii="Nanum Gothic" w:eastAsia="Nanum Gothic" w:hAnsi="Nanum Gothic" w:cs="Nanum Gothic"/>
          <w:color w:val="1A1A1A"/>
          <w:sz w:val="20"/>
          <w:lang w:eastAsia="ko-KR"/>
        </w:rPr>
        <w:t xml:space="preserve">: 일자리의 절대 수는 늘어난다. 문제는 </w:t>
      </w:r>
      <w:r>
        <w:rPr>
          <w:rFonts w:ascii="Nanum Gothic" w:eastAsia="Nanum Gothic" w:hAnsi="Nanum Gothic" w:cs="Nanum Gothic"/>
          <w:b/>
          <w:color w:val="1A1A1A"/>
          <w:sz w:val="20"/>
          <w:lang w:eastAsia="ko-KR"/>
        </w:rPr>
        <w:t>"새로운 직업을 할 능력을 갖춘 사람인가"</w:t>
      </w:r>
      <w:r>
        <w:rPr>
          <w:rFonts w:ascii="Nanum Gothic" w:eastAsia="Nanum Gothic" w:hAnsi="Nanum Gothic" w:cs="Nanum Gothic"/>
          <w:color w:val="1A1A1A"/>
          <w:sz w:val="20"/>
          <w:lang w:eastAsia="ko-KR"/>
        </w:rPr>
        <w:t>이다.</w:t>
      </w:r>
    </w:p>
    <w:p w14:paraId="3F4BA63B" w14:textId="77777777" w:rsidR="00A3517B" w:rsidRDefault="00A3517B" w:rsidP="00A3517B">
      <w:pPr>
        <w:spacing w:before="60" w:after="60"/>
        <w:rPr>
          <w:rFonts w:ascii="Apple SD Gothic Neo" w:eastAsia="Nanum Gothic" w:hAnsi="Apple SD Gothic Neo" w:cs="Apple SD Gothic Neo"/>
          <w:color w:val="1A1A1A"/>
          <w:sz w:val="20"/>
          <w:lang w:eastAsia="ko-KR"/>
        </w:rPr>
      </w:pPr>
    </w:p>
    <w:p w14:paraId="04C10BC2" w14:textId="77777777" w:rsidR="00A3517B" w:rsidRDefault="00A3517B" w:rsidP="00A3517B">
      <w:pPr>
        <w:spacing w:before="60" w:after="60"/>
        <w:rPr>
          <w:rFonts w:ascii="Apple SD Gothic Neo" w:eastAsia="Nanum Gothic" w:hAnsi="Apple SD Gothic Neo" w:cs="Apple SD Gothic Neo"/>
          <w:color w:val="1A1A1A"/>
          <w:sz w:val="20"/>
          <w:lang w:eastAsia="ko-KR"/>
        </w:rPr>
      </w:pPr>
      <w:r w:rsidRPr="00A3517B">
        <w:rPr>
          <w:rFonts w:ascii="Nanum Gothic" w:eastAsia="Nanum Gothic" w:hAnsi="Nanum Gothic" w:cs="Nanum Gothic"/>
          <w:color w:val="1A1A1A"/>
          <w:sz w:val="20"/>
          <w:lang w:eastAsia="ko-KR"/>
        </w:rPr>
        <w:t>지금까지 본 1억 7,000만 개 창출</w:t>
      </w:r>
      <w:r>
        <w:rPr>
          <w:rFonts w:ascii="Nanum Gothic" w:eastAsia="Nanum Gothic" w:hAnsi="Nanum Gothic" w:cs="Nanum Gothic" w:hint="eastAsia"/>
          <w:color w:val="1A1A1A"/>
          <w:sz w:val="20"/>
          <w:lang w:eastAsia="ko-KR"/>
        </w:rPr>
        <w:t xml:space="preserve">, </w:t>
      </w:r>
      <w:r w:rsidRPr="00A3517B">
        <w:rPr>
          <w:rFonts w:ascii="Nanum Gothic" w:eastAsia="Nanum Gothic" w:hAnsi="Nanum Gothic" w:cs="Nanum Gothic"/>
          <w:color w:val="1A1A1A"/>
          <w:sz w:val="20"/>
          <w:lang w:eastAsia="ko-KR"/>
        </w:rPr>
        <w:t>9,200만 개 소멸</w:t>
      </w:r>
      <w:r>
        <w:rPr>
          <w:rFonts w:ascii="Nanum Gothic" w:eastAsia="Nanum Gothic" w:hAnsi="Nanum Gothic" w:cs="Nanum Gothic" w:hint="eastAsia"/>
          <w:color w:val="1A1A1A"/>
          <w:sz w:val="20"/>
          <w:lang w:eastAsia="ko-KR"/>
        </w:rPr>
        <w:t xml:space="preserve">, </w:t>
      </w:r>
      <w:r w:rsidRPr="00A3517B">
        <w:rPr>
          <w:rFonts w:ascii="Nanum Gothic" w:eastAsia="Nanum Gothic" w:hAnsi="Nanum Gothic" w:cs="Nanum Gothic"/>
          <w:color w:val="1A1A1A"/>
          <w:sz w:val="20"/>
          <w:lang w:eastAsia="ko-KR"/>
        </w:rPr>
        <w:t>7,800만 개 순증은 직업의 '개수'가 어떻게 달라지는가를 보여준다. 하지만 진짜 중요한 질문은 여기서 한 걸음 더 들어간다.</w:t>
      </w:r>
    </w:p>
    <w:p w14:paraId="4B7DEE05" w14:textId="77777777" w:rsidR="00A3517B" w:rsidRDefault="00A3517B" w:rsidP="00A3517B">
      <w:pPr>
        <w:spacing w:before="60" w:after="60"/>
        <w:rPr>
          <w:rFonts w:ascii="Apple SD Gothic Neo" w:eastAsia="Nanum Gothic" w:hAnsi="Apple SD Gothic Neo" w:cs="Apple SD Gothic Neo"/>
          <w:color w:val="1A1A1A"/>
          <w:sz w:val="20"/>
          <w:lang w:eastAsia="ko-KR"/>
        </w:rPr>
      </w:pPr>
      <w:r w:rsidRPr="00A3517B">
        <w:rPr>
          <w:rFonts w:ascii="Nanum Gothic" w:eastAsia="Nanum Gothic" w:hAnsi="Nanum Gothic" w:cs="Nanum Gothic"/>
          <w:color w:val="1A1A1A"/>
          <w:sz w:val="20"/>
          <w:lang w:eastAsia="ko-KR"/>
        </w:rPr>
        <w:t>직업이 남아 있더라도 그 일을 해내는 데 필요한 능력은 얼마나 바뀔까? 도입에서 던진 질문 '내 스킬 중 몇 %가 바뀔까'</w:t>
      </w:r>
      <w:r>
        <w:rPr>
          <w:rFonts w:ascii="Nanum Gothic" w:eastAsia="Nanum Gothic" w:hAnsi="Nanum Gothic" w:cs="Nanum Gothic" w:hint="eastAsia"/>
          <w:color w:val="1A1A1A"/>
          <w:sz w:val="20"/>
          <w:lang w:eastAsia="ko-KR"/>
        </w:rPr>
        <w:t xml:space="preserve"> </w:t>
      </w:r>
      <w:r w:rsidRPr="00A3517B">
        <w:rPr>
          <w:rFonts w:ascii="Nanum Gothic" w:eastAsia="Nanum Gothic" w:hAnsi="Nanum Gothic" w:cs="Nanum Gothic"/>
          <w:color w:val="1A1A1A"/>
          <w:sz w:val="20"/>
          <w:lang w:eastAsia="ko-KR"/>
        </w:rPr>
        <w:t>에 대한 답이 바로 이 지점이다.</w:t>
      </w:r>
    </w:p>
    <w:p w14:paraId="0EE029FD" w14:textId="23C8053E" w:rsidR="00A3517B" w:rsidRPr="00A3517B" w:rsidRDefault="00A3517B" w:rsidP="00A3517B">
      <w:pPr>
        <w:spacing w:before="60" w:after="60"/>
        <w:rPr>
          <w:rFonts w:ascii="Apple SD Gothic Neo" w:eastAsia="Nanum Gothic" w:hAnsi="Apple SD Gothic Neo" w:cs="Apple SD Gothic Neo"/>
          <w:color w:val="1A1A1A"/>
          <w:sz w:val="20"/>
          <w:lang w:eastAsia="ko-KR"/>
        </w:rPr>
      </w:pPr>
      <w:r w:rsidRPr="00A3517B">
        <w:rPr>
          <w:rFonts w:ascii="Nanum Gothic" w:eastAsia="Nanum Gothic" w:hAnsi="Nanum Gothic" w:cs="Nanum Gothic"/>
          <w:color w:val="1A1A1A"/>
          <w:sz w:val="20"/>
          <w:lang w:eastAsia="ko-KR"/>
        </w:rPr>
        <w:t xml:space="preserve">같은 WEF 보고서는 2025–2030년 사이 현재 스킬의 </w:t>
      </w:r>
      <w:r w:rsidRPr="00A3517B">
        <w:rPr>
          <w:rFonts w:ascii="Nanum Gothic" w:eastAsia="Nanum Gothic" w:hAnsi="Nanum Gothic" w:cs="Nanum Gothic"/>
          <w:b/>
          <w:bCs/>
          <w:color w:val="1A1A1A"/>
          <w:sz w:val="20"/>
          <w:lang w:eastAsia="ko-KR"/>
        </w:rPr>
        <w:t>약 39%</w:t>
      </w:r>
      <w:r w:rsidRPr="00A3517B">
        <w:rPr>
          <w:rFonts w:ascii="Nanum Gothic" w:eastAsia="Nanum Gothic" w:hAnsi="Nanum Gothic" w:cs="Nanum Gothic"/>
          <w:color w:val="1A1A1A"/>
          <w:sz w:val="20"/>
          <w:lang w:eastAsia="ko-KR"/>
        </w:rPr>
        <w:t>가 변형되거나 낡을 것으로 추정한다</w:t>
      </w:r>
      <w:r>
        <w:rPr>
          <w:rFonts w:ascii="Nanum Gothic" w:eastAsia="Nanum Gothic" w:hAnsi="Nanum Gothic" w:cs="Nanum Gothic" w:hint="eastAsia"/>
          <w:color w:val="1A1A1A"/>
          <w:sz w:val="20"/>
          <w:lang w:eastAsia="ko-KR"/>
        </w:rPr>
        <w:t>.</w:t>
      </w:r>
    </w:p>
    <w:p w14:paraId="239F53B3" w14:textId="371BE863" w:rsidR="00A3517B" w:rsidRPr="00A3517B" w:rsidRDefault="00A3517B">
      <w:pPr>
        <w:spacing w:before="60" w:after="60"/>
        <w:rPr>
          <w:rFonts w:ascii="Apple SD Gothic Neo" w:eastAsia="Nanum Gothic" w:hAnsi="Apple SD Gothic Neo" w:cs="Apple SD Gothic Neo"/>
          <w:color w:val="1A1A1A"/>
          <w:sz w:val="20"/>
          <w:lang w:eastAsia="ko-KR"/>
        </w:rPr>
      </w:pPr>
    </w:p>
    <w:p w14:paraId="5CDEF731" w14:textId="5D74989A" w:rsidR="00226CAC" w:rsidRDefault="00000000" w:rsidP="0054209F">
      <w:pPr>
        <w:spacing w:before="160" w:after="40"/>
        <w:rPr>
          <w:rFonts w:eastAsia="Nanum Gothic"/>
          <w:lang w:eastAsia="ko-KR"/>
        </w:rPr>
      </w:pPr>
      <w:r>
        <w:rPr>
          <w:rFonts w:ascii="Nanum Gothic" w:eastAsia="Nanum Gothic" w:hAnsi="Nanum Gothic" w:cs="Nanum Gothic"/>
          <w:b/>
          <w:color w:val="024AD8"/>
          <w:sz w:val="24"/>
          <w:lang w:eastAsia="ko-KR"/>
        </w:rPr>
        <w:t>스킬 재편율 39%의 의미</w:t>
      </w:r>
    </w:p>
    <w:p w14:paraId="70BDF81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 수치를 실감나게 해석하는 방법이 있다. 지금 여러분이 매일 쓰는 10가지 스킬 중 약 4가지가 5년 안에 중요성이 줄거나 방식이 바뀔 것이라는 뜻이다.</w:t>
      </w:r>
    </w:p>
    <w:p w14:paraId="42E3ED77"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어떤 스킬이 줄어드는가?</w:t>
      </w:r>
      <w:r>
        <w:rPr>
          <w:rFonts w:ascii="Nanum Gothic" w:eastAsia="Nanum Gothic" w:hAnsi="Nanum Gothic" w:cs="Nanum Gothic"/>
          <w:color w:val="1A1A1A"/>
          <w:sz w:val="20"/>
          <w:lang w:eastAsia="ko-KR"/>
        </w:rPr>
        <w:t>: 암기력·수동 데이터 처리·단순 검색 능력·고정된 매뉴얼 실행력.</w:t>
      </w:r>
    </w:p>
    <w:p w14:paraId="3D19B6FD"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어떤 스킬이 늘어나는가?</w:t>
      </w:r>
      <w:r>
        <w:rPr>
          <w:rFonts w:ascii="Nanum Gothic" w:eastAsia="Nanum Gothic" w:hAnsi="Nanum Gothic" w:cs="Nanum Gothic"/>
          <w:color w:val="1A1A1A"/>
          <w:sz w:val="20"/>
          <w:lang w:eastAsia="ko-KR"/>
        </w:rPr>
        <w:t>: AI 리터러시(AI와 협업하는 능력), 비판적 사고, 복합 문제 해결, 창의성, 사회적 영향력.</w:t>
      </w:r>
    </w:p>
    <w:tbl>
      <w:tblPr>
        <w:tblStyle w:val="af9"/>
        <w:tblW w:w="0" w:type="auto"/>
        <w:tblLayout w:type="fixed"/>
        <w:tblLook w:val="04A0" w:firstRow="1" w:lastRow="0" w:firstColumn="1" w:lastColumn="0" w:noHBand="0" w:noVBand="1"/>
      </w:tblPr>
      <w:tblGrid>
        <w:gridCol w:w="400"/>
        <w:gridCol w:w="8672"/>
      </w:tblGrid>
      <w:tr w:rsidR="00226CAC" w14:paraId="7ADAC5B8" w14:textId="77777777">
        <w:tc>
          <w:tcPr>
            <w:tcW w:w="400" w:type="dxa"/>
            <w:shd w:val="clear" w:color="auto" w:fill="C05621"/>
          </w:tcPr>
          <w:p w14:paraId="1E8DC9B3" w14:textId="77777777" w:rsidR="00226CAC" w:rsidRDefault="00226CAC">
            <w:pPr>
              <w:spacing w:before="80" w:after="80"/>
              <w:rPr>
                <w:rFonts w:eastAsia="Nanum Gothic"/>
                <w:lang w:eastAsia="ko-KR"/>
              </w:rPr>
            </w:pPr>
          </w:p>
        </w:tc>
        <w:tc>
          <w:tcPr>
            <w:tcW w:w="8672" w:type="dxa"/>
            <w:shd w:val="clear" w:color="auto" w:fill="FFF7E6"/>
          </w:tcPr>
          <w:p w14:paraId="407F9DF0" w14:textId="77777777" w:rsidR="00226CAC" w:rsidRDefault="00000000">
            <w:pPr>
              <w:spacing w:before="80" w:after="80"/>
              <w:rPr>
                <w:rFonts w:eastAsia="Nanum Gothic"/>
                <w:lang w:eastAsia="ko-KR"/>
              </w:rPr>
            </w:pPr>
            <w:r>
              <w:rPr>
                <w:rFonts w:ascii="Nanum Gothic" w:eastAsia="Nanum Gothic" w:hAnsi="Nanum Gothic" w:cs="Nanum Gothic"/>
                <w:b/>
                <w:color w:val="C05621"/>
                <w:sz w:val="20"/>
                <w:lang w:eastAsia="ko-KR"/>
              </w:rPr>
              <w:t>⚠️ 주의</w:t>
            </w:r>
            <w:r>
              <w:rPr>
                <w:rFonts w:ascii="Apple SD Gothic Neo" w:eastAsia="Nanum Gothic" w:hAnsi="Apple SD Gothic Neo" w:cs="Apple SD Gothic Neo"/>
                <w:b/>
                <w:color w:val="C05621"/>
                <w:sz w:val="20"/>
                <w:lang w:eastAsia="ko-KR"/>
              </w:rPr>
              <w:br/>
            </w:r>
            <w:r>
              <w:rPr>
                <w:rFonts w:ascii="Nanum Gothic" w:eastAsia="Nanum Gothic" w:hAnsi="Nanum Gothic" w:cs="Nanum Gothic"/>
                <w:color w:val="1A1A1A"/>
                <w:sz w:val="20"/>
                <w:lang w:eastAsia="ko-KR"/>
              </w:rPr>
              <w:t>오해하지 말 것 — "스킬의 39%가 무용화"라는 것은 "여러분 자신이 39% 쓸모없어진다"는 뜻이 아니다. 스킬을 업데이트하면 된다. 그리고 그 업데이트를 가장 빠르게 할 수 있는 사람이 AI 도구를 잘 다루는 사람이다.</w:t>
            </w:r>
          </w:p>
        </w:tc>
      </w:tr>
    </w:tbl>
    <w:p w14:paraId="35E01343" w14:textId="5D0F2543" w:rsidR="00226CAC" w:rsidRDefault="0054209F">
      <w:pPr>
        <w:rPr>
          <w:rFonts w:eastAsia="Nanum Gothic"/>
          <w:lang w:eastAsia="ko-KR"/>
        </w:rPr>
      </w:pPr>
      <w:r>
        <w:rPr>
          <w:rFonts w:ascii="Nanum Gothic" w:eastAsia="Nanum Gothic" w:hAnsi="Nanum Gothic" w:cs="Nanum Gothic"/>
          <w:color w:val="6B7280"/>
          <w:sz w:val="16"/>
          <w:lang w:eastAsia="ko-KR"/>
        </w:rPr>
        <w:t>출처: WEF Future of Jobs Report 2025, January 2025, p.</w:t>
      </w:r>
      <w:r>
        <w:rPr>
          <w:rFonts w:ascii="Nanum Gothic" w:eastAsia="Nanum Gothic" w:hAnsi="Nanum Gothic" w:cs="Nanum Gothic" w:hint="eastAsia"/>
          <w:color w:val="6B7280"/>
          <w:sz w:val="16"/>
          <w:lang w:eastAsia="ko-KR"/>
        </w:rPr>
        <w:t>34</w:t>
      </w:r>
      <w:r>
        <w:rPr>
          <w:rFonts w:ascii="Nanum Gothic" w:eastAsia="Nanum Gothic" w:hAnsi="Nanum Gothic" w:cs="Nanum Gothic"/>
          <w:color w:val="6B7280"/>
          <w:sz w:val="16"/>
          <w:lang w:eastAsia="ko-KR"/>
        </w:rPr>
        <w:t>, Figure 3.2</w:t>
      </w:r>
    </w:p>
    <w:tbl>
      <w:tblPr>
        <w:tblStyle w:val="af9"/>
        <w:tblW w:w="0" w:type="auto"/>
        <w:tblLayout w:type="fixed"/>
        <w:tblLook w:val="04A0" w:firstRow="1" w:lastRow="0" w:firstColumn="1" w:lastColumn="0" w:noHBand="0" w:noVBand="1"/>
      </w:tblPr>
      <w:tblGrid>
        <w:gridCol w:w="400"/>
        <w:gridCol w:w="8672"/>
      </w:tblGrid>
      <w:tr w:rsidR="00226CAC" w14:paraId="511B8C4E" w14:textId="77777777">
        <w:tc>
          <w:tcPr>
            <w:tcW w:w="400" w:type="dxa"/>
            <w:shd w:val="clear" w:color="auto" w:fill="4A5568"/>
          </w:tcPr>
          <w:p w14:paraId="704FCF13" w14:textId="77777777" w:rsidR="00226CAC" w:rsidRDefault="00226CAC">
            <w:pPr>
              <w:spacing w:before="80" w:after="80"/>
              <w:rPr>
                <w:rFonts w:eastAsia="Nanum Gothic"/>
                <w:lang w:eastAsia="ko-KR"/>
              </w:rPr>
            </w:pPr>
          </w:p>
        </w:tc>
        <w:tc>
          <w:tcPr>
            <w:tcW w:w="8672" w:type="dxa"/>
            <w:shd w:val="clear" w:color="auto" w:fill="F7F7F7"/>
          </w:tcPr>
          <w:p w14:paraId="40C7EEA8" w14:textId="77777777" w:rsidR="00226CAC" w:rsidRDefault="00000000">
            <w:pPr>
              <w:spacing w:before="80" w:after="80"/>
              <w:rPr>
                <w:rFonts w:eastAsia="Nanum Gothic"/>
                <w:lang w:eastAsia="ko-KR"/>
              </w:rPr>
            </w:pPr>
            <w:r>
              <w:rPr>
                <w:rFonts w:ascii="Nanum Gothic" w:eastAsia="Nanum Gothic" w:hAnsi="Nanum Gothic" w:cs="Nanum Gothic"/>
                <w:b/>
                <w:color w:val="4A5568"/>
                <w:sz w:val="20"/>
                <w:lang w:eastAsia="ko-KR"/>
              </w:rPr>
              <w:t>📌 Note</w:t>
            </w:r>
            <w:r>
              <w:rPr>
                <w:rFonts w:ascii="Apple SD Gothic Neo" w:eastAsia="Nanum Gothic" w:hAnsi="Apple SD Gothic Neo" w:cs="Apple SD Gothic Neo"/>
                <w:b/>
                <w:color w:val="4A5568"/>
                <w:sz w:val="20"/>
                <w:lang w:eastAsia="ko-KR"/>
              </w:rPr>
              <w:br/>
            </w:r>
            <w:r>
              <w:rPr>
                <w:rFonts w:ascii="Nanum Gothic" w:eastAsia="Nanum Gothic" w:hAnsi="Nanum Gothic" w:cs="Nanum Gothic"/>
                <w:color w:val="1A1A1A"/>
                <w:sz w:val="20"/>
                <w:lang w:eastAsia="ko-KR"/>
              </w:rPr>
              <w:t>2023년 조사에서 44%였던 수치가 2025년 39%로 감소한 이유: 기업들이 재교육·업스킬링에 더 많이 투자하기 시작했기 때문이다. 즉 기업이 이 문제를 인식하고 움직이고 있다.</w:t>
            </w:r>
          </w:p>
        </w:tc>
      </w:tr>
    </w:tbl>
    <w:p w14:paraId="3503CB8B" w14:textId="5C80C7EE" w:rsidR="0054209F" w:rsidRDefault="0054209F" w:rsidP="0054209F">
      <w:pPr>
        <w:rPr>
          <w:rFonts w:eastAsia="Nanum Gothic"/>
          <w:lang w:eastAsia="ko-KR"/>
        </w:rPr>
      </w:pPr>
      <w:r>
        <w:rPr>
          <w:rFonts w:ascii="Nanum Gothic" w:eastAsia="Nanum Gothic" w:hAnsi="Nanum Gothic" w:cs="Nanum Gothic"/>
          <w:color w:val="6B7280"/>
          <w:sz w:val="16"/>
          <w:lang w:eastAsia="ko-KR"/>
        </w:rPr>
        <w:t>출처: WEF Future of Jobs Report 2025, January 2025, p.</w:t>
      </w:r>
      <w:r>
        <w:rPr>
          <w:rFonts w:ascii="Nanum Gothic" w:eastAsia="Nanum Gothic" w:hAnsi="Nanum Gothic" w:cs="Nanum Gothic" w:hint="eastAsia"/>
          <w:color w:val="6B7280"/>
          <w:sz w:val="16"/>
          <w:lang w:eastAsia="ko-KR"/>
        </w:rPr>
        <w:t>33</w:t>
      </w:r>
      <w:r>
        <w:rPr>
          <w:rFonts w:ascii="Nanum Gothic" w:eastAsia="Nanum Gothic" w:hAnsi="Nanum Gothic" w:cs="Nanum Gothic"/>
          <w:color w:val="6B7280"/>
          <w:sz w:val="16"/>
          <w:lang w:eastAsia="ko-KR"/>
        </w:rPr>
        <w:t>, Figure 3.</w:t>
      </w:r>
      <w:r>
        <w:rPr>
          <w:rFonts w:ascii="Nanum Gothic" w:eastAsia="Nanum Gothic" w:hAnsi="Nanum Gothic" w:cs="Nanum Gothic" w:hint="eastAsia"/>
          <w:color w:val="6B7280"/>
          <w:sz w:val="16"/>
          <w:lang w:eastAsia="ko-KR"/>
        </w:rPr>
        <w:t>1</w:t>
      </w:r>
    </w:p>
    <w:p w14:paraId="28E26E0B" w14:textId="77777777" w:rsidR="00226CAC" w:rsidRDefault="00226CAC">
      <w:pPr>
        <w:rPr>
          <w:rFonts w:eastAsia="Nanum Gothic"/>
          <w:lang w:eastAsia="ko-KR"/>
        </w:rPr>
      </w:pPr>
    </w:p>
    <w:p w14:paraId="11A47072"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2.1.3 한국 기업의 AI 전환 실태</w:t>
      </w:r>
    </w:p>
    <w:p w14:paraId="2FD047C5" w14:textId="5382D631" w:rsidR="00226CAC" w:rsidRDefault="00000000">
      <w:pPr>
        <w:spacing w:before="60" w:after="60"/>
      </w:pPr>
      <w:r>
        <w:rPr>
          <w:rFonts w:ascii="Nanum Gothic" w:eastAsia="Nanum Gothic" w:hAnsi="Nanum Gothic" w:cs="Nanum Gothic"/>
          <w:b/>
          <w:color w:val="024AD8"/>
          <w:sz w:val="24"/>
          <w:lang w:eastAsia="ko-KR"/>
        </w:rPr>
        <w:lastRenderedPageBreak/>
        <w:t>WEF FoJ 2025 한국 경제 프로필 데이터</w:t>
      </w:r>
    </w:p>
    <w:tbl>
      <w:tblPr>
        <w:tblStyle w:val="af9"/>
        <w:tblW w:w="0" w:type="auto"/>
        <w:tblLook w:val="04A0" w:firstRow="1" w:lastRow="0" w:firstColumn="1" w:lastColumn="0" w:noHBand="0" w:noVBand="1"/>
      </w:tblPr>
      <w:tblGrid>
        <w:gridCol w:w="2268"/>
        <w:gridCol w:w="2268"/>
        <w:gridCol w:w="2268"/>
        <w:gridCol w:w="2268"/>
      </w:tblGrid>
      <w:tr w:rsidR="00226CAC" w14:paraId="280316DE" w14:textId="77777777" w:rsidTr="0054209F">
        <w:tc>
          <w:tcPr>
            <w:tcW w:w="2268" w:type="dxa"/>
            <w:shd w:val="clear" w:color="auto" w:fill="024AD8"/>
          </w:tcPr>
          <w:p w14:paraId="645E2A41" w14:textId="77777777" w:rsidR="00226CAC" w:rsidRDefault="00000000">
            <w:pPr>
              <w:spacing w:before="60" w:after="60"/>
            </w:pPr>
            <w:r>
              <w:rPr>
                <w:rFonts w:ascii="Nanum Gothic" w:eastAsia="Nanum Gothic" w:hAnsi="Nanum Gothic" w:cs="Nanum Gothic"/>
                <w:b/>
                <w:color w:val="FFFFFF"/>
                <w:sz w:val="20"/>
              </w:rPr>
              <w:t>지표</w:t>
            </w:r>
          </w:p>
        </w:tc>
        <w:tc>
          <w:tcPr>
            <w:tcW w:w="2268" w:type="dxa"/>
            <w:shd w:val="clear" w:color="auto" w:fill="024AD8"/>
          </w:tcPr>
          <w:p w14:paraId="0B87E9B7" w14:textId="77777777" w:rsidR="00226CAC" w:rsidRDefault="00000000">
            <w:pPr>
              <w:spacing w:before="60" w:after="60"/>
            </w:pPr>
            <w:r>
              <w:rPr>
                <w:rFonts w:ascii="Nanum Gothic" w:eastAsia="Nanum Gothic" w:hAnsi="Nanum Gothic" w:cs="Nanum Gothic"/>
                <w:b/>
                <w:color w:val="FFFFFF"/>
                <w:sz w:val="20"/>
              </w:rPr>
              <w:t>한국</w:t>
            </w:r>
          </w:p>
        </w:tc>
        <w:tc>
          <w:tcPr>
            <w:tcW w:w="2268" w:type="dxa"/>
            <w:shd w:val="clear" w:color="auto" w:fill="024AD8"/>
          </w:tcPr>
          <w:p w14:paraId="781DCCBF" w14:textId="77777777" w:rsidR="00226CAC" w:rsidRDefault="00000000">
            <w:pPr>
              <w:spacing w:before="60" w:after="60"/>
            </w:pPr>
            <w:r>
              <w:rPr>
                <w:rFonts w:ascii="Nanum Gothic" w:eastAsia="Nanum Gothic" w:hAnsi="Nanum Gothic" w:cs="Nanum Gothic"/>
                <w:b/>
                <w:color w:val="FFFFFF"/>
                <w:sz w:val="20"/>
              </w:rPr>
              <w:t>글로벌 평균</w:t>
            </w:r>
          </w:p>
        </w:tc>
        <w:tc>
          <w:tcPr>
            <w:tcW w:w="2268" w:type="dxa"/>
            <w:shd w:val="clear" w:color="auto" w:fill="024AD8"/>
          </w:tcPr>
          <w:p w14:paraId="2A44AF3A" w14:textId="77777777" w:rsidR="00226CAC" w:rsidRDefault="00000000">
            <w:pPr>
              <w:spacing w:before="60" w:after="60"/>
            </w:pPr>
            <w:r>
              <w:rPr>
                <w:rFonts w:ascii="Nanum Gothic" w:eastAsia="Nanum Gothic" w:hAnsi="Nanum Gothic" w:cs="Nanum Gothic"/>
                <w:b/>
                <w:color w:val="FFFFFF"/>
                <w:sz w:val="20"/>
              </w:rPr>
              <w:t>해석</w:t>
            </w:r>
          </w:p>
        </w:tc>
      </w:tr>
      <w:tr w:rsidR="00226CAC" w14:paraId="1A073082" w14:textId="77777777" w:rsidTr="0054209F">
        <w:tc>
          <w:tcPr>
            <w:tcW w:w="2268" w:type="dxa"/>
          </w:tcPr>
          <w:p w14:paraId="1991117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AI 프로그램 운영 기업 (AI exposure)</w:t>
            </w:r>
          </w:p>
        </w:tc>
        <w:tc>
          <w:tcPr>
            <w:tcW w:w="2268" w:type="dxa"/>
          </w:tcPr>
          <w:p w14:paraId="6D582C17" w14:textId="77777777" w:rsidR="00226CAC" w:rsidRDefault="00000000">
            <w:pPr>
              <w:spacing w:before="60" w:after="60"/>
            </w:pPr>
            <w:r>
              <w:rPr>
                <w:rFonts w:ascii="Nanum Gothic" w:eastAsia="Nanum Gothic" w:hAnsi="Nanum Gothic" w:cs="Nanum Gothic"/>
                <w:b/>
                <w:color w:val="1A1A1A"/>
                <w:sz w:val="20"/>
              </w:rPr>
              <w:t>100%</w:t>
            </w:r>
          </w:p>
        </w:tc>
        <w:tc>
          <w:tcPr>
            <w:tcW w:w="2268" w:type="dxa"/>
          </w:tcPr>
          <w:p w14:paraId="6AA06617" w14:textId="77777777" w:rsidR="00226CAC" w:rsidRDefault="00000000">
            <w:pPr>
              <w:spacing w:before="60" w:after="60"/>
            </w:pPr>
            <w:r>
              <w:rPr>
                <w:rFonts w:ascii="Nanum Gothic" w:eastAsia="Nanum Gothic" w:hAnsi="Nanum Gothic" w:cs="Nanum Gothic"/>
                <w:color w:val="1A1A1A"/>
                <w:sz w:val="20"/>
              </w:rPr>
              <w:t>88%</w:t>
            </w:r>
          </w:p>
        </w:tc>
        <w:tc>
          <w:tcPr>
            <w:tcW w:w="2268" w:type="dxa"/>
          </w:tcPr>
          <w:p w14:paraId="2679643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한국 내 모든 조사 기업이 AI 프로그램 보유</w:t>
            </w:r>
          </w:p>
        </w:tc>
      </w:tr>
      <w:tr w:rsidR="00226CAC" w14:paraId="27CC0BD4" w14:textId="77777777" w:rsidTr="0054209F">
        <w:tc>
          <w:tcPr>
            <w:tcW w:w="2268" w:type="dxa"/>
          </w:tcPr>
          <w:p w14:paraId="20DCB57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AI·정보처리 기술 도입 계획</w:t>
            </w:r>
          </w:p>
        </w:tc>
        <w:tc>
          <w:tcPr>
            <w:tcW w:w="2268" w:type="dxa"/>
          </w:tcPr>
          <w:p w14:paraId="4E2B09BF" w14:textId="77777777" w:rsidR="00226CAC" w:rsidRDefault="00000000">
            <w:pPr>
              <w:spacing w:before="60" w:after="60"/>
            </w:pPr>
            <w:r>
              <w:rPr>
                <w:rFonts w:ascii="Nanum Gothic" w:eastAsia="Nanum Gothic" w:hAnsi="Nanum Gothic" w:cs="Nanum Gothic"/>
                <w:b/>
                <w:color w:val="1A1A1A"/>
                <w:sz w:val="20"/>
              </w:rPr>
              <w:t>88%</w:t>
            </w:r>
          </w:p>
        </w:tc>
        <w:tc>
          <w:tcPr>
            <w:tcW w:w="2268" w:type="dxa"/>
          </w:tcPr>
          <w:p w14:paraId="6421CAF6" w14:textId="77777777" w:rsidR="00226CAC" w:rsidRDefault="00000000">
            <w:pPr>
              <w:spacing w:before="60" w:after="60"/>
            </w:pPr>
            <w:r>
              <w:rPr>
                <w:rFonts w:ascii="Nanum Gothic" w:eastAsia="Nanum Gothic" w:hAnsi="Nanum Gothic" w:cs="Nanum Gothic"/>
                <w:color w:val="1A1A1A"/>
                <w:sz w:val="20"/>
              </w:rPr>
              <w:t>86%</w:t>
            </w:r>
          </w:p>
        </w:tc>
        <w:tc>
          <w:tcPr>
            <w:tcW w:w="2268" w:type="dxa"/>
          </w:tcPr>
          <w:p w14:paraId="7F7432C1" w14:textId="77777777" w:rsidR="00226CAC" w:rsidRDefault="00000000">
            <w:pPr>
              <w:spacing w:before="60" w:after="60"/>
            </w:pPr>
            <w:r>
              <w:rPr>
                <w:rFonts w:ascii="Nanum Gothic" w:eastAsia="Nanum Gothic" w:hAnsi="Nanum Gothic" w:cs="Nanum Gothic"/>
                <w:color w:val="1A1A1A"/>
                <w:sz w:val="20"/>
              </w:rPr>
              <w:t>실제 도입 계획 비율</w:t>
            </w:r>
          </w:p>
        </w:tc>
      </w:tr>
      <w:tr w:rsidR="00226CAC" w14:paraId="40725A76" w14:textId="77777777" w:rsidTr="0054209F">
        <w:tc>
          <w:tcPr>
            <w:tcW w:w="2268" w:type="dxa"/>
          </w:tcPr>
          <w:p w14:paraId="59EE854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신규 스킬 인력 채용 계획</w:t>
            </w:r>
          </w:p>
        </w:tc>
        <w:tc>
          <w:tcPr>
            <w:tcW w:w="2268" w:type="dxa"/>
          </w:tcPr>
          <w:p w14:paraId="2E7BD6A7" w14:textId="77777777" w:rsidR="00226CAC" w:rsidRDefault="00000000">
            <w:pPr>
              <w:spacing w:before="60" w:after="60"/>
            </w:pPr>
            <w:r>
              <w:rPr>
                <w:rFonts w:ascii="Nanum Gothic" w:eastAsia="Nanum Gothic" w:hAnsi="Nanum Gothic" w:cs="Nanum Gothic"/>
                <w:b/>
                <w:color w:val="1A1A1A"/>
                <w:sz w:val="20"/>
              </w:rPr>
              <w:t>92%</w:t>
            </w:r>
          </w:p>
        </w:tc>
        <w:tc>
          <w:tcPr>
            <w:tcW w:w="2268" w:type="dxa"/>
          </w:tcPr>
          <w:p w14:paraId="5FE680AF" w14:textId="77777777" w:rsidR="00226CAC" w:rsidRDefault="00000000">
            <w:pPr>
              <w:spacing w:before="60" w:after="60"/>
            </w:pPr>
            <w:r>
              <w:rPr>
                <w:rFonts w:ascii="Nanum Gothic" w:eastAsia="Nanum Gothic" w:hAnsi="Nanum Gothic" w:cs="Nanum Gothic"/>
                <w:color w:val="1A1A1A"/>
                <w:sz w:val="20"/>
              </w:rPr>
              <w:t>70%</w:t>
            </w:r>
          </w:p>
        </w:tc>
        <w:tc>
          <w:tcPr>
            <w:tcW w:w="2268" w:type="dxa"/>
          </w:tcPr>
          <w:p w14:paraId="28E3A65F"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AI 역량 인재 수요 매우 높음</w:t>
            </w:r>
          </w:p>
        </w:tc>
      </w:tr>
      <w:tr w:rsidR="00226CAC" w14:paraId="31ACDE91" w14:textId="77777777" w:rsidTr="0054209F">
        <w:tc>
          <w:tcPr>
            <w:tcW w:w="2268" w:type="dxa"/>
          </w:tcPr>
          <w:p w14:paraId="7E05336F" w14:textId="77777777" w:rsidR="00226CAC" w:rsidRDefault="00000000">
            <w:pPr>
              <w:spacing w:before="60" w:after="60"/>
            </w:pPr>
            <w:r>
              <w:rPr>
                <w:rFonts w:ascii="Nanum Gothic" w:eastAsia="Nanum Gothic" w:hAnsi="Nanum Gothic" w:cs="Nanum Gothic"/>
                <w:color w:val="1A1A1A"/>
                <w:sz w:val="20"/>
              </w:rPr>
              <w:t>스킬 변화율 (2025–2030)</w:t>
            </w:r>
          </w:p>
        </w:tc>
        <w:tc>
          <w:tcPr>
            <w:tcW w:w="2268" w:type="dxa"/>
          </w:tcPr>
          <w:p w14:paraId="28932FF9" w14:textId="77777777" w:rsidR="00226CAC" w:rsidRDefault="00000000">
            <w:pPr>
              <w:spacing w:before="60" w:after="60"/>
            </w:pPr>
            <w:r>
              <w:rPr>
                <w:rFonts w:ascii="Nanum Gothic" w:eastAsia="Nanum Gothic" w:hAnsi="Nanum Gothic" w:cs="Nanum Gothic"/>
                <w:b/>
                <w:color w:val="1A1A1A"/>
                <w:sz w:val="20"/>
              </w:rPr>
              <w:t>38%</w:t>
            </w:r>
          </w:p>
        </w:tc>
        <w:tc>
          <w:tcPr>
            <w:tcW w:w="2268" w:type="dxa"/>
          </w:tcPr>
          <w:p w14:paraId="31A426AB" w14:textId="77777777" w:rsidR="00226CAC" w:rsidRDefault="00000000">
            <w:pPr>
              <w:spacing w:before="60" w:after="60"/>
            </w:pPr>
            <w:r>
              <w:rPr>
                <w:rFonts w:ascii="Nanum Gothic" w:eastAsia="Nanum Gothic" w:hAnsi="Nanum Gothic" w:cs="Nanum Gothic"/>
                <w:color w:val="1A1A1A"/>
                <w:sz w:val="20"/>
              </w:rPr>
              <w:t>39%</w:t>
            </w:r>
          </w:p>
        </w:tc>
        <w:tc>
          <w:tcPr>
            <w:tcW w:w="2268" w:type="dxa"/>
          </w:tcPr>
          <w:p w14:paraId="016C4557" w14:textId="77777777" w:rsidR="00226CAC" w:rsidRDefault="00000000">
            <w:pPr>
              <w:spacing w:before="60" w:after="60"/>
            </w:pPr>
            <w:r>
              <w:rPr>
                <w:rFonts w:ascii="Nanum Gothic" w:eastAsia="Nanum Gothic" w:hAnsi="Nanum Gothic" w:cs="Nanum Gothic"/>
                <w:color w:val="1A1A1A"/>
                <w:sz w:val="20"/>
              </w:rPr>
              <w:t>글로벌 평균과 유사</w:t>
            </w:r>
          </w:p>
        </w:tc>
      </w:tr>
      <w:tr w:rsidR="00226CAC" w14:paraId="523AF602" w14:textId="77777777" w:rsidTr="0054209F">
        <w:tc>
          <w:tcPr>
            <w:tcW w:w="2268" w:type="dxa"/>
          </w:tcPr>
          <w:p w14:paraId="4FE330D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5년 노동시장 구조 변화율</w:t>
            </w:r>
          </w:p>
        </w:tc>
        <w:tc>
          <w:tcPr>
            <w:tcW w:w="2268" w:type="dxa"/>
          </w:tcPr>
          <w:p w14:paraId="59D5E7CF" w14:textId="77777777" w:rsidR="00226CAC" w:rsidRDefault="00000000">
            <w:pPr>
              <w:spacing w:before="60" w:after="60"/>
            </w:pPr>
            <w:r>
              <w:rPr>
                <w:rFonts w:ascii="Nanum Gothic" w:eastAsia="Nanum Gothic" w:hAnsi="Nanum Gothic" w:cs="Nanum Gothic"/>
                <w:b/>
                <w:color w:val="1A1A1A"/>
                <w:sz w:val="20"/>
              </w:rPr>
              <w:t>17%</w:t>
            </w:r>
          </w:p>
        </w:tc>
        <w:tc>
          <w:tcPr>
            <w:tcW w:w="2268" w:type="dxa"/>
          </w:tcPr>
          <w:p w14:paraId="7E2AD2CD" w14:textId="77777777" w:rsidR="00226CAC" w:rsidRDefault="00000000">
            <w:pPr>
              <w:spacing w:before="60" w:after="60"/>
            </w:pPr>
            <w:r>
              <w:rPr>
                <w:rFonts w:ascii="Nanum Gothic" w:eastAsia="Nanum Gothic" w:hAnsi="Nanum Gothic" w:cs="Nanum Gothic"/>
                <w:color w:val="1A1A1A"/>
                <w:sz w:val="20"/>
              </w:rPr>
              <w:t>22%</w:t>
            </w:r>
          </w:p>
        </w:tc>
        <w:tc>
          <w:tcPr>
            <w:tcW w:w="2268" w:type="dxa"/>
          </w:tcPr>
          <w:p w14:paraId="4BE6042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한국은 상대적으로 안정적 구조</w:t>
            </w:r>
          </w:p>
        </w:tc>
      </w:tr>
      <w:tr w:rsidR="00226CAC" w14:paraId="1D5C2123" w14:textId="77777777" w:rsidTr="0054209F">
        <w:tc>
          <w:tcPr>
            <w:tcW w:w="2268" w:type="dxa"/>
          </w:tcPr>
          <w:p w14:paraId="3AFC856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현재 기술 담당 업무 비율 → 2030</w:t>
            </w:r>
          </w:p>
        </w:tc>
        <w:tc>
          <w:tcPr>
            <w:tcW w:w="2268" w:type="dxa"/>
          </w:tcPr>
          <w:p w14:paraId="04961EEE" w14:textId="77777777" w:rsidR="00226CAC" w:rsidRDefault="00000000">
            <w:pPr>
              <w:spacing w:before="60" w:after="60"/>
            </w:pPr>
            <w:r>
              <w:rPr>
                <w:rFonts w:ascii="Nanum Gothic" w:eastAsia="Nanum Gothic" w:hAnsi="Nanum Gothic" w:cs="Nanum Gothic"/>
                <w:b/>
                <w:color w:val="1A1A1A"/>
                <w:sz w:val="20"/>
              </w:rPr>
              <w:t>19% → 22%</w:t>
            </w:r>
          </w:p>
        </w:tc>
        <w:tc>
          <w:tcPr>
            <w:tcW w:w="2268" w:type="dxa"/>
          </w:tcPr>
          <w:p w14:paraId="0E2D3C86" w14:textId="77777777" w:rsidR="00226CAC" w:rsidRDefault="00000000">
            <w:pPr>
              <w:spacing w:before="60" w:after="60"/>
            </w:pPr>
            <w:r>
              <w:rPr>
                <w:rFonts w:ascii="Nanum Gothic" w:eastAsia="Nanum Gothic" w:hAnsi="Nanum Gothic" w:cs="Nanum Gothic"/>
                <w:color w:val="1A1A1A"/>
                <w:sz w:val="20"/>
              </w:rPr>
              <w:t>22% → 34%</w:t>
            </w:r>
          </w:p>
        </w:tc>
        <w:tc>
          <w:tcPr>
            <w:tcW w:w="2268" w:type="dxa"/>
          </w:tcPr>
          <w:p w14:paraId="78778CA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한국은 자동화 속도가 글로벌보다 느림</w:t>
            </w:r>
          </w:p>
        </w:tc>
      </w:tr>
    </w:tbl>
    <w:p w14:paraId="4F6B0C1B" w14:textId="3A7AC7AB" w:rsidR="00226CAC" w:rsidRDefault="00000000">
      <w:pPr>
        <w:spacing w:before="40" w:after="60"/>
      </w:pPr>
      <w:r>
        <w:rPr>
          <w:rFonts w:ascii="Nanum Gothic" w:eastAsia="Nanum Gothic" w:hAnsi="Nanum Gothic" w:cs="Nanum Gothic"/>
          <w:color w:val="6B7280"/>
          <w:sz w:val="16"/>
        </w:rPr>
        <w:t>출처: WEF Future of Jobs Report 2025, Republic of Korea Economy Profile, p.16</w:t>
      </w:r>
      <w:r w:rsidR="0054209F">
        <w:rPr>
          <w:rFonts w:ascii="Nanum Gothic" w:eastAsia="Nanum Gothic" w:hAnsi="Nanum Gothic" w:cs="Nanum Gothic" w:hint="eastAsia"/>
          <w:color w:val="6B7280"/>
          <w:sz w:val="16"/>
          <w:lang w:eastAsia="ko-KR"/>
        </w:rPr>
        <w:t>2</w:t>
      </w:r>
      <w:r>
        <w:rPr>
          <w:rFonts w:ascii="Nanum Gothic" w:eastAsia="Nanum Gothic" w:hAnsi="Nanum Gothic" w:cs="Nanum Gothic"/>
          <w:color w:val="6B7280"/>
          <w:sz w:val="16"/>
        </w:rPr>
        <w:t>–16</w:t>
      </w:r>
      <w:r w:rsidR="0054209F">
        <w:rPr>
          <w:rFonts w:ascii="Nanum Gothic" w:eastAsia="Nanum Gothic" w:hAnsi="Nanum Gothic" w:cs="Nanum Gothic" w:hint="eastAsia"/>
          <w:color w:val="6B7280"/>
          <w:sz w:val="16"/>
          <w:lang w:eastAsia="ko-KR"/>
        </w:rPr>
        <w:t>3</w:t>
      </w:r>
      <w:r>
        <w:rPr>
          <w:rFonts w:ascii="Nanum Gothic" w:eastAsia="Nanum Gothic" w:hAnsi="Nanum Gothic" w:cs="Nanum Gothic"/>
          <w:color w:val="6B7280"/>
          <w:sz w:val="16"/>
        </w:rPr>
        <w:t>,</w:t>
      </w:r>
      <w:r w:rsidR="0054209F">
        <w:rPr>
          <w:rFonts w:ascii="Nanum Gothic" w:eastAsia="Nanum Gothic" w:hAnsi="Nanum Gothic" w:cs="Nanum Gothic" w:hint="eastAsia"/>
          <w:color w:val="6B7280"/>
          <w:sz w:val="16"/>
          <w:lang w:eastAsia="ko-KR"/>
        </w:rPr>
        <w:t xml:space="preserve"> </w:t>
      </w:r>
      <w:r>
        <w:rPr>
          <w:rFonts w:ascii="Nanum Gothic" w:eastAsia="Nanum Gothic" w:hAnsi="Nanum Gothic" w:cs="Nanum Gothic"/>
          <w:color w:val="6B7280"/>
          <w:sz w:val="16"/>
        </w:rPr>
        <w:t>https://www3.weforum.org/docs/WEF_Future_of_Jobs_Report_2025.pdf</w:t>
      </w:r>
    </w:p>
    <w:p w14:paraId="58BC3A74"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수치를 실감나게 해석하기</w:t>
      </w:r>
    </w:p>
    <w:p w14:paraId="481B5B64"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"AI exposure 100%"의 의미</w:t>
      </w:r>
      <w:r>
        <w:rPr>
          <w:rFonts w:ascii="Nanum Gothic" w:eastAsia="Nanum Gothic" w:hAnsi="Nanum Gothic" w:cs="Nanum Gothic"/>
          <w:color w:val="1A1A1A"/>
          <w:sz w:val="20"/>
          <w:lang w:eastAsia="ko-KR"/>
        </w:rPr>
        <w:t>: 한국에서 WEF FoJ 2025 조사에 참여한 기업 중 AI 관련 프로그램을 하나도 운영하지 않는 기업이 없다. 즉 "AI는 대기업만의 이야기"가 아니다. 이미 여러분 직장에서도 어떤 형태로든 AI가 들어와 있을 가능성이 높다.</w:t>
      </w:r>
    </w:p>
    <w:p w14:paraId="5C8DF0B4"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"신규 스킬 인력 채용 92%"의 의미</w:t>
      </w:r>
      <w:r>
        <w:rPr>
          <w:rFonts w:ascii="Nanum Gothic" w:eastAsia="Nanum Gothic" w:hAnsi="Nanum Gothic" w:cs="Nanum Gothic"/>
          <w:color w:val="1A1A1A"/>
          <w:sz w:val="20"/>
          <w:lang w:eastAsia="ko-KR"/>
        </w:rPr>
        <w:t xml:space="preserve">: 한국 기업 10개 중 9개 이상이 AI 관련 스킬을 가진 신규 인력을 채용할 계획을 세우고 있다. 글로벌 평균(70%)보다 22%p 높다. 즉 </w:t>
      </w:r>
      <w:r>
        <w:rPr>
          <w:rFonts w:ascii="Nanum Gothic" w:eastAsia="Nanum Gothic" w:hAnsi="Nanum Gothic" w:cs="Nanum Gothic"/>
          <w:b/>
          <w:color w:val="1A1A1A"/>
          <w:sz w:val="20"/>
          <w:lang w:eastAsia="ko-KR"/>
        </w:rPr>
        <w:t>한국 노동시장에서 AI 스킬 수요가 특히 높다</w:t>
      </w:r>
      <w:r>
        <w:rPr>
          <w:rFonts w:ascii="Nanum Gothic" w:eastAsia="Nanum Gothic" w:hAnsi="Nanum Gothic" w:cs="Nanum Gothic"/>
          <w:color w:val="1A1A1A"/>
          <w:sz w:val="20"/>
          <w:lang w:eastAsia="ko-KR"/>
        </w:rPr>
        <w:t>.</w:t>
      </w:r>
    </w:p>
    <w:p w14:paraId="4C582060"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"Human-machine frontier 19% → 22%"의 의미</w:t>
      </w:r>
      <w:r>
        <w:rPr>
          <w:rFonts w:ascii="Nanum Gothic" w:eastAsia="Nanum Gothic" w:hAnsi="Nanum Gothic" w:cs="Nanum Gothic"/>
          <w:color w:val="1A1A1A"/>
          <w:sz w:val="20"/>
          <w:lang w:eastAsia="ko-KR"/>
        </w:rPr>
        <w:t xml:space="preserve">: 현재 기술이 담당하는 업무 비중이 19%다. 2030년에는 22%로 늘어날 전망이다. 반대로 말하면, 2030년에도 </w:t>
      </w:r>
      <w:r>
        <w:rPr>
          <w:rFonts w:ascii="Nanum Gothic" w:eastAsia="Nanum Gothic" w:hAnsi="Nanum Gothic" w:cs="Nanum Gothic"/>
          <w:b/>
          <w:color w:val="1A1A1A"/>
          <w:sz w:val="20"/>
          <w:lang w:eastAsia="ko-KR"/>
        </w:rPr>
        <w:t>78%의 업무는 사람이 한다</w:t>
      </w:r>
      <w:r>
        <w:rPr>
          <w:rFonts w:ascii="Nanum Gothic" w:eastAsia="Nanum Gothic" w:hAnsi="Nanum Gothic" w:cs="Nanum Gothic"/>
          <w:color w:val="1A1A1A"/>
          <w:sz w:val="20"/>
          <w:lang w:eastAsia="ko-KR"/>
        </w:rPr>
        <w:t>. AI가 모든 것을 대체하는 게 아니라, 일부 업무를 더 효율적으로 처리하는 것이다.</w:t>
      </w:r>
    </w:p>
    <w:p w14:paraId="6BDEEDCC"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글로벌 비교 시사점</w:t>
      </w:r>
      <w:r>
        <w:rPr>
          <w:rFonts w:ascii="Nanum Gothic" w:eastAsia="Nanum Gothic" w:hAnsi="Nanum Gothic" w:cs="Nanum Gothic"/>
          <w:color w:val="1A1A1A"/>
          <w:sz w:val="20"/>
          <w:lang w:eastAsia="ko-KR"/>
        </w:rPr>
        <w:t xml:space="preserve">: 글로벌은 22% → 34%로 증가하는데 한국은 19% → 22%로 완만하다. 이는 한국 노동시장 구조가 자동화에 다소 더 느리게 반응한다는 의미다. 다만 이것이 "한국은 안전하다"는 뜻은 아니다. </w:t>
      </w:r>
      <w:r>
        <w:rPr>
          <w:rFonts w:ascii="Nanum Gothic" w:eastAsia="Nanum Gothic" w:hAnsi="Nanum Gothic" w:cs="Nanum Gothic"/>
          <w:b/>
          <w:color w:val="1A1A1A"/>
          <w:sz w:val="20"/>
          <w:lang w:eastAsia="ko-KR"/>
        </w:rPr>
        <w:t>준비할 시간이 있다는 것</w:t>
      </w:r>
      <w:r>
        <w:rPr>
          <w:rFonts w:ascii="Nanum Gothic" w:eastAsia="Nanum Gothic" w:hAnsi="Nanum Gothic" w:cs="Nanum Gothic"/>
          <w:color w:val="1A1A1A"/>
          <w:sz w:val="20"/>
          <w:lang w:eastAsia="ko-KR"/>
        </w:rPr>
        <w:t>이다.</w:t>
      </w:r>
    </w:p>
    <w:p w14:paraId="62558CAA"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한국 노동연구원 시각 (참고)</w:t>
      </w:r>
    </w:p>
    <w:p w14:paraId="070242A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KLI(한국노동연구원)의 세미나(2025년 12월) 분석에 따르면:</w:t>
      </w:r>
    </w:p>
    <w:p w14:paraId="7CC2F167"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생성형 AI가 임금에 </w:t>
      </w:r>
      <w:r>
        <w:rPr>
          <w:rFonts w:ascii="Nanum Gothic" w:eastAsia="Nanum Gothic" w:hAnsi="Nanum Gothic" w:cs="Nanum Gothic"/>
          <w:b/>
          <w:color w:val="1A1A1A"/>
          <w:sz w:val="20"/>
          <w:lang w:eastAsia="ko-KR"/>
        </w:rPr>
        <w:t>긍정적 영향</w:t>
      </w:r>
      <w:r>
        <w:rPr>
          <w:rFonts w:ascii="Nanum Gothic" w:eastAsia="Nanum Gothic" w:hAnsi="Nanum Gothic" w:cs="Nanum Gothic"/>
          <w:color w:val="1A1A1A"/>
          <w:sz w:val="20"/>
          <w:lang w:eastAsia="ko-KR"/>
        </w:rPr>
        <w:t>을 미치는 것으로 관측</w:t>
      </w:r>
    </w:p>
    <w:p w14:paraId="5DB3F13B"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AI 활용 업무의 56.6%는 기존 업무를 </w:t>
      </w:r>
      <w:r>
        <w:rPr>
          <w:rFonts w:ascii="Nanum Gothic" w:eastAsia="Nanum Gothic" w:hAnsi="Nanum Gothic" w:cs="Nanum Gothic"/>
          <w:b/>
          <w:color w:val="1A1A1A"/>
          <w:sz w:val="20"/>
          <w:lang w:eastAsia="ko-KR"/>
        </w:rPr>
        <w:t>확장</w:t>
      </w:r>
      <w:r>
        <w:rPr>
          <w:rFonts w:ascii="Nanum Gothic" w:eastAsia="Nanum Gothic" w:hAnsi="Nanum Gothic" w:cs="Nanum Gothic"/>
          <w:color w:val="1A1A1A"/>
          <w:sz w:val="20"/>
          <w:lang w:eastAsia="ko-KR"/>
        </w:rPr>
        <w:t>하는 방식</w:t>
      </w:r>
    </w:p>
    <w:p w14:paraId="5B3A452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35.1%는 </w:t>
      </w:r>
      <w:r>
        <w:rPr>
          <w:rFonts w:ascii="Nanum Gothic" w:eastAsia="Nanum Gothic" w:hAnsi="Nanum Gothic" w:cs="Nanum Gothic"/>
          <w:b/>
          <w:color w:val="1A1A1A"/>
          <w:sz w:val="20"/>
          <w:lang w:eastAsia="ko-KR"/>
        </w:rPr>
        <w:t>새로운 업무를 창출</w:t>
      </w:r>
      <w:r>
        <w:rPr>
          <w:rFonts w:ascii="Nanum Gothic" w:eastAsia="Nanum Gothic" w:hAnsi="Nanum Gothic" w:cs="Nanum Gothic"/>
          <w:color w:val="1A1A1A"/>
          <w:sz w:val="20"/>
          <w:lang w:eastAsia="ko-KR"/>
        </w:rPr>
        <w:t>하는 방식</w:t>
      </w:r>
    </w:p>
    <w:p w14:paraId="6C112DC6" w14:textId="77777777" w:rsidR="00226CAC" w:rsidRDefault="00000000">
      <w:pPr>
        <w:spacing w:before="60" w:after="60"/>
        <w:rPr>
          <w:rFonts w:ascii="Apple SD Gothic Neo" w:eastAsia="Nanum Gothic" w:hAnsi="Apple SD Gothic Neo" w:cs="Apple SD Gothic Neo"/>
          <w:color w:val="1A1A1A"/>
          <w:sz w:val="20"/>
          <w:lang w:eastAsia="ko-KR"/>
        </w:rPr>
      </w:pPr>
      <w:r>
        <w:rPr>
          <w:rFonts w:ascii="Nanum Gothic" w:eastAsia="Nanum Gothic" w:hAnsi="Nanum Gothic" w:cs="Nanum Gothic"/>
          <w:color w:val="1A1A1A"/>
          <w:sz w:val="20"/>
          <w:lang w:eastAsia="ko-KR"/>
        </w:rPr>
        <w:t xml:space="preserve">즉 AI는 </w:t>
      </w:r>
      <w:r>
        <w:rPr>
          <w:rFonts w:ascii="Nanum Gothic" w:eastAsia="Nanum Gothic" w:hAnsi="Nanum Gothic" w:cs="Nanum Gothic"/>
          <w:b/>
          <w:color w:val="1A1A1A"/>
          <w:sz w:val="20"/>
          <w:lang w:eastAsia="ko-KR"/>
        </w:rPr>
        <w:t>기존 업무를 없애기보다 확장하는 경우</w:t>
      </w:r>
      <w:r>
        <w:rPr>
          <w:rFonts w:ascii="Nanum Gothic" w:eastAsia="Nanum Gothic" w:hAnsi="Nanum Gothic" w:cs="Nanum Gothic"/>
          <w:color w:val="1A1A1A"/>
          <w:sz w:val="20"/>
          <w:lang w:eastAsia="ko-KR"/>
        </w:rPr>
        <w:t>가 더 많다. 이것이 "AI 협업자"라는 인재상의 배경이다.</w:t>
      </w:r>
    </w:p>
    <w:p w14:paraId="5D9739FE" w14:textId="34E8D884" w:rsidR="00D36B5F" w:rsidRPr="00D36B5F" w:rsidRDefault="00D36B5F" w:rsidP="00D36B5F">
      <w:pPr>
        <w:spacing w:before="40" w:after="60"/>
        <w:rPr>
          <w:rFonts w:eastAsia="Nanum Gothic"/>
          <w:lang w:eastAsia="ko-KR"/>
        </w:rPr>
      </w:pPr>
      <w:r>
        <w:rPr>
          <w:rFonts w:ascii="Nanum Gothic" w:eastAsia="Nanum Gothic" w:hAnsi="Nanum Gothic" w:cs="Nanum Gothic"/>
          <w:color w:val="6B7280"/>
          <w:sz w:val="16"/>
          <w:lang w:eastAsia="ko-KR"/>
        </w:rPr>
        <w:t>출처:</w:t>
      </w:r>
      <w:r w:rsidRPr="00D36B5F">
        <w:rPr>
          <w:rFonts w:ascii="Nanum Gothic" w:eastAsia="Nanum Gothic" w:hAnsi="Nanum Gothic" w:cs="Nanum Gothic"/>
          <w:i/>
          <w:iCs/>
          <w:color w:val="6B7280"/>
          <w:sz w:val="16"/>
          <w:lang w:eastAsia="ko-KR"/>
        </w:rPr>
        <w:t>방형준 외, 한국노동연구원·주OECD 대한민국대표부, 2025.12.11,</w:t>
      </w:r>
      <w:r>
        <w:rPr>
          <w:rFonts w:ascii="Nanum Gothic" w:eastAsia="Nanum Gothic" w:hAnsi="Nanum Gothic" w:cs="Nanum Gothic"/>
          <w:i/>
          <w:iCs/>
          <w:color w:val="6B7280"/>
          <w:sz w:val="16"/>
          <w:lang w:eastAsia="ko-KR"/>
        </w:rPr>
        <w:t xml:space="preserve"> p.11, </w:t>
      </w:r>
      <w:r w:rsidRPr="00D36B5F">
        <w:rPr>
          <w:rFonts w:ascii="Nanum Gothic" w:eastAsia="Nanum Gothic" w:hAnsi="Nanum Gothic" w:cs="Nanum Gothic"/>
          <w:i/>
          <w:iCs/>
          <w:color w:val="6B7280"/>
          <w:sz w:val="16"/>
          <w:lang w:eastAsia="ko-KR"/>
        </w:rPr>
        <w:t>https://www.kli.re.kr/kli/dscsnView.es?dscsn_sn=2471&amp;</w:t>
      </w:r>
      <w:r>
        <w:rPr>
          <w:rFonts w:ascii="Nanum Gothic" w:eastAsia="Nanum Gothic" w:hAnsi="Nanum Gothic" w:cs="Nanum Gothic"/>
          <w:i/>
          <w:iCs/>
          <w:color w:val="6B7280"/>
          <w:sz w:val="16"/>
          <w:lang w:eastAsia="ko-KR"/>
        </w:rPr>
        <w:t xml:space="preserve"> </w:t>
      </w:r>
      <w:r w:rsidRPr="00D36B5F">
        <w:rPr>
          <w:rFonts w:ascii="Nanum Gothic" w:eastAsia="Nanum Gothic" w:hAnsi="Nanum Gothic" w:cs="Nanum Gothic"/>
          <w:i/>
          <w:iCs/>
          <w:color w:val="6B7280"/>
          <w:sz w:val="16"/>
          <w:lang w:eastAsia="ko-KR"/>
        </w:rPr>
        <w:t>mid=a10301000000</w:t>
      </w:r>
    </w:p>
    <w:p w14:paraId="6A15F59F"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2.1.4 인재상 전환: 단순 코더 → AI 협업자</w:t>
      </w:r>
    </w:p>
    <w:tbl>
      <w:tblPr>
        <w:tblStyle w:val="af9"/>
        <w:tblW w:w="0" w:type="auto"/>
        <w:tblLayout w:type="fixed"/>
        <w:tblLook w:val="04A0" w:firstRow="1" w:lastRow="0" w:firstColumn="1" w:lastColumn="0" w:noHBand="0" w:noVBand="1"/>
      </w:tblPr>
      <w:tblGrid>
        <w:gridCol w:w="400"/>
        <w:gridCol w:w="8672"/>
      </w:tblGrid>
      <w:tr w:rsidR="00226CAC" w14:paraId="44EF0B4B" w14:textId="77777777">
        <w:tc>
          <w:tcPr>
            <w:tcW w:w="400" w:type="dxa"/>
            <w:shd w:val="clear" w:color="auto" w:fill="6B46C1"/>
          </w:tcPr>
          <w:p w14:paraId="677CB5CB" w14:textId="77777777" w:rsidR="00226CAC" w:rsidRDefault="00226CAC">
            <w:pPr>
              <w:spacing w:before="80" w:after="80"/>
              <w:rPr>
                <w:rFonts w:eastAsia="Nanum Gothic"/>
                <w:lang w:eastAsia="ko-KR"/>
              </w:rPr>
            </w:pPr>
          </w:p>
        </w:tc>
        <w:tc>
          <w:tcPr>
            <w:tcW w:w="8672" w:type="dxa"/>
            <w:shd w:val="clear" w:color="auto" w:fill="F3EEFB"/>
          </w:tcPr>
          <w:p w14:paraId="36570F34" w14:textId="7777777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 xml:space="preserve">"AI가 코드를 대신 써준다면, 개발자는 무엇을 해야 할까요? 역할이 없어지는 걸까요, 아니면 달라지는 </w:t>
            </w:r>
            <w:r>
              <w:rPr>
                <w:rFonts w:ascii="Nanum Gothic" w:eastAsia="Nanum Gothic" w:hAnsi="Nanum Gothic" w:cs="Nanum Gothic"/>
                <w:color w:val="1A1A1A"/>
                <w:sz w:val="20"/>
                <w:lang w:eastAsia="ko-KR"/>
              </w:rPr>
              <w:lastRenderedPageBreak/>
              <w:t>걸까요?"</w:t>
            </w:r>
          </w:p>
        </w:tc>
      </w:tr>
    </w:tbl>
    <w:p w14:paraId="21910813" w14:textId="77777777" w:rsidR="00226CAC" w:rsidRDefault="00226CAC">
      <w:pPr>
        <w:rPr>
          <w:rFonts w:eastAsia="Nanum Gothic"/>
          <w:lang w:eastAsia="ko-KR"/>
        </w:rPr>
      </w:pPr>
    </w:p>
    <w:p w14:paraId="53EF93D9" w14:textId="77777777" w:rsidR="00226CAC" w:rsidRDefault="00000000" w:rsidP="00E1001E">
      <w:pPr>
        <w:spacing w:after="40"/>
        <w:rPr>
          <w:rFonts w:ascii="Apple SD Gothic Neo" w:eastAsia="Nanum Gothic" w:hAnsi="Apple SD Gothic Neo" w:cs="Apple SD Gothic Neo"/>
          <w:b/>
          <w:color w:val="024AD8"/>
          <w:sz w:val="24"/>
          <w:lang w:eastAsia="ko-KR"/>
        </w:rPr>
      </w:pPr>
      <w:r>
        <w:rPr>
          <w:rFonts w:ascii="Nanum Gothic" w:eastAsia="Nanum Gothic" w:hAnsi="Nanum Gothic" w:cs="Nanum Gothic"/>
          <w:b/>
          <w:color w:val="024AD8"/>
          <w:sz w:val="24"/>
          <w:lang w:eastAsia="ko-KR"/>
        </w:rPr>
        <w:t>변화의 방향</w:t>
      </w:r>
    </w:p>
    <w:p w14:paraId="0B3AE8FB" w14:textId="01BB6B98" w:rsidR="00E1001E" w:rsidRPr="00E1001E" w:rsidRDefault="00E1001E" w:rsidP="00E1001E">
      <w:pPr>
        <w:rPr>
          <w:rFonts w:ascii="Apple SD Gothic Neo" w:eastAsia="Nanum Gothic" w:hAnsi="Apple SD Gothic Neo" w:cs="Apple SD Gothic Neo"/>
          <w:color w:val="1A1A1A"/>
          <w:sz w:val="20"/>
          <w:lang w:eastAsia="ko-KR"/>
        </w:rPr>
      </w:pPr>
      <w:r w:rsidRPr="00E1001E">
        <w:rPr>
          <w:rFonts w:ascii="Nanum Gothic" w:eastAsia="Nanum Gothic" w:hAnsi="Nanum Gothic" w:cs="Nanum Gothic"/>
          <w:color w:val="1A1A1A"/>
          <w:sz w:val="20"/>
          <w:lang w:eastAsia="ko-KR"/>
        </w:rPr>
        <w:t>앞에서 던진 질문에 먼저 답하면, 역할은 사라지는 것이 아니라 달라진다. 아래</w:t>
      </w:r>
      <w:r>
        <w:rPr>
          <w:rFonts w:ascii="Nanum Gothic" w:eastAsia="Nanum Gothic" w:hAnsi="Nanum Gothic" w:cs="Nanum Gothic" w:hint="eastAsia"/>
          <w:color w:val="1A1A1A"/>
          <w:sz w:val="20"/>
          <w:lang w:eastAsia="ko-KR"/>
        </w:rPr>
        <w:t>의 표는</w:t>
      </w:r>
      <w:r w:rsidRPr="00E1001E">
        <w:rPr>
          <w:rFonts w:ascii="Nanum Gothic" w:eastAsia="Nanum Gothic" w:hAnsi="Nanum Gothic" w:cs="Nanum Gothic"/>
          <w:color w:val="1A1A1A"/>
          <w:sz w:val="20"/>
          <w:lang w:eastAsia="ko-KR"/>
        </w:rPr>
        <w:t xml:space="preserve"> 모두 같은 방향을 보여준다.</w:t>
      </w:r>
      <w:r>
        <w:rPr>
          <w:rFonts w:ascii="Apple SD Gothic Neo" w:eastAsia="Nanum Gothic" w:hAnsi="Apple SD Gothic Neo" w:cs="Apple SD Gothic Neo"/>
          <w:color w:val="1A1A1A"/>
          <w:sz w:val="20"/>
          <w:lang w:eastAsia="ko-KR"/>
        </w:rPr>
        <w:br/>
      </w:r>
      <w:r w:rsidRPr="00E1001E">
        <w:rPr>
          <w:rFonts w:ascii="Nanum Gothic" w:eastAsia="Nanum Gothic" w:hAnsi="Nanum Gothic" w:cs="Nanum Gothic"/>
          <w:color w:val="1A1A1A"/>
          <w:sz w:val="20"/>
          <w:lang w:eastAsia="ko-KR"/>
        </w:rPr>
        <w:t>예전에는 사람이 직접 쓰고, 반복하고, 도구를 다루는 일이 중심이었다면, 이제는 AI에게 방향을 주고 결과를 판단하며 책임지는 쪽으로 역할이 올라간다. 표를 볼 때는 '무엇이 없어지나'보다 '내 역할이 어디로 이동하나'에 집중하자.</w:t>
      </w:r>
    </w:p>
    <w:tbl>
      <w:tblPr>
        <w:tblStyle w:val="af9"/>
        <w:tblW w:w="0" w:type="auto"/>
        <w:tblLook w:val="04A0" w:firstRow="1" w:lastRow="0" w:firstColumn="1" w:lastColumn="0" w:noHBand="0" w:noVBand="1"/>
      </w:tblPr>
      <w:tblGrid>
        <w:gridCol w:w="3024"/>
        <w:gridCol w:w="3024"/>
        <w:gridCol w:w="3024"/>
      </w:tblGrid>
      <w:tr w:rsidR="00226CAC" w14:paraId="3326AFDE" w14:textId="77777777" w:rsidTr="00D36B5F">
        <w:tc>
          <w:tcPr>
            <w:tcW w:w="3024" w:type="dxa"/>
            <w:shd w:val="clear" w:color="auto" w:fill="024AD8"/>
          </w:tcPr>
          <w:p w14:paraId="2907C898" w14:textId="77777777" w:rsidR="00226CAC" w:rsidRDefault="00000000">
            <w:pPr>
              <w:spacing w:before="60" w:after="60"/>
            </w:pPr>
            <w:r>
              <w:rPr>
                <w:rFonts w:ascii="Nanum Gothic" w:eastAsia="Nanum Gothic" w:hAnsi="Nanum Gothic" w:cs="Nanum Gothic"/>
                <w:b/>
                <w:color w:val="FFFFFF"/>
                <w:sz w:val="20"/>
              </w:rPr>
              <w:t>기존 역할 (단순 코더)</w:t>
            </w:r>
          </w:p>
        </w:tc>
        <w:tc>
          <w:tcPr>
            <w:tcW w:w="3024" w:type="dxa"/>
            <w:shd w:val="clear" w:color="auto" w:fill="024AD8"/>
          </w:tcPr>
          <w:p w14:paraId="2AA7441D" w14:textId="77777777" w:rsidR="00226CAC" w:rsidRDefault="00000000">
            <w:pPr>
              <w:spacing w:before="60" w:after="60"/>
              <w:rPr>
                <w:rFonts w:eastAsia="Nanum Gothic"/>
                <w:lang w:eastAsia="ko-KR"/>
              </w:rPr>
            </w:pPr>
            <w:r>
              <w:rPr>
                <w:rFonts w:ascii="Nanum Gothic" w:eastAsia="Nanum Gothic" w:hAnsi="Nanum Gothic" w:cs="Nanum Gothic"/>
                <w:b/>
                <w:color w:val="FFFFFF"/>
                <w:sz w:val="20"/>
                <w:lang w:eastAsia="ko-KR"/>
              </w:rPr>
              <w:t>전환 후 역할 (AI 협업자)</w:t>
            </w:r>
          </w:p>
        </w:tc>
        <w:tc>
          <w:tcPr>
            <w:tcW w:w="3024" w:type="dxa"/>
            <w:shd w:val="clear" w:color="auto" w:fill="024AD8"/>
          </w:tcPr>
          <w:p w14:paraId="6DECDEA7" w14:textId="77777777" w:rsidR="00226CAC" w:rsidRDefault="00000000">
            <w:pPr>
              <w:spacing w:before="60" w:after="60"/>
            </w:pPr>
            <w:r>
              <w:rPr>
                <w:rFonts w:ascii="Nanum Gothic" w:eastAsia="Nanum Gothic" w:hAnsi="Nanum Gothic" w:cs="Nanum Gothic"/>
                <w:b/>
                <w:color w:val="FFFFFF"/>
                <w:sz w:val="20"/>
              </w:rPr>
              <w:t>이유</w:t>
            </w:r>
          </w:p>
        </w:tc>
      </w:tr>
      <w:tr w:rsidR="00226CAC" w14:paraId="724320B7" w14:textId="77777777" w:rsidTr="00D36B5F">
        <w:tc>
          <w:tcPr>
            <w:tcW w:w="3024" w:type="dxa"/>
          </w:tcPr>
          <w:p w14:paraId="6E35B395" w14:textId="77777777" w:rsidR="00226CAC" w:rsidRDefault="00000000">
            <w:pPr>
              <w:spacing w:before="60" w:after="60"/>
            </w:pPr>
            <w:r>
              <w:rPr>
                <w:rFonts w:ascii="Nanum Gothic" w:eastAsia="Nanum Gothic" w:hAnsi="Nanum Gothic" w:cs="Nanum Gothic"/>
                <w:color w:val="1A1A1A"/>
                <w:sz w:val="20"/>
              </w:rPr>
              <w:t>코드를 직접 작성</w:t>
            </w:r>
          </w:p>
        </w:tc>
        <w:tc>
          <w:tcPr>
            <w:tcW w:w="3024" w:type="dxa"/>
          </w:tcPr>
          <w:p w14:paraId="1D37567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AI에게 정확히 지시하고 검증</w:t>
            </w:r>
          </w:p>
        </w:tc>
        <w:tc>
          <w:tcPr>
            <w:tcW w:w="3024" w:type="dxa"/>
          </w:tcPr>
          <w:p w14:paraId="6EFCC5F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AI가 초안 생성, 사람이 방향·검증</w:t>
            </w:r>
          </w:p>
        </w:tc>
      </w:tr>
      <w:tr w:rsidR="00226CAC" w14:paraId="5D9AA365" w14:textId="77777777" w:rsidTr="00D36B5F">
        <w:tc>
          <w:tcPr>
            <w:tcW w:w="3024" w:type="dxa"/>
          </w:tcPr>
          <w:p w14:paraId="144B0F15" w14:textId="77777777" w:rsidR="00226CAC" w:rsidRDefault="00000000">
            <w:pPr>
              <w:spacing w:before="60" w:after="60"/>
            </w:pPr>
            <w:r>
              <w:rPr>
                <w:rFonts w:ascii="Nanum Gothic" w:eastAsia="Nanum Gothic" w:hAnsi="Nanum Gothic" w:cs="Nanum Gothic"/>
                <w:color w:val="1A1A1A"/>
                <w:sz w:val="20"/>
              </w:rPr>
              <w:t>반복 작업 수행</w:t>
            </w:r>
          </w:p>
        </w:tc>
        <w:tc>
          <w:tcPr>
            <w:tcW w:w="3024" w:type="dxa"/>
          </w:tcPr>
          <w:p w14:paraId="1E8E632F"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결과의 품질·정합성 판단</w:t>
            </w:r>
          </w:p>
        </w:tc>
        <w:tc>
          <w:tcPr>
            <w:tcW w:w="3024" w:type="dxa"/>
          </w:tcPr>
          <w:p w14:paraId="577FD1A6"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반복 처리는 AI, 판단은 사람</w:t>
            </w:r>
          </w:p>
        </w:tc>
      </w:tr>
      <w:tr w:rsidR="00226CAC" w14:paraId="688C9674" w14:textId="77777777" w:rsidTr="00D36B5F">
        <w:tc>
          <w:tcPr>
            <w:tcW w:w="3024" w:type="dxa"/>
          </w:tcPr>
          <w:p w14:paraId="107B4E95" w14:textId="77777777" w:rsidR="00226CAC" w:rsidRDefault="00000000">
            <w:pPr>
              <w:spacing w:before="60" w:after="60"/>
            </w:pPr>
            <w:r>
              <w:rPr>
                <w:rFonts w:ascii="Nanum Gothic" w:eastAsia="Nanum Gothic" w:hAnsi="Nanum Gothic" w:cs="Nanum Gothic"/>
                <w:color w:val="1A1A1A"/>
                <w:sz w:val="20"/>
              </w:rPr>
              <w:t>도구 사용</w:t>
            </w:r>
          </w:p>
        </w:tc>
        <w:tc>
          <w:tcPr>
            <w:tcW w:w="3024" w:type="dxa"/>
          </w:tcPr>
          <w:p w14:paraId="65826B6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AI와 협업해 복합 산출물 생산</w:t>
            </w:r>
          </w:p>
        </w:tc>
        <w:tc>
          <w:tcPr>
            <w:tcW w:w="3024" w:type="dxa"/>
          </w:tcPr>
          <w:p w14:paraId="575EBD2F"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AI = 강력한 도구이자 협력자</w:t>
            </w:r>
          </w:p>
        </w:tc>
      </w:tr>
      <w:tr w:rsidR="00226CAC" w14:paraId="1E1018AD" w14:textId="77777777" w:rsidTr="00D36B5F">
        <w:tc>
          <w:tcPr>
            <w:tcW w:w="3024" w:type="dxa"/>
          </w:tcPr>
          <w:p w14:paraId="7474CCEF" w14:textId="77777777" w:rsidR="00226CAC" w:rsidRDefault="00000000">
            <w:pPr>
              <w:spacing w:before="60" w:after="60"/>
            </w:pPr>
            <w:r>
              <w:rPr>
                <w:rFonts w:ascii="Nanum Gothic" w:eastAsia="Nanum Gothic" w:hAnsi="Nanum Gothic" w:cs="Nanum Gothic"/>
                <w:color w:val="1A1A1A"/>
                <w:sz w:val="20"/>
              </w:rPr>
              <w:t>특정 언어·도구 숙련</w:t>
            </w:r>
          </w:p>
        </w:tc>
        <w:tc>
          <w:tcPr>
            <w:tcW w:w="3024" w:type="dxa"/>
          </w:tcPr>
          <w:p w14:paraId="3FE6E32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문제 정의 + AI 지시 능력</w:t>
            </w:r>
          </w:p>
        </w:tc>
        <w:tc>
          <w:tcPr>
            <w:tcW w:w="3024" w:type="dxa"/>
          </w:tcPr>
          <w:p w14:paraId="17A4885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도구보다 문제 해결 사고가 중요</w:t>
            </w:r>
          </w:p>
        </w:tc>
      </w:tr>
    </w:tbl>
    <w:p w14:paraId="6A8F63DC" w14:textId="0E1B6337" w:rsidR="00226CAC" w:rsidRDefault="00E1001E" w:rsidP="00E1001E">
      <w:pPr>
        <w:shd w:val="clear" w:color="auto" w:fill="FFFFFF"/>
        <w:spacing w:before="240"/>
        <w:rPr>
          <w:rFonts w:ascii="Apple SD Gothic Neo" w:eastAsia="Nanum Gothic" w:hAnsi="Apple SD Gothic Neo" w:cs="Menlo"/>
          <w:color w:val="3B3B3B"/>
          <w:sz w:val="20"/>
          <w:szCs w:val="20"/>
          <w:lang w:eastAsia="ko-KR"/>
        </w:rPr>
      </w:pPr>
      <w:r w:rsidRPr="00E1001E">
        <w:rPr>
          <w:rFonts w:ascii="Nanum Gothic" w:eastAsia="Nanum Gothic" w:hAnsi="Nanum Gothic" w:cs="Nanum Gothic"/>
          <w:color w:val="3B3B3B"/>
          <w:sz w:val="20"/>
          <w:szCs w:val="20"/>
          <w:lang w:eastAsia="ko-KR"/>
        </w:rPr>
        <w:t>네 가지 변화의 공통점은 분명하다. 일의 무게중심이 '내가 직접 실행하는 능력'에서 'AI를 지휘하고 검증해 결과로 연결하는 능력'으로 옮겨간다.</w:t>
      </w:r>
      <w:r>
        <w:rPr>
          <w:rFonts w:ascii="Nanum Gothic" w:eastAsia="Nanum Gothic" w:hAnsi="Nanum Gothic" w:cs="Nanum Gothic" w:hint="eastAsia"/>
          <w:color w:val="3B3B3B"/>
          <w:sz w:val="20"/>
          <w:szCs w:val="20"/>
          <w:lang w:eastAsia="ko-KR"/>
        </w:rPr>
        <w:t xml:space="preserve"> </w:t>
      </w:r>
      <w:r w:rsidRPr="00E1001E">
        <w:rPr>
          <w:rFonts w:ascii="Nanum Gothic" w:eastAsia="Nanum Gothic" w:hAnsi="Nanum Gothic" w:cs="Nanum Gothic"/>
          <w:color w:val="3B3B3B"/>
          <w:sz w:val="20"/>
          <w:szCs w:val="20"/>
          <w:lang w:eastAsia="ko-KR"/>
        </w:rPr>
        <w:t>그렇다면 AI를 지휘한다는 것은 구체적으로 무엇을 잘해야 한다는 뜻일까? 다음의 3가지 핵심 역량이 그 답이다.</w:t>
      </w:r>
    </w:p>
    <w:p w14:paraId="354302C0" w14:textId="77777777" w:rsidR="00E1001E" w:rsidRPr="00E1001E" w:rsidRDefault="00E1001E" w:rsidP="00E1001E">
      <w:pPr>
        <w:shd w:val="clear" w:color="auto" w:fill="FFFFFF"/>
        <w:spacing w:before="240"/>
        <w:rPr>
          <w:rFonts w:ascii="Apple SD Gothic Neo" w:eastAsia="Nanum Gothic" w:hAnsi="Apple SD Gothic Neo" w:cs="Menlo"/>
          <w:color w:val="3B3B3B"/>
          <w:sz w:val="20"/>
          <w:szCs w:val="20"/>
          <w:lang w:eastAsia="ko-KR"/>
        </w:rPr>
      </w:pPr>
    </w:p>
    <w:p w14:paraId="19F6E5E9"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AI 협업자의 3가지 핵심 역량 — 상세 설명</w:t>
      </w:r>
    </w:p>
    <w:p w14:paraId="2FDEE035"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① 지시 능력 (Instruction Ability)</w:t>
      </w:r>
    </w:p>
    <w:p w14:paraId="144C0C7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AI에게 원하는 결과를 정확히 전달하는 능력이다. 이것이 </w:t>
      </w:r>
      <w:r w:rsidRPr="00910524">
        <w:rPr>
          <w:rFonts w:ascii="Nanum Gothic" w:eastAsia="Nanum Gothic" w:hAnsi="Nanum Gothic" w:cs="Nanum Gothic"/>
          <w:b/>
          <w:bCs/>
          <w:color w:val="1A1A1A"/>
          <w:sz w:val="20"/>
          <w:lang w:eastAsia="ko-KR"/>
        </w:rPr>
        <w:t>"프롬프트 엔지니어링"</w:t>
      </w:r>
      <w:r>
        <w:rPr>
          <w:rFonts w:ascii="Nanum Gothic" w:eastAsia="Nanum Gothic" w:hAnsi="Nanum Gothic" w:cs="Nanum Gothic"/>
          <w:color w:val="1A1A1A"/>
          <w:sz w:val="20"/>
          <w:lang w:eastAsia="ko-KR"/>
        </w:rPr>
        <w:t>의 본질이다.</w:t>
      </w:r>
    </w:p>
    <w:p w14:paraId="44865E4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좋은 지시란 무엇인가? 세 가지 요소를 갖춰야 한다.</w:t>
      </w:r>
    </w:p>
    <w:p w14:paraId="71DBED6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Pr>
          <w:rFonts w:ascii="Nanum Gothic" w:eastAsia="Nanum Gothic" w:hAnsi="Nanum Gothic" w:cs="Nanum Gothic"/>
          <w:b/>
          <w:color w:val="1A1A1A"/>
          <w:sz w:val="20"/>
          <w:lang w:eastAsia="ko-KR"/>
        </w:rPr>
        <w:t>목적</w:t>
      </w:r>
      <w:r>
        <w:rPr>
          <w:rFonts w:ascii="Nanum Gothic" w:eastAsia="Nanum Gothic" w:hAnsi="Nanum Gothic" w:cs="Nanum Gothic"/>
          <w:color w:val="1A1A1A"/>
          <w:sz w:val="20"/>
          <w:lang w:eastAsia="ko-KR"/>
        </w:rPr>
        <w:t>: 이 결과물이 무엇에 쓰이는가? ("회의 자료 초안을 써줘"가 아니라 "임원진에게 Q3 실적을 설명하는 2페이지 PPT 개요를 써줘")</w:t>
      </w:r>
    </w:p>
    <w:p w14:paraId="1D30B024"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Pr>
          <w:rFonts w:ascii="Nanum Gothic" w:eastAsia="Nanum Gothic" w:hAnsi="Nanum Gothic" w:cs="Nanum Gothic"/>
          <w:b/>
          <w:color w:val="1A1A1A"/>
          <w:sz w:val="20"/>
          <w:lang w:eastAsia="ko-KR"/>
        </w:rPr>
        <w:t>맥락</w:t>
      </w:r>
      <w:r>
        <w:rPr>
          <w:rFonts w:ascii="Nanum Gothic" w:eastAsia="Nanum Gothic" w:hAnsi="Nanum Gothic" w:cs="Nanum Gothic"/>
          <w:color w:val="1A1A1A"/>
          <w:sz w:val="20"/>
          <w:lang w:eastAsia="ko-KR"/>
        </w:rPr>
        <w:t>: AI가 알아야 할 배경 정보는 무엇인가? ("우리 회사는 SaaS B2B 기업이며 주 고객은 중소기업")</w:t>
      </w:r>
    </w:p>
    <w:p w14:paraId="6FE20F72"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Pr>
          <w:rFonts w:ascii="Nanum Gothic" w:eastAsia="Nanum Gothic" w:hAnsi="Nanum Gothic" w:cs="Nanum Gothic"/>
          <w:b/>
          <w:color w:val="1A1A1A"/>
          <w:sz w:val="20"/>
          <w:lang w:eastAsia="ko-KR"/>
        </w:rPr>
        <w:t>형식</w:t>
      </w:r>
      <w:r>
        <w:rPr>
          <w:rFonts w:ascii="Nanum Gothic" w:eastAsia="Nanum Gothic" w:hAnsi="Nanum Gothic" w:cs="Nanum Gothic"/>
          <w:color w:val="1A1A1A"/>
          <w:sz w:val="20"/>
          <w:lang w:eastAsia="ko-KR"/>
        </w:rPr>
        <w:t>: 출력 결과의 형태는? ("불릿 형태로, 각 항목 2줄 이내, 한국어로")</w:t>
      </w:r>
    </w:p>
    <w:tbl>
      <w:tblPr>
        <w:tblStyle w:val="af9"/>
        <w:tblW w:w="0" w:type="auto"/>
        <w:tblLayout w:type="fixed"/>
        <w:tblLook w:val="04A0" w:firstRow="1" w:lastRow="0" w:firstColumn="1" w:lastColumn="0" w:noHBand="0" w:noVBand="1"/>
      </w:tblPr>
      <w:tblGrid>
        <w:gridCol w:w="400"/>
        <w:gridCol w:w="8672"/>
      </w:tblGrid>
      <w:tr w:rsidR="00226CAC" w14:paraId="00BD2908" w14:textId="77777777">
        <w:tc>
          <w:tcPr>
            <w:tcW w:w="400" w:type="dxa"/>
            <w:shd w:val="clear" w:color="auto" w:fill="0F9D8C"/>
          </w:tcPr>
          <w:p w14:paraId="4E77755C" w14:textId="77777777" w:rsidR="00226CAC" w:rsidRDefault="00226CAC">
            <w:pPr>
              <w:spacing w:before="80" w:after="80"/>
              <w:rPr>
                <w:rFonts w:eastAsia="Nanum Gothic"/>
                <w:lang w:eastAsia="ko-KR"/>
              </w:rPr>
            </w:pPr>
          </w:p>
        </w:tc>
        <w:tc>
          <w:tcPr>
            <w:tcW w:w="8672" w:type="dxa"/>
            <w:shd w:val="clear" w:color="auto" w:fill="E6F7F4"/>
          </w:tcPr>
          <w:p w14:paraId="57DE284E" w14:textId="77777777" w:rsidR="00226CAC" w:rsidRDefault="00000000">
            <w:pPr>
              <w:spacing w:before="80" w:after="80"/>
            </w:pPr>
            <w:r>
              <w:rPr>
                <w:rFonts w:ascii="Nanum Gothic" w:eastAsia="Nanum Gothic" w:hAnsi="Nanum Gothic" w:cs="Nanum Gothic"/>
                <w:b/>
                <w:color w:val="0F9D8C"/>
                <w:sz w:val="20"/>
                <w:lang w:eastAsia="ko-KR"/>
              </w:rPr>
              <w:t>💡 비유</w:t>
            </w:r>
            <w:r>
              <w:rPr>
                <w:rFonts w:ascii="Apple SD Gothic Neo" w:eastAsia="Nanum Gothic" w:hAnsi="Apple SD Gothic Neo" w:cs="Apple SD Gothic Neo"/>
                <w:b/>
                <w:color w:val="0F9D8C"/>
                <w:sz w:val="20"/>
                <w:lang w:eastAsia="ko-KR"/>
              </w:rPr>
              <w:br/>
            </w:r>
            <w:r>
              <w:rPr>
                <w:rFonts w:ascii="Nanum Gothic" w:eastAsia="Nanum Gothic" w:hAnsi="Nanum Gothic" w:cs="Nanum Gothic"/>
                <w:color w:val="1A1A1A"/>
                <w:sz w:val="20"/>
                <w:lang w:eastAsia="ko-KR"/>
              </w:rPr>
              <w:t xml:space="preserve">신규 개발자에게 업무를 맡길 때 "이거 해줘"라고만 하면 결과가 예상과 다르다. 목적·맥락·형식을 명확히 설명할수록 더 좋은 결과가 나온다. </w:t>
            </w:r>
            <w:r>
              <w:rPr>
                <w:rFonts w:ascii="Nanum Gothic" w:eastAsia="Nanum Gothic" w:hAnsi="Nanum Gothic" w:cs="Nanum Gothic"/>
                <w:color w:val="1A1A1A"/>
                <w:sz w:val="20"/>
              </w:rPr>
              <w:t>AI에게 지시하는 것도 정확히 이와 같다.</w:t>
            </w:r>
          </w:p>
        </w:tc>
      </w:tr>
    </w:tbl>
    <w:p w14:paraId="73DBD293" w14:textId="77777777" w:rsidR="00226CAC" w:rsidRDefault="00226CAC"/>
    <w:p w14:paraId="532A33DC" w14:textId="77777777" w:rsidR="00226CAC" w:rsidRDefault="00000000">
      <w:pPr>
        <w:spacing w:before="60" w:after="60"/>
      </w:pPr>
      <w:r>
        <w:rPr>
          <w:rFonts w:ascii="Nanum Gothic" w:eastAsia="Nanum Gothic" w:hAnsi="Nanum Gothic" w:cs="Nanum Gothic"/>
          <w:b/>
          <w:color w:val="1A1A1A"/>
          <w:sz w:val="20"/>
        </w:rPr>
        <w:t>② 검증 능력 (Verification Ability)</w:t>
      </w:r>
    </w:p>
    <w:p w14:paraId="151457D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AI 출력의 오류와 한계를 스스로 식별하는 능력이다. AI는 틀릴 수 있다. 아는 척하는 오류(할루시네이션)가 발생한다. 이 능력이 없으면 AI를 쓸수록 오히려 잘못된 정보를 전파할 위험이 있다.</w:t>
      </w:r>
    </w:p>
    <w:p w14:paraId="487B8410"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검증이 필요한 세 가지 유형:</w:t>
      </w:r>
    </w:p>
    <w:p w14:paraId="45863E4B"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Pr>
          <w:rFonts w:ascii="Nanum Gothic" w:eastAsia="Nanum Gothic" w:hAnsi="Nanum Gothic" w:cs="Nanum Gothic"/>
          <w:b/>
          <w:color w:val="1A1A1A"/>
          <w:sz w:val="20"/>
          <w:lang w:eastAsia="ko-KR"/>
        </w:rPr>
        <w:t>사실 오류</w:t>
      </w:r>
      <w:r>
        <w:rPr>
          <w:rFonts w:ascii="Nanum Gothic" w:eastAsia="Nanum Gothic" w:hAnsi="Nanum Gothic" w:cs="Nanum Gothic"/>
          <w:color w:val="1A1A1A"/>
          <w:sz w:val="20"/>
          <w:lang w:eastAsia="ko-KR"/>
        </w:rPr>
        <w:t>: 수치·날짜·이름·기술 정보 등이 잘못됨</w:t>
      </w:r>
    </w:p>
    <w:p w14:paraId="4A108CF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Pr>
          <w:rFonts w:ascii="Nanum Gothic" w:eastAsia="Nanum Gothic" w:hAnsi="Nanum Gothic" w:cs="Nanum Gothic"/>
          <w:b/>
          <w:color w:val="1A1A1A"/>
          <w:sz w:val="20"/>
          <w:lang w:eastAsia="ko-KR"/>
        </w:rPr>
        <w:t>논리 오류</w:t>
      </w:r>
      <w:r>
        <w:rPr>
          <w:rFonts w:ascii="Nanum Gothic" w:eastAsia="Nanum Gothic" w:hAnsi="Nanum Gothic" w:cs="Nanum Gothic"/>
          <w:color w:val="1A1A1A"/>
          <w:sz w:val="20"/>
          <w:lang w:eastAsia="ko-KR"/>
        </w:rPr>
        <w:t>: 결론이 근거와 맞지 않음</w:t>
      </w:r>
    </w:p>
    <w:p w14:paraId="77FD2277"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lastRenderedPageBreak/>
        <w:t xml:space="preserve">• </w:t>
      </w:r>
      <w:r>
        <w:rPr>
          <w:rFonts w:ascii="Nanum Gothic" w:eastAsia="Nanum Gothic" w:hAnsi="Nanum Gothic" w:cs="Nanum Gothic"/>
          <w:b/>
          <w:color w:val="1A1A1A"/>
          <w:sz w:val="20"/>
          <w:lang w:eastAsia="ko-KR"/>
        </w:rPr>
        <w:t>맥락 오류</w:t>
      </w:r>
      <w:r>
        <w:rPr>
          <w:rFonts w:ascii="Nanum Gothic" w:eastAsia="Nanum Gothic" w:hAnsi="Nanum Gothic" w:cs="Nanum Gothic"/>
          <w:color w:val="1A1A1A"/>
          <w:sz w:val="20"/>
          <w:lang w:eastAsia="ko-KR"/>
        </w:rPr>
        <w:t>: 회사 상황·프로젝트 맥락을 AI가 모르므로 부적절한 답 생성</w:t>
      </w:r>
    </w:p>
    <w:tbl>
      <w:tblPr>
        <w:tblStyle w:val="af9"/>
        <w:tblW w:w="0" w:type="auto"/>
        <w:tblLayout w:type="fixed"/>
        <w:tblLook w:val="04A0" w:firstRow="1" w:lastRow="0" w:firstColumn="1" w:lastColumn="0" w:noHBand="0" w:noVBand="1"/>
      </w:tblPr>
      <w:tblGrid>
        <w:gridCol w:w="400"/>
        <w:gridCol w:w="8672"/>
      </w:tblGrid>
      <w:tr w:rsidR="00226CAC" w14:paraId="73C38752" w14:textId="77777777">
        <w:tc>
          <w:tcPr>
            <w:tcW w:w="400" w:type="dxa"/>
            <w:shd w:val="clear" w:color="auto" w:fill="C05621"/>
          </w:tcPr>
          <w:p w14:paraId="452032A8" w14:textId="77777777" w:rsidR="00226CAC" w:rsidRDefault="00226CAC">
            <w:pPr>
              <w:spacing w:before="80" w:after="80"/>
              <w:rPr>
                <w:rFonts w:eastAsia="Nanum Gothic"/>
                <w:lang w:eastAsia="ko-KR"/>
              </w:rPr>
            </w:pPr>
          </w:p>
        </w:tc>
        <w:tc>
          <w:tcPr>
            <w:tcW w:w="8672" w:type="dxa"/>
            <w:shd w:val="clear" w:color="auto" w:fill="FFF7E6"/>
          </w:tcPr>
          <w:p w14:paraId="7F44216E" w14:textId="77777777" w:rsidR="00226CAC" w:rsidRDefault="00000000">
            <w:pPr>
              <w:spacing w:before="80" w:after="80"/>
              <w:rPr>
                <w:rFonts w:eastAsia="Nanum Gothic"/>
                <w:lang w:eastAsia="ko-KR"/>
              </w:rPr>
            </w:pPr>
            <w:r>
              <w:rPr>
                <w:rFonts w:ascii="Nanum Gothic" w:eastAsia="Nanum Gothic" w:hAnsi="Nanum Gothic" w:cs="Nanum Gothic"/>
                <w:b/>
                <w:color w:val="C05621"/>
                <w:sz w:val="20"/>
                <w:lang w:eastAsia="ko-KR"/>
              </w:rPr>
              <w:t>⚠️ 주의</w:t>
            </w:r>
            <w:r>
              <w:rPr>
                <w:rFonts w:ascii="Apple SD Gothic Neo" w:eastAsia="Nanum Gothic" w:hAnsi="Apple SD Gothic Neo" w:cs="Apple SD Gothic Neo"/>
                <w:b/>
                <w:color w:val="C05621"/>
                <w:sz w:val="20"/>
                <w:lang w:eastAsia="ko-KR"/>
              </w:rPr>
              <w:br/>
            </w:r>
            <w:r>
              <w:rPr>
                <w:rFonts w:ascii="Nanum Gothic" w:eastAsia="Nanum Gothic" w:hAnsi="Nanum Gothic" w:cs="Nanum Gothic"/>
                <w:color w:val="1A1A1A"/>
                <w:sz w:val="20"/>
                <w:lang w:eastAsia="ko-KR"/>
              </w:rPr>
              <w:t xml:space="preserve">"AI가 잘못 말했어요"는 AI를 탓하는 것이 아니라 본인의 </w:t>
            </w:r>
            <w:r w:rsidRPr="00910524">
              <w:rPr>
                <w:rFonts w:ascii="Nanum Gothic" w:eastAsia="Nanum Gothic" w:hAnsi="Nanum Gothic" w:cs="Nanum Gothic"/>
                <w:b/>
                <w:bCs/>
                <w:color w:val="1A1A1A"/>
                <w:sz w:val="20"/>
                <w:lang w:eastAsia="ko-KR"/>
              </w:rPr>
              <w:t>검증 책임</w:t>
            </w:r>
            <w:r>
              <w:rPr>
                <w:rFonts w:ascii="Nanum Gothic" w:eastAsia="Nanum Gothic" w:hAnsi="Nanum Gothic" w:cs="Nanum Gothic"/>
                <w:color w:val="1A1A1A"/>
                <w:sz w:val="20"/>
                <w:lang w:eastAsia="ko-KR"/>
              </w:rPr>
              <w:t>을 의미한다. AI 출력을 최종 산출물로 그대로 쓰는 것은 위험하다.</w:t>
            </w:r>
          </w:p>
        </w:tc>
      </w:tr>
    </w:tbl>
    <w:p w14:paraId="2F2B597D" w14:textId="77777777" w:rsidR="00226CAC" w:rsidRDefault="00226CAC">
      <w:pPr>
        <w:rPr>
          <w:rFonts w:eastAsia="Nanum Gothic"/>
          <w:lang w:eastAsia="ko-KR"/>
        </w:rPr>
      </w:pPr>
    </w:p>
    <w:p w14:paraId="2D14DE43"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③ 활용 능력 (Utilization Ability)</w:t>
      </w:r>
    </w:p>
    <w:p w14:paraId="149F7F9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AI와 함께 완성도 있는 산출물을 만드는 능력이다. 지시와 검증을 반복하면서 AI를 파트너로 활용해 결과물을 점진적으로 개선하는 과정이다.</w:t>
      </w:r>
    </w:p>
    <w:p w14:paraId="45EF8A9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단순히 AI에게 물어보고 답을 받는 것이 아니라:</w:t>
      </w:r>
    </w:p>
    <w:p w14:paraId="11A5AE6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1. 초안 생성 요청</w:t>
      </w:r>
    </w:p>
    <w:p w14:paraId="1C20B1E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2. 결과 검토·보완 지시</w:t>
      </w:r>
    </w:p>
    <w:p w14:paraId="2D56013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3. 특정 부분 심화 요청</w:t>
      </w:r>
    </w:p>
    <w:p w14:paraId="5779CFC8"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4. 형식·표현 정제 요청</w:t>
      </w:r>
    </w:p>
    <w:p w14:paraId="772510F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5. 최종 검증 후 활용</w:t>
      </w:r>
    </w:p>
    <w:p w14:paraId="6408770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 5단계 반복 패턴이 AI 협업자의 실제 작업 방식이다.</w:t>
      </w:r>
    </w:p>
    <w:p w14:paraId="33CAE9F0"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직무별 AI 협업자 시나리오</w:t>
      </w:r>
    </w:p>
    <w:p w14:paraId="0A7D5DFA"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시나리오 1 — 개발자 (Backend Developer)</w:t>
      </w:r>
    </w:p>
    <w:p w14:paraId="068B05BB"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기존: 반복적인 CRUD 코드 직접 작성, API 문서 수동 작성</w:t>
      </w:r>
    </w:p>
    <w:p w14:paraId="1E679C78"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AI 협업: 코드 초안 생성 지시 → 로직 검토·보완 → 테스트 케이스 생성 지시 → 검증</w:t>
      </w:r>
    </w:p>
    <w:p w14:paraId="07EA70A7"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핵심 변화: "코드를 치는 속도"에서 "올바른 아키텍처를 설계하고 AI 출력을 검증하는 능력"으로</w:t>
      </w:r>
    </w:p>
    <w:p w14:paraId="47F06DF7"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시나리오 2 — 기획자 (Product Manager)</w:t>
      </w:r>
    </w:p>
    <w:p w14:paraId="6DB77884"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기존: 경쟁사 조사·보고서 작성·요구사항 정리 직접 수행</w:t>
      </w:r>
    </w:p>
    <w:p w14:paraId="32974D5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AI 협업: 조사 방향 설정 → AI가 초안 → 맥락 보완 → 검증 후 최종화</w:t>
      </w:r>
    </w:p>
    <w:p w14:paraId="717F30A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핵심 변화: "문서 작성 속도"에서 "문제 정의 정확성과 AI 출력 편집 능력"으로</w:t>
      </w:r>
    </w:p>
    <w:p w14:paraId="377AC1B9"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시나리오 3 — 마케터 (Digital Marketer)</w:t>
      </w:r>
    </w:p>
    <w:p w14:paraId="7B66B97C"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기존: 광고 카피·SNS 콘텐츠 직접 작성, A/B 테스트 수동 분석</w:t>
      </w:r>
    </w:p>
    <w:p w14:paraId="2EE6BDBD"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AI 협업: 브랜드 톤 설정 → 다양한 카피 변형 생성 → 선택·편집 → 데이터 분석 지시</w:t>
      </w:r>
    </w:p>
    <w:p w14:paraId="6509C084"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핵심 변화: "텍스트 생산 속도"에서 "브랜드 일관성 유지와 성과 기반 판단력"으로</w:t>
      </w:r>
    </w:p>
    <w:tbl>
      <w:tblPr>
        <w:tblStyle w:val="af9"/>
        <w:tblW w:w="0" w:type="auto"/>
        <w:tblLayout w:type="fixed"/>
        <w:tblLook w:val="04A0" w:firstRow="1" w:lastRow="0" w:firstColumn="1" w:lastColumn="0" w:noHBand="0" w:noVBand="1"/>
      </w:tblPr>
      <w:tblGrid>
        <w:gridCol w:w="400"/>
        <w:gridCol w:w="8672"/>
      </w:tblGrid>
      <w:tr w:rsidR="00226CAC" w14:paraId="5B32AE53" w14:textId="77777777">
        <w:tc>
          <w:tcPr>
            <w:tcW w:w="400" w:type="dxa"/>
            <w:shd w:val="clear" w:color="auto" w:fill="0F9D8C"/>
          </w:tcPr>
          <w:p w14:paraId="422B8562" w14:textId="77777777" w:rsidR="00226CAC" w:rsidRDefault="00226CAC">
            <w:pPr>
              <w:spacing w:before="80" w:after="80"/>
              <w:rPr>
                <w:rFonts w:eastAsia="Nanum Gothic"/>
                <w:lang w:eastAsia="ko-KR"/>
              </w:rPr>
            </w:pPr>
          </w:p>
        </w:tc>
        <w:tc>
          <w:tcPr>
            <w:tcW w:w="8672" w:type="dxa"/>
            <w:shd w:val="clear" w:color="auto" w:fill="E6F7F4"/>
          </w:tcPr>
          <w:p w14:paraId="1AA8DCFE" w14:textId="77777777" w:rsidR="00226CAC" w:rsidRDefault="00000000">
            <w:pPr>
              <w:spacing w:before="80" w:after="80"/>
              <w:rPr>
                <w:rFonts w:eastAsia="Nanum Gothic"/>
                <w:lang w:eastAsia="ko-KR"/>
              </w:rPr>
            </w:pPr>
            <w:r>
              <w:rPr>
                <w:rFonts w:ascii="Nanum Gothic" w:eastAsia="Nanum Gothic" w:hAnsi="Nanum Gothic" w:cs="Nanum Gothic"/>
                <w:b/>
                <w:color w:val="0F9D8C"/>
                <w:sz w:val="20"/>
                <w:lang w:eastAsia="ko-KR"/>
              </w:rPr>
              <w:t>💡 비유</w:t>
            </w:r>
            <w:r>
              <w:rPr>
                <w:rFonts w:ascii="Apple SD Gothic Neo" w:eastAsia="Nanum Gothic" w:hAnsi="Apple SD Gothic Neo" w:cs="Apple SD Gothic Neo"/>
                <w:b/>
                <w:color w:val="0F9D8C"/>
                <w:sz w:val="20"/>
                <w:lang w:eastAsia="ko-KR"/>
              </w:rPr>
              <w:br/>
            </w:r>
            <w:r>
              <w:rPr>
                <w:rFonts w:ascii="Nanum Gothic" w:eastAsia="Nanum Gothic" w:hAnsi="Nanum Gothic" w:cs="Nanum Gothic"/>
                <w:color w:val="1A1A1A"/>
                <w:sz w:val="20"/>
                <w:lang w:eastAsia="ko-KR"/>
              </w:rPr>
              <w:t>SQL을 직접 치던 개발자가 ORM을 쓰게 되면서 "DB 구조 이해"가 더 중요해진 것처럼, AI 도구가 반복 작업을 대체하면서 "문제를 정확히 이해하고 지시하는 능력"이 더 중요해진다.</w:t>
            </w:r>
          </w:p>
        </w:tc>
      </w:tr>
    </w:tbl>
    <w:p w14:paraId="42568CE1" w14:textId="77777777" w:rsidR="00226CAC" w:rsidRDefault="00226CAC">
      <w:pPr>
        <w:rPr>
          <w:rFonts w:eastAsia="Nanum Gothic"/>
          <w:lang w:eastAsia="ko-KR"/>
        </w:rPr>
      </w:pPr>
    </w:p>
    <w:p w14:paraId="0D676EB4"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2.1.5 메가존 AI 캠퍼스 5개 트랙 구조</w:t>
      </w:r>
    </w:p>
    <w:tbl>
      <w:tblPr>
        <w:tblStyle w:val="af9"/>
        <w:tblW w:w="0" w:type="auto"/>
        <w:tblLook w:val="04A0" w:firstRow="1" w:lastRow="0" w:firstColumn="1" w:lastColumn="0" w:noHBand="0" w:noVBand="1"/>
      </w:tblPr>
      <w:tblGrid>
        <w:gridCol w:w="3024"/>
        <w:gridCol w:w="3024"/>
        <w:gridCol w:w="3024"/>
      </w:tblGrid>
      <w:tr w:rsidR="00226CAC" w14:paraId="6EC7EF0F" w14:textId="77777777">
        <w:tc>
          <w:tcPr>
            <w:tcW w:w="3024" w:type="dxa"/>
            <w:shd w:val="clear" w:color="auto" w:fill="024AD8"/>
          </w:tcPr>
          <w:p w14:paraId="540EB67F" w14:textId="77777777" w:rsidR="00226CAC" w:rsidRDefault="00000000">
            <w:pPr>
              <w:spacing w:before="60" w:after="60"/>
            </w:pPr>
            <w:r>
              <w:rPr>
                <w:rFonts w:ascii="Nanum Gothic" w:eastAsia="Nanum Gothic" w:hAnsi="Nanum Gothic" w:cs="Nanum Gothic"/>
                <w:b/>
                <w:color w:val="FFFFFF"/>
                <w:sz w:val="20"/>
              </w:rPr>
              <w:t>트랙</w:t>
            </w:r>
          </w:p>
        </w:tc>
        <w:tc>
          <w:tcPr>
            <w:tcW w:w="3024" w:type="dxa"/>
            <w:shd w:val="clear" w:color="auto" w:fill="024AD8"/>
          </w:tcPr>
          <w:p w14:paraId="537C0E70" w14:textId="77777777" w:rsidR="00226CAC" w:rsidRDefault="00000000">
            <w:pPr>
              <w:spacing w:before="60" w:after="60"/>
            </w:pPr>
            <w:r>
              <w:rPr>
                <w:rFonts w:ascii="Nanum Gothic" w:eastAsia="Nanum Gothic" w:hAnsi="Nanum Gothic" w:cs="Nanum Gothic"/>
                <w:b/>
                <w:color w:val="FFFFFF"/>
                <w:sz w:val="20"/>
              </w:rPr>
              <w:t>설명</w:t>
            </w:r>
          </w:p>
        </w:tc>
        <w:tc>
          <w:tcPr>
            <w:tcW w:w="3024" w:type="dxa"/>
            <w:shd w:val="clear" w:color="auto" w:fill="024AD8"/>
          </w:tcPr>
          <w:p w14:paraId="5942B288" w14:textId="77777777" w:rsidR="00226CAC" w:rsidRDefault="00000000">
            <w:pPr>
              <w:spacing w:before="60" w:after="60"/>
            </w:pPr>
            <w:r>
              <w:rPr>
                <w:rFonts w:ascii="Nanum Gothic" w:eastAsia="Nanum Gothic" w:hAnsi="Nanum Gothic" w:cs="Nanum Gothic"/>
                <w:b/>
                <w:color w:val="FFFFFF"/>
                <w:sz w:val="20"/>
              </w:rPr>
              <w:t>전제 조건</w:t>
            </w:r>
          </w:p>
        </w:tc>
      </w:tr>
      <w:tr w:rsidR="00226CAC" w14:paraId="00B76F5D" w14:textId="77777777">
        <w:tc>
          <w:tcPr>
            <w:tcW w:w="3024" w:type="dxa"/>
          </w:tcPr>
          <w:p w14:paraId="072B029F" w14:textId="77777777" w:rsidR="00226CAC" w:rsidRDefault="00000000">
            <w:pPr>
              <w:spacing w:before="60" w:after="60"/>
            </w:pPr>
            <w:r>
              <w:rPr>
                <w:rFonts w:ascii="Nanum Gothic" w:eastAsia="Nanum Gothic" w:hAnsi="Nanum Gothic" w:cs="Nanum Gothic"/>
                <w:b/>
                <w:color w:val="1A1A1A"/>
                <w:sz w:val="20"/>
              </w:rPr>
              <w:lastRenderedPageBreak/>
              <w:t>공통 트랙 (지금 여기)</w:t>
            </w:r>
          </w:p>
        </w:tc>
        <w:tc>
          <w:tcPr>
            <w:tcW w:w="3024" w:type="dxa"/>
          </w:tcPr>
          <w:p w14:paraId="18103E18" w14:textId="77777777" w:rsidR="00226CAC" w:rsidRDefault="00000000">
            <w:pPr>
              <w:spacing w:before="60" w:after="60"/>
            </w:pPr>
            <w:r>
              <w:rPr>
                <w:rFonts w:ascii="Nanum Gothic" w:eastAsia="Nanum Gothic" w:hAnsi="Nanum Gothic" w:cs="Nanum Gothic"/>
                <w:color w:val="1A1A1A"/>
                <w:sz w:val="20"/>
              </w:rPr>
              <w:t>AI Foundation —</w:t>
            </w:r>
          </w:p>
        </w:tc>
        <w:tc>
          <w:tcPr>
            <w:tcW w:w="3024" w:type="dxa"/>
          </w:tcPr>
          <w:p w14:paraId="422AD844" w14:textId="77777777" w:rsidR="00226CAC" w:rsidRDefault="00000000">
            <w:pPr>
              <w:spacing w:before="60" w:after="60"/>
            </w:pPr>
            <w:r>
              <w:rPr>
                <w:rFonts w:ascii="Nanum Gothic" w:eastAsia="Nanum Gothic" w:hAnsi="Nanum Gothic" w:cs="Nanum Gothic"/>
                <w:color w:val="1A1A1A"/>
                <w:sz w:val="20"/>
              </w:rPr>
              <w:t>없음</w:t>
            </w:r>
          </w:p>
        </w:tc>
      </w:tr>
      <w:tr w:rsidR="00226CAC" w14:paraId="0B6DACE8" w14:textId="77777777">
        <w:tc>
          <w:tcPr>
            <w:tcW w:w="3024" w:type="dxa"/>
          </w:tcPr>
          <w:p w14:paraId="18380147" w14:textId="77777777" w:rsidR="00226CAC" w:rsidRDefault="00000000">
            <w:pPr>
              <w:spacing w:before="60" w:after="60"/>
            </w:pPr>
            <w:r>
              <w:rPr>
                <w:rFonts w:ascii="Nanum Gothic" w:eastAsia="Nanum Gothic" w:hAnsi="Nanum Gothic" w:cs="Nanum Gothic"/>
                <w:b/>
                <w:color w:val="1A1A1A"/>
                <w:sz w:val="20"/>
              </w:rPr>
              <w:t>에이전트 트랙</w:t>
            </w:r>
          </w:p>
        </w:tc>
        <w:tc>
          <w:tcPr>
            <w:tcW w:w="3024" w:type="dxa"/>
          </w:tcPr>
          <w:p w14:paraId="3795C701"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AI 에이전트 설계·구현</w:t>
            </w:r>
          </w:p>
        </w:tc>
        <w:tc>
          <w:tcPr>
            <w:tcW w:w="3024" w:type="dxa"/>
          </w:tcPr>
          <w:p w14:paraId="080037E9" w14:textId="77777777" w:rsidR="00226CAC" w:rsidRDefault="00000000">
            <w:pPr>
              <w:spacing w:before="60" w:after="60"/>
            </w:pPr>
            <w:r>
              <w:rPr>
                <w:rFonts w:ascii="Nanum Gothic" w:eastAsia="Nanum Gothic" w:hAnsi="Nanum Gothic" w:cs="Nanum Gothic"/>
                <w:color w:val="1A1A1A"/>
                <w:sz w:val="20"/>
              </w:rPr>
              <w:t>공통 트랙 이수</w:t>
            </w:r>
          </w:p>
        </w:tc>
      </w:tr>
      <w:tr w:rsidR="00226CAC" w14:paraId="7EA7E36B" w14:textId="77777777">
        <w:tc>
          <w:tcPr>
            <w:tcW w:w="3024" w:type="dxa"/>
          </w:tcPr>
          <w:p w14:paraId="098EE9CC" w14:textId="77777777" w:rsidR="00226CAC" w:rsidRDefault="00000000">
            <w:pPr>
              <w:spacing w:before="60" w:after="60"/>
            </w:pPr>
            <w:r>
              <w:rPr>
                <w:rFonts w:ascii="Nanum Gothic" w:eastAsia="Nanum Gothic" w:hAnsi="Nanum Gothic" w:cs="Nanum Gothic"/>
                <w:b/>
                <w:color w:val="1A1A1A"/>
                <w:sz w:val="20"/>
              </w:rPr>
              <w:t>아키텍처 트랙</w:t>
            </w:r>
          </w:p>
        </w:tc>
        <w:tc>
          <w:tcPr>
            <w:tcW w:w="3024" w:type="dxa"/>
          </w:tcPr>
          <w:p w14:paraId="4AABDC5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클라우드 AI 시스템 설계</w:t>
            </w:r>
          </w:p>
        </w:tc>
        <w:tc>
          <w:tcPr>
            <w:tcW w:w="3024" w:type="dxa"/>
          </w:tcPr>
          <w:p w14:paraId="3E3126BD" w14:textId="77777777" w:rsidR="00226CAC" w:rsidRDefault="00000000">
            <w:pPr>
              <w:spacing w:before="60" w:after="60"/>
            </w:pPr>
            <w:r>
              <w:rPr>
                <w:rFonts w:ascii="Nanum Gothic" w:eastAsia="Nanum Gothic" w:hAnsi="Nanum Gothic" w:cs="Nanum Gothic"/>
                <w:color w:val="1A1A1A"/>
                <w:sz w:val="20"/>
              </w:rPr>
              <w:t>공통 트랙 이수</w:t>
            </w:r>
          </w:p>
        </w:tc>
      </w:tr>
      <w:tr w:rsidR="00226CAC" w14:paraId="33BE338C" w14:textId="77777777">
        <w:tc>
          <w:tcPr>
            <w:tcW w:w="3024" w:type="dxa"/>
          </w:tcPr>
          <w:p w14:paraId="09CC7A02" w14:textId="504E365C" w:rsidR="00226CAC" w:rsidRDefault="00910524">
            <w:pPr>
              <w:spacing w:before="60" w:after="60"/>
            </w:pPr>
            <w:r>
              <w:rPr>
                <w:rFonts w:ascii="Nanum Gothic" w:eastAsia="Nanum Gothic" w:hAnsi="Nanum Gothic" w:cs="Nanum Gothic" w:hint="eastAsia"/>
                <w:b/>
                <w:color w:val="1A1A1A"/>
                <w:sz w:val="20"/>
                <w:lang w:eastAsia="ko-KR"/>
              </w:rPr>
              <w:t>보안</w:t>
            </w:r>
            <w:r>
              <w:rPr>
                <w:rFonts w:ascii="Nanum Gothic" w:eastAsia="Nanum Gothic" w:hAnsi="Nanum Gothic" w:cs="Nanum Gothic"/>
                <w:b/>
                <w:color w:val="1A1A1A"/>
                <w:sz w:val="20"/>
              </w:rPr>
              <w:t xml:space="preserve"> 트랙</w:t>
            </w:r>
          </w:p>
        </w:tc>
        <w:tc>
          <w:tcPr>
            <w:tcW w:w="3024" w:type="dxa"/>
          </w:tcPr>
          <w:p w14:paraId="0471550E" w14:textId="3CD0BB86" w:rsidR="00226CAC" w:rsidRDefault="00910524">
            <w:pPr>
              <w:spacing w:before="60" w:after="60"/>
              <w:rPr>
                <w:rFonts w:eastAsia="Nanum Gothic"/>
                <w:lang w:eastAsia="ko-KR"/>
              </w:rPr>
            </w:pPr>
            <w:r>
              <w:rPr>
                <w:rFonts w:ascii="Nanum Gothic" w:eastAsia="Nanum Gothic" w:hAnsi="Nanum Gothic" w:cs="Nanum Gothic"/>
                <w:color w:val="1A1A1A"/>
                <w:sz w:val="20"/>
                <w:lang w:eastAsia="ko-KR"/>
              </w:rPr>
              <w:t xml:space="preserve">AI </w:t>
            </w:r>
            <w:r>
              <w:rPr>
                <w:rFonts w:ascii="Nanum Gothic" w:eastAsia="Nanum Gothic" w:hAnsi="Nanum Gothic" w:cs="Nanum Gothic" w:hint="eastAsia"/>
                <w:color w:val="1A1A1A"/>
                <w:sz w:val="20"/>
                <w:lang w:eastAsia="ko-KR"/>
              </w:rPr>
              <w:t>보안 체계 구축</w:t>
            </w:r>
            <w:r>
              <w:rPr>
                <w:rFonts w:ascii="Nanum Gothic" w:eastAsia="Nanum Gothic" w:hAnsi="Nanum Gothic" w:cs="Nanum Gothic"/>
                <w:color w:val="1A1A1A"/>
                <w:sz w:val="20"/>
                <w:lang w:eastAsia="ko-KR"/>
              </w:rPr>
              <w:t>·</w:t>
            </w:r>
            <w:r>
              <w:rPr>
                <w:rFonts w:ascii="Nanum Gothic" w:eastAsia="Nanum Gothic" w:hAnsi="Nanum Gothic" w:cs="Nanum Gothic" w:hint="eastAsia"/>
                <w:color w:val="1A1A1A"/>
                <w:sz w:val="20"/>
                <w:lang w:eastAsia="ko-KR"/>
              </w:rPr>
              <w:t>운영</w:t>
            </w:r>
          </w:p>
        </w:tc>
        <w:tc>
          <w:tcPr>
            <w:tcW w:w="3024" w:type="dxa"/>
          </w:tcPr>
          <w:p w14:paraId="0AD8A1A7" w14:textId="77777777" w:rsidR="00226CAC" w:rsidRDefault="00000000">
            <w:pPr>
              <w:spacing w:before="60" w:after="60"/>
            </w:pPr>
            <w:r>
              <w:rPr>
                <w:rFonts w:ascii="Nanum Gothic" w:eastAsia="Nanum Gothic" w:hAnsi="Nanum Gothic" w:cs="Nanum Gothic"/>
                <w:color w:val="1A1A1A"/>
                <w:sz w:val="20"/>
              </w:rPr>
              <w:t>공통 트랙 이수</w:t>
            </w:r>
          </w:p>
        </w:tc>
      </w:tr>
      <w:tr w:rsidR="00226CAC" w14:paraId="33BE338C" w14:textId="77777777">
        <w:tc>
          <w:tcPr>
            <w:tcW w:w="3024" w:type="dxa"/>
          </w:tcPr>
          <w:p w14:paraId="09CC7A02" w14:textId="504E365C" w:rsidR="00226CAC" w:rsidRDefault="00910524">
            <w:pPr>
              <w:spacing w:before="60" w:after="60"/>
            </w:pPr>
            <w:r>
              <w:rPr>
                <w:rFonts w:ascii="Nanum Gothic" w:eastAsia="Nanum Gothic" w:hAnsi="Nanum Gothic" w:cs="Nanum Gothic" w:hint="eastAsia"/>
                <w:b/>
                <w:color w:val="1A1A1A"/>
                <w:sz w:val="20"/>
                <w:lang w:eastAsia="ko-KR"/>
              </w:rPr>
              <w:t>데이터 트랙</w:t>
            </w:r>
            <w:r>
              <w:rPr>
                <w:rFonts w:ascii="Nanum Gothic" w:eastAsia="Nanum Gothic" w:hAnsi="Nanum Gothic" w:cs="Nanum Gothic"/>
                <w:b/>
                <w:color w:val="1A1A1A"/>
                <w:sz w:val="20"/>
              </w:rPr>
              <w:t xml:space="preserve"/>
            </w:r>
          </w:p>
        </w:tc>
        <w:tc>
          <w:tcPr>
            <w:tcW w:w="3024" w:type="dxa"/>
          </w:tcPr>
          <w:p w14:paraId="0471550E" w14:textId="3CD0BB86" w:rsidR="00226CAC" w:rsidRDefault="00910524">
            <w:pPr>
              <w:spacing w:before="60" w:after="60"/>
              <w:rPr>
                <w:rFonts w:eastAsia="Nanum Gothic"/>
                <w:lang w:eastAsia="ko-KR"/>
              </w:rPr>
            </w:pPr>
            <w:r>
              <w:rPr>
                <w:rFonts w:ascii="Nanum Gothic" w:eastAsia="Nanum Gothic" w:hAnsi="Nanum Gothic" w:cs="Nanum Gothic"/>
                <w:color w:val="1A1A1A"/>
                <w:sz w:val="20"/>
                <w:lang w:eastAsia="ko-KR"/>
              </w:rPr>
              <w:t xml:space="preserve">데이터 수집·정제·분석 및 AI 활용</w:t>
            </w:r>
            <w:r>
              <w:rPr>
                <w:rFonts w:ascii="Nanum Gothic" w:eastAsia="Nanum Gothic" w:hAnsi="Nanum Gothic" w:cs="Nanum Gothic" w:hint="eastAsia"/>
                <w:color w:val="1A1A1A"/>
                <w:sz w:val="20"/>
                <w:lang w:eastAsia="ko-KR"/>
              </w:rPr>
              <w:t/>
            </w:r>
            <w:r>
              <w:rPr>
                <w:rFonts w:ascii="Nanum Gothic" w:eastAsia="Nanum Gothic" w:hAnsi="Nanum Gothic" w:cs="Nanum Gothic"/>
                <w:color w:val="1A1A1A"/>
                <w:sz w:val="20"/>
                <w:lang w:eastAsia="ko-KR"/>
              </w:rPr>
              <w:t/>
            </w:r>
            <w:r>
              <w:rPr>
                <w:rFonts w:ascii="Nanum Gothic" w:eastAsia="Nanum Gothic" w:hAnsi="Nanum Gothic" w:cs="Nanum Gothic" w:hint="eastAsia"/>
                <w:color w:val="1A1A1A"/>
                <w:sz w:val="20"/>
                <w:lang w:eastAsia="ko-KR"/>
              </w:rPr>
              <w:t/>
            </w:r>
          </w:p>
        </w:tc>
        <w:tc>
          <w:tcPr>
            <w:tcW w:w="3024" w:type="dxa"/>
          </w:tcPr>
          <w:p w14:paraId="0AD8A1A7" w14:textId="77777777" w:rsidR="00226CAC" w:rsidRDefault="00000000">
            <w:pPr>
              <w:spacing w:before="60" w:after="60"/>
            </w:pPr>
            <w:r>
              <w:rPr>
                <w:rFonts w:ascii="Nanum Gothic" w:eastAsia="Nanum Gothic" w:hAnsi="Nanum Gothic" w:cs="Nanum Gothic"/>
                <w:color w:val="1A1A1A"/>
                <w:sz w:val="20"/>
              </w:rPr>
              <w:t>공통 트랙 이수</w:t>
            </w:r>
          </w:p>
        </w:tc>
      </w:tr>
    </w:tbl>
    <w:p w14:paraId="22CC5E53" w14:textId="77777777" w:rsidR="00226CAC" w:rsidRDefault="00226CAC"/>
    <w:p w14:paraId="154B4F2D" w14:textId="5A8AAB6D"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포지셔닝</w:t>
      </w:r>
      <w:r>
        <w:rPr>
          <w:rFonts w:ascii="Nanum Gothic" w:eastAsia="Nanum Gothic" w:hAnsi="Nanum Gothic" w:cs="Nanum Gothic"/>
          <w:color w:val="1A1A1A"/>
          <w:sz w:val="20"/>
          <w:lang w:eastAsia="ko-KR"/>
        </w:rPr>
        <w:t>: 본 과정(공통 트랙)은 나머지 4개 트랙의 기반이다. 이후 전문 트랙</w:t>
      </w:r>
      <w:r w:rsidR="00910524">
        <w:rPr>
          <w:rFonts w:ascii="Nanum Gothic" w:eastAsia="Nanum Gothic" w:hAnsi="Nanum Gothic" w:cs="Nanum Gothic" w:hint="eastAsia"/>
          <w:color w:val="1A1A1A"/>
          <w:sz w:val="20"/>
          <w:lang w:eastAsia="ko-KR"/>
        </w:rPr>
        <w:t>이 진행된다</w:t>
      </w:r>
      <w:r>
        <w:rPr>
          <w:rFonts w:ascii="Nanum Gothic" w:eastAsia="Nanum Gothic" w:hAnsi="Nanum Gothic" w:cs="Nanum Gothic"/>
          <w:color w:val="1A1A1A"/>
          <w:sz w:val="20"/>
          <w:lang w:eastAsia="ko-KR"/>
        </w:rPr>
        <w:t>.</w:t>
      </w:r>
    </w:p>
    <w:tbl>
      <w:tblPr>
        <w:tblStyle w:val="af9"/>
        <w:tblW w:w="0" w:type="auto"/>
        <w:tblLayout w:type="fixed"/>
        <w:tblLook w:val="04A0" w:firstRow="1" w:lastRow="0" w:firstColumn="1" w:lastColumn="0" w:noHBand="0" w:noVBand="1"/>
      </w:tblPr>
      <w:tblGrid>
        <w:gridCol w:w="400"/>
        <w:gridCol w:w="8672"/>
      </w:tblGrid>
      <w:tr w:rsidR="00226CAC" w14:paraId="41EDA2C0" w14:textId="77777777">
        <w:tc>
          <w:tcPr>
            <w:tcW w:w="400" w:type="dxa"/>
            <w:shd w:val="clear" w:color="auto" w:fill="4A5568"/>
          </w:tcPr>
          <w:p w14:paraId="05292D98" w14:textId="77777777" w:rsidR="00226CAC" w:rsidRDefault="00226CAC">
            <w:pPr>
              <w:spacing w:before="80" w:after="80"/>
              <w:rPr>
                <w:rFonts w:eastAsia="Nanum Gothic"/>
                <w:lang w:eastAsia="ko-KR"/>
              </w:rPr>
            </w:pPr>
          </w:p>
        </w:tc>
        <w:tc>
          <w:tcPr>
            <w:tcW w:w="8672" w:type="dxa"/>
            <w:shd w:val="clear" w:color="auto" w:fill="F7F7F7"/>
          </w:tcPr>
          <w:p w14:paraId="17C6D532" w14:textId="77777777" w:rsidR="00226CAC" w:rsidRDefault="00000000">
            <w:pPr>
              <w:spacing w:before="80" w:after="80"/>
              <w:rPr>
                <w:rFonts w:eastAsia="Nanum Gothic"/>
                <w:lang w:eastAsia="ko-KR"/>
              </w:rPr>
            </w:pPr>
            <w:r>
              <w:rPr>
                <w:rFonts w:ascii="Nanum Gothic" w:eastAsia="Nanum Gothic" w:hAnsi="Nanum Gothic" w:cs="Nanum Gothic"/>
                <w:b/>
                <w:color w:val="4A5568"/>
                <w:sz w:val="20"/>
                <w:lang w:eastAsia="ko-KR"/>
              </w:rPr>
              <w:t>📌 Note</w:t>
            </w:r>
            <w:r>
              <w:rPr>
                <w:rFonts w:ascii="Apple SD Gothic Neo" w:eastAsia="Nanum Gothic" w:hAnsi="Apple SD Gothic Neo" w:cs="Apple SD Gothic Neo"/>
                <w:b/>
                <w:color w:val="4A5568"/>
                <w:sz w:val="20"/>
                <w:lang w:eastAsia="ko-KR"/>
              </w:rPr>
              <w:br/>
            </w:r>
            <w:r>
              <w:rPr>
                <w:rFonts w:ascii="Nanum Gothic" w:eastAsia="Nanum Gothic" w:hAnsi="Nanum Gothic" w:cs="Nanum Gothic"/>
                <w:color w:val="1A1A1A"/>
                <w:sz w:val="20"/>
                <w:lang w:eastAsia="ko-KR"/>
              </w:rPr>
              <w:t>지금 어느 트랙이 맞는지 아직 몰라도 된다. 이 과정을 마치면 각 트랙이 무엇을 다루는지 충분히 이해하게 된다. 자신에게 맞는 트랙이 자연스럽게 보일 것이다.</w:t>
            </w:r>
          </w:p>
        </w:tc>
      </w:tr>
    </w:tbl>
    <w:p w14:paraId="54897372" w14:textId="77777777" w:rsidR="00226CAC" w:rsidRDefault="00226CAC">
      <w:pPr>
        <w:rPr>
          <w:rFonts w:eastAsia="Nanum Gothic"/>
          <w:lang w:eastAsia="ko-KR"/>
        </w:rPr>
      </w:pPr>
    </w:p>
    <w:p w14:paraId="59AA28AD"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2.1.6 학습자 자가 진단 — 나는 지금 어디에 있는가</w:t>
      </w:r>
    </w:p>
    <w:p w14:paraId="6FE75700"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 과정을 최대한 활용하려면 본인의 현재 위치를 파악해야 한다. 아래 4개 질문에 솔직하게 답해보자.</w:t>
      </w:r>
    </w:p>
    <w:tbl>
      <w:tblPr>
        <w:tblStyle w:val="af9"/>
        <w:tblW w:w="0" w:type="auto"/>
        <w:tblLayout w:type="fixed"/>
        <w:tblLook w:val="04A0" w:firstRow="1" w:lastRow="0" w:firstColumn="1" w:lastColumn="0" w:noHBand="0" w:noVBand="1"/>
      </w:tblPr>
      <w:tblGrid>
        <w:gridCol w:w="400"/>
        <w:gridCol w:w="8672"/>
      </w:tblGrid>
      <w:tr w:rsidR="00226CAC" w14:paraId="4454EB6A" w14:textId="77777777">
        <w:tc>
          <w:tcPr>
            <w:tcW w:w="400" w:type="dxa"/>
            <w:shd w:val="clear" w:color="auto" w:fill="4A5568"/>
          </w:tcPr>
          <w:p w14:paraId="19019942" w14:textId="77777777" w:rsidR="00226CAC" w:rsidRDefault="00226CAC">
            <w:pPr>
              <w:spacing w:before="80" w:after="80"/>
              <w:rPr>
                <w:rFonts w:eastAsia="Nanum Gothic"/>
                <w:lang w:eastAsia="ko-KR"/>
              </w:rPr>
            </w:pPr>
          </w:p>
        </w:tc>
        <w:tc>
          <w:tcPr>
            <w:tcW w:w="8672" w:type="dxa"/>
            <w:shd w:val="clear" w:color="auto" w:fill="F7F7F7"/>
          </w:tcPr>
          <w:p w14:paraId="6D612EFF" w14:textId="77777777" w:rsidR="00226CAC" w:rsidRDefault="00000000">
            <w:pPr>
              <w:spacing w:before="80" w:after="80"/>
              <w:rPr>
                <w:rFonts w:eastAsia="Nanum Gothic"/>
                <w:lang w:eastAsia="ko-KR"/>
              </w:rPr>
            </w:pPr>
            <w:r>
              <w:rPr>
                <w:rFonts w:ascii="Nanum Gothic" w:eastAsia="Nanum Gothic" w:hAnsi="Nanum Gothic" w:cs="Nanum Gothic"/>
                <w:b/>
                <w:color w:val="4A5568"/>
                <w:sz w:val="20"/>
                <w:lang w:eastAsia="ko-KR"/>
              </w:rPr>
              <w:t>📌 Note</w:t>
            </w:r>
            <w:r>
              <w:rPr>
                <w:rFonts w:ascii="Apple SD Gothic Neo" w:eastAsia="Nanum Gothic" w:hAnsi="Apple SD Gothic Neo" w:cs="Apple SD Gothic Neo"/>
                <w:b/>
                <w:color w:val="4A5568"/>
                <w:sz w:val="20"/>
                <w:lang w:eastAsia="ko-KR"/>
              </w:rPr>
              <w:br/>
            </w:r>
            <w:r>
              <w:rPr>
                <w:rFonts w:ascii="Nanum Gothic" w:eastAsia="Nanum Gothic" w:hAnsi="Nanum Gothic" w:cs="Nanum Gothic"/>
                <w:color w:val="1A1A1A"/>
                <w:sz w:val="20"/>
                <w:lang w:eastAsia="ko-KR"/>
              </w:rPr>
              <w:t>❌ AI한테 물어보지 말 것. 이 질문은 학습자 본인의 현재 상태를 확인하는 것이다.</w:t>
            </w:r>
          </w:p>
        </w:tc>
      </w:tr>
    </w:tbl>
    <w:p w14:paraId="08D8283D" w14:textId="77777777" w:rsidR="00226CAC" w:rsidRDefault="00226CAC">
      <w:pPr>
        <w:rPr>
          <w:rFonts w:eastAsia="Nanum Gothic"/>
          <w:lang w:eastAsia="ko-KR"/>
        </w:rPr>
      </w:pPr>
    </w:p>
    <w:p w14:paraId="678C60C2"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자가 진단 1: AI 도구 경험</w:t>
      </w:r>
    </w:p>
    <w:p w14:paraId="0F68DFF3"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지금까지 ChatGPT·Gemini·Claude 중 하나 이상을 사용해본 경험이 있는가?</w:t>
      </w:r>
    </w:p>
    <w:p w14:paraId="45642F37" w14:textId="7307D638" w:rsidR="00226CAC" w:rsidRDefault="00000000">
      <w:pPr>
        <w:spacing w:before="40" w:after="40"/>
        <w:ind w:left="794"/>
        <w:rPr>
          <w:rFonts w:eastAsia="Nanum Gothic"/>
          <w:lang w:eastAsia="ko-KR"/>
        </w:rPr>
      </w:pPr>
      <w:r>
        <w:rPr>
          <w:rFonts w:ascii="Nanum Gothic" w:eastAsia="Nanum Gothic" w:hAnsi="Nanum Gothic" w:cs="Nanum Gothic"/>
          <w:color w:val="1A1A1A"/>
          <w:sz w:val="20"/>
          <w:lang w:eastAsia="ko-KR"/>
        </w:rPr>
        <w:t>• 자주 사용 → 심화 내용에 집중</w:t>
      </w:r>
      <w:r w:rsidR="00E1001E">
        <w:rPr>
          <w:rFonts w:ascii="Nanum Gothic" w:eastAsia="Nanum Gothic" w:hAnsi="Nanum Gothic" w:cs="Nanum Gothic" w:hint="eastAsia"/>
          <w:color w:val="1A1A1A"/>
          <w:sz w:val="20"/>
          <w:lang w:eastAsia="ko-KR"/>
        </w:rPr>
        <w:t>하여, 생각의 폭과 깊이를 더해 봅니다.</w:t>
      </w:r>
    </w:p>
    <w:p w14:paraId="2F7424D4" w14:textId="60C99FF1" w:rsidR="00226CAC" w:rsidRDefault="00000000">
      <w:pPr>
        <w:spacing w:before="40" w:after="40"/>
        <w:ind w:left="794"/>
        <w:rPr>
          <w:rFonts w:eastAsia="Nanum Gothic"/>
          <w:lang w:eastAsia="ko-KR"/>
        </w:rPr>
      </w:pPr>
      <w:r>
        <w:rPr>
          <w:rFonts w:ascii="Nanum Gothic" w:eastAsia="Nanum Gothic" w:hAnsi="Nanum Gothic" w:cs="Nanum Gothic"/>
          <w:color w:val="1A1A1A"/>
          <w:sz w:val="20"/>
          <w:lang w:eastAsia="ko-KR"/>
        </w:rPr>
        <w:t>• 가끔 사용 → 실습</w:t>
      </w:r>
      <w:r w:rsidR="00E1001E">
        <w:rPr>
          <w:rFonts w:ascii="Nanum Gothic" w:eastAsia="Nanum Gothic" w:hAnsi="Nanum Gothic" w:cs="Nanum Gothic" w:hint="eastAsia"/>
          <w:color w:val="1A1A1A"/>
          <w:sz w:val="20"/>
          <w:lang w:eastAsia="ko-KR"/>
        </w:rPr>
        <w:t>을 통해</w:t>
      </w:r>
      <w:r>
        <w:rPr>
          <w:rFonts w:ascii="Nanum Gothic" w:eastAsia="Nanum Gothic" w:hAnsi="Nanum Gothic" w:cs="Nanum Gothic"/>
          <w:color w:val="1A1A1A"/>
          <w:sz w:val="20"/>
          <w:lang w:eastAsia="ko-KR"/>
        </w:rPr>
        <w:t xml:space="preserve"> 체계화</w:t>
      </w:r>
      <w:r w:rsidR="00E1001E">
        <w:rPr>
          <w:rFonts w:ascii="Nanum Gothic" w:eastAsia="Nanum Gothic" w:hAnsi="Nanum Gothic" w:cs="Nanum Gothic" w:hint="eastAsia"/>
          <w:color w:val="1A1A1A"/>
          <w:sz w:val="20"/>
          <w:lang w:eastAsia="ko-KR"/>
        </w:rPr>
        <w:t xml:space="preserve"> 및 고도화를 수행합니다.</w:t>
      </w:r>
    </w:p>
    <w:p w14:paraId="15B5964F" w14:textId="11F38FE6" w:rsidR="00226CAC" w:rsidRDefault="00000000">
      <w:pPr>
        <w:spacing w:before="40" w:after="40"/>
        <w:ind w:left="794"/>
        <w:rPr>
          <w:rFonts w:eastAsia="Nanum Gothic"/>
          <w:lang w:eastAsia="ko-KR"/>
        </w:rPr>
      </w:pPr>
      <w:r>
        <w:rPr>
          <w:rFonts w:ascii="Nanum Gothic" w:eastAsia="Nanum Gothic" w:hAnsi="Nanum Gothic" w:cs="Nanum Gothic"/>
          <w:color w:val="1A1A1A"/>
          <w:sz w:val="20"/>
          <w:lang w:eastAsia="ko-KR"/>
        </w:rPr>
        <w:t>• 없음 → 모든 세션이 새로운 경험, 무엇이든 따라가</w:t>
      </w:r>
      <w:r w:rsidR="00E1001E">
        <w:rPr>
          <w:rFonts w:ascii="Nanum Gothic" w:eastAsia="Nanum Gothic" w:hAnsi="Nanum Gothic" w:cs="Nanum Gothic" w:hint="eastAsia"/>
          <w:color w:val="1A1A1A"/>
          <w:sz w:val="20"/>
          <w:lang w:eastAsia="ko-KR"/>
        </w:rPr>
        <w:t>면 됩니다.</w:t>
      </w:r>
    </w:p>
    <w:p w14:paraId="72541E80"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자가 진단 2: 코드 경험</w:t>
      </w:r>
    </w:p>
    <w:p w14:paraId="2023117C"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Python·JavaScript 등 프로그래밍 경험 수준은?</w:t>
      </w:r>
    </w:p>
    <w:p w14:paraId="7C62749F" w14:textId="335974B1" w:rsidR="00226CAC" w:rsidRDefault="00000000">
      <w:pPr>
        <w:spacing w:before="40" w:after="40"/>
        <w:ind w:left="794"/>
        <w:rPr>
          <w:rFonts w:eastAsia="Nanum Gothic"/>
          <w:lang w:eastAsia="ko-KR"/>
        </w:rPr>
      </w:pPr>
      <w:r>
        <w:rPr>
          <w:rFonts w:ascii="Nanum Gothic" w:eastAsia="Nanum Gothic" w:hAnsi="Nanum Gothic" w:cs="Nanum Gothic"/>
          <w:color w:val="1A1A1A"/>
          <w:sz w:val="20"/>
          <w:lang w:eastAsia="ko-KR"/>
        </w:rPr>
        <w:lastRenderedPageBreak/>
        <w:t>• 업무에서 코드 작성</w:t>
      </w:r>
      <w:r w:rsidR="00E1001E">
        <w:rPr>
          <w:rFonts w:ascii="Nanum Gothic" w:eastAsia="Nanum Gothic" w:hAnsi="Nanum Gothic" w:cs="Nanum Gothic" w:hint="eastAsia"/>
          <w:color w:val="1A1A1A"/>
          <w:sz w:val="20"/>
          <w:lang w:eastAsia="ko-KR"/>
        </w:rPr>
        <w:t xml:space="preserve"> 경험</w:t>
      </w:r>
      <w:r>
        <w:rPr>
          <w:rFonts w:ascii="Nanum Gothic" w:eastAsia="Nanum Gothic" w:hAnsi="Nanum Gothic" w:cs="Nanum Gothic"/>
          <w:color w:val="1A1A1A"/>
          <w:sz w:val="20"/>
          <w:lang w:eastAsia="ko-KR"/>
        </w:rPr>
        <w:t xml:space="preserve"> → API 실습에서 빠르게 이해</w:t>
      </w:r>
    </w:p>
    <w:p w14:paraId="6820E8E7" w14:textId="4278FA59" w:rsidR="00226CAC" w:rsidRDefault="00000000">
      <w:pPr>
        <w:spacing w:before="40" w:after="40"/>
        <w:ind w:left="794"/>
        <w:rPr>
          <w:rFonts w:eastAsia="Nanum Gothic"/>
          <w:lang w:eastAsia="ko-KR"/>
        </w:rPr>
      </w:pPr>
      <w:r>
        <w:rPr>
          <w:rFonts w:ascii="Nanum Gothic" w:eastAsia="Nanum Gothic" w:hAnsi="Nanum Gothic" w:cs="Nanum Gothic"/>
          <w:color w:val="1A1A1A"/>
          <w:sz w:val="20"/>
          <w:lang w:eastAsia="ko-KR"/>
        </w:rPr>
        <w:t>• 간단한 스크립트 정도</w:t>
      </w:r>
      <w:r w:rsidR="00E1001E">
        <w:rPr>
          <w:rFonts w:ascii="Nanum Gothic" w:eastAsia="Nanum Gothic" w:hAnsi="Nanum Gothic" w:cs="Nanum Gothic" w:hint="eastAsia"/>
          <w:color w:val="1A1A1A"/>
          <w:sz w:val="20"/>
          <w:lang w:eastAsia="ko-KR"/>
        </w:rPr>
        <w:t xml:space="preserve"> 작성 경험</w:t>
      </w:r>
      <w:r>
        <w:rPr>
          <w:rFonts w:ascii="Nanum Gothic" w:eastAsia="Nanum Gothic" w:hAnsi="Nanum Gothic" w:cs="Nanum Gothic"/>
          <w:color w:val="1A1A1A"/>
          <w:sz w:val="20"/>
          <w:lang w:eastAsia="ko-KR"/>
        </w:rPr>
        <w:t xml:space="preserve"> → Colab 코드 따라가기 가능</w:t>
      </w:r>
    </w:p>
    <w:p w14:paraId="5193CA65" w14:textId="76EFC80E" w:rsidR="00226CAC" w:rsidRDefault="00000000">
      <w:pPr>
        <w:spacing w:before="40" w:after="40"/>
        <w:ind w:left="794"/>
        <w:rPr>
          <w:rFonts w:eastAsia="Nanum Gothic"/>
          <w:lang w:eastAsia="ko-KR"/>
        </w:rPr>
      </w:pPr>
      <w:r>
        <w:rPr>
          <w:rFonts w:ascii="Nanum Gothic" w:eastAsia="Nanum Gothic" w:hAnsi="Nanum Gothic" w:cs="Nanum Gothic"/>
          <w:color w:val="1A1A1A"/>
          <w:sz w:val="20"/>
          <w:lang w:eastAsia="ko-KR"/>
        </w:rPr>
        <w:t>• 없음 → Colab 실습 시 파트너 도움 받기</w:t>
      </w:r>
      <w:r w:rsidR="0013449D">
        <w:rPr>
          <w:rFonts w:ascii="Nanum Gothic" w:eastAsia="Nanum Gothic" w:hAnsi="Nanum Gothic" w:cs="Nanum Gothic" w:hint="eastAsia"/>
          <w:color w:val="1A1A1A"/>
          <w:sz w:val="20"/>
          <w:lang w:eastAsia="ko-KR"/>
        </w:rPr>
        <w:t>,</w:t>
      </w:r>
      <w:r>
        <w:rPr>
          <w:rFonts w:ascii="Nanum Gothic" w:eastAsia="Nanum Gothic" w:hAnsi="Nanum Gothic" w:cs="Nanum Gothic"/>
          <w:color w:val="1A1A1A"/>
          <w:sz w:val="20"/>
          <w:lang w:eastAsia="ko-KR"/>
        </w:rPr>
        <w:t xml:space="preserve"> 코드 이해보다 원리 이해가 목표</w:t>
      </w:r>
    </w:p>
    <w:p w14:paraId="2DC874C9"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자가 진단 3: 업무 맥락</w:t>
      </w:r>
    </w:p>
    <w:p w14:paraId="7E3512AA" w14:textId="7F0C83F2"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현재 담당하는 업무</w:t>
      </w:r>
      <w:r w:rsidR="00E1001E">
        <w:rPr>
          <w:rFonts w:ascii="Nanum Gothic" w:eastAsia="Nanum Gothic" w:hAnsi="Nanum Gothic" w:cs="Nanum Gothic" w:hint="eastAsia"/>
          <w:color w:val="1A1A1A"/>
          <w:sz w:val="20"/>
          <w:lang w:eastAsia="ko-KR"/>
        </w:rPr>
        <w:t xml:space="preserve"> 및 일상 작업</w:t>
      </w:r>
      <w:r>
        <w:rPr>
          <w:rFonts w:ascii="Nanum Gothic" w:eastAsia="Nanum Gothic" w:hAnsi="Nanum Gothic" w:cs="Nanum Gothic"/>
          <w:color w:val="1A1A1A"/>
          <w:sz w:val="20"/>
          <w:lang w:eastAsia="ko-KR"/>
        </w:rPr>
        <w:t>에서 AI가 가장 도움이 될 것 같은 부분은?</w:t>
      </w:r>
    </w:p>
    <w:p w14:paraId="551A072E" w14:textId="77777777" w:rsidR="00226CAC" w:rsidRDefault="00000000">
      <w:pPr>
        <w:spacing w:before="40" w:after="40"/>
        <w:ind w:left="794"/>
        <w:rPr>
          <w:rFonts w:eastAsia="Nanum Gothic"/>
          <w:lang w:eastAsia="ko-KR"/>
        </w:rPr>
      </w:pPr>
      <w:r>
        <w:rPr>
          <w:rFonts w:ascii="Nanum Gothic" w:eastAsia="Nanum Gothic" w:hAnsi="Nanum Gothic" w:cs="Nanum Gothic"/>
          <w:color w:val="1A1A1A"/>
          <w:sz w:val="20"/>
          <w:lang w:eastAsia="ko-KR"/>
        </w:rPr>
        <w:t>• 생각나는 게 있으면 학습일지에 적기</w:t>
      </w:r>
    </w:p>
    <w:p w14:paraId="6292607A" w14:textId="74DE3281" w:rsidR="00226CAC" w:rsidRDefault="00000000">
      <w:pPr>
        <w:spacing w:before="40" w:after="40"/>
        <w:ind w:left="794"/>
        <w:rPr>
          <w:rFonts w:eastAsia="Nanum Gothic"/>
          <w:lang w:eastAsia="ko-KR"/>
        </w:rPr>
      </w:pPr>
      <w:r>
        <w:rPr>
          <w:rFonts w:ascii="Nanum Gothic" w:eastAsia="Nanum Gothic" w:hAnsi="Nanum Gothic" w:cs="Nanum Gothic"/>
          <w:color w:val="1A1A1A"/>
          <w:sz w:val="20"/>
          <w:lang w:eastAsia="ko-KR"/>
        </w:rPr>
        <w:t>• 아직 모르면 각 세션에서 단서를 찾</w:t>
      </w:r>
      <w:r w:rsidR="0013449D">
        <w:rPr>
          <w:rFonts w:ascii="Nanum Gothic" w:eastAsia="Nanum Gothic" w:hAnsi="Nanum Gothic" w:cs="Nanum Gothic" w:hint="eastAsia"/>
          <w:color w:val="1A1A1A"/>
          <w:sz w:val="20"/>
          <w:lang w:eastAsia="ko-KR"/>
        </w:rPr>
        <w:t>아 학습일지에 적기</w:t>
      </w:r>
    </w:p>
    <w:p w14:paraId="248C1053"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자가 진단 4: 불안 요소</w:t>
      </w:r>
    </w:p>
    <w:p w14:paraId="2C5AF820"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AI를 배우는 것에서 가장 걱정되는 점은?</w:t>
      </w:r>
    </w:p>
    <w:p w14:paraId="38EDB167" w14:textId="21AB00FC" w:rsidR="00226CAC" w:rsidRDefault="00000000">
      <w:pPr>
        <w:spacing w:before="40" w:after="40"/>
        <w:ind w:left="794"/>
        <w:rPr>
          <w:rFonts w:eastAsia="Nanum Gothic"/>
          <w:lang w:eastAsia="ko-KR"/>
        </w:rPr>
      </w:pPr>
      <w:r>
        <w:rPr>
          <w:rFonts w:ascii="Nanum Gothic" w:eastAsia="Nanum Gothic" w:hAnsi="Nanum Gothic" w:cs="Nanum Gothic"/>
          <w:color w:val="1A1A1A"/>
          <w:sz w:val="20"/>
          <w:lang w:eastAsia="ko-KR"/>
        </w:rPr>
        <w:t>• 어려울 것 같다 → 코드를 못 해도 이 과정을 완수할 수 있</w:t>
      </w:r>
      <w:r w:rsidR="00E1001E">
        <w:rPr>
          <w:rFonts w:ascii="Nanum Gothic" w:eastAsia="Nanum Gothic" w:hAnsi="Nanum Gothic" w:cs="Nanum Gothic" w:hint="eastAsia"/>
          <w:color w:val="1A1A1A"/>
          <w:sz w:val="20"/>
          <w:lang w:eastAsia="ko-KR"/>
        </w:rPr>
        <w:t>습니다.</w:t>
      </w:r>
    </w:p>
    <w:p w14:paraId="11BB84BA" w14:textId="675B3844" w:rsidR="00226CAC" w:rsidRDefault="00000000">
      <w:pPr>
        <w:spacing w:before="40" w:after="40"/>
        <w:ind w:left="794"/>
        <w:rPr>
          <w:rFonts w:eastAsia="Nanum Gothic"/>
          <w:lang w:eastAsia="ko-KR"/>
        </w:rPr>
      </w:pPr>
      <w:r>
        <w:rPr>
          <w:rFonts w:ascii="Nanum Gothic" w:eastAsia="Nanum Gothic" w:hAnsi="Nanum Gothic" w:cs="Nanum Gothic"/>
          <w:color w:val="1A1A1A"/>
          <w:sz w:val="20"/>
          <w:lang w:eastAsia="ko-KR"/>
        </w:rPr>
        <w:t xml:space="preserve">• 시간이 없을 것 같다 → </w:t>
      </w:r>
      <w:r w:rsidR="00E1001E">
        <w:rPr>
          <w:rFonts w:ascii="Nanum Gothic" w:eastAsia="Nanum Gothic" w:hAnsi="Nanum Gothic" w:cs="Nanum Gothic" w:hint="eastAsia"/>
          <w:color w:val="1A1A1A"/>
          <w:sz w:val="20"/>
          <w:lang w:eastAsia="ko-KR"/>
        </w:rPr>
        <w:t>충분한 시간을 제공하여 완수할 수 있도록 합니다.</w:t>
      </w:r>
    </w:p>
    <w:p w14:paraId="61DF91E9" w14:textId="2FC7DBCD" w:rsidR="00226CAC" w:rsidRDefault="00000000">
      <w:pPr>
        <w:spacing w:before="40" w:after="40"/>
        <w:ind w:left="794"/>
        <w:rPr>
          <w:rFonts w:eastAsia="Nanum Gothic"/>
          <w:lang w:eastAsia="ko-KR"/>
        </w:rPr>
      </w:pPr>
      <w:r>
        <w:rPr>
          <w:rFonts w:ascii="Nanum Gothic" w:eastAsia="Nanum Gothic" w:hAnsi="Nanum Gothic" w:cs="Nanum Gothic"/>
          <w:color w:val="1A1A1A"/>
          <w:sz w:val="20"/>
          <w:lang w:eastAsia="ko-KR"/>
        </w:rPr>
        <w:t>• AI에 대체될 것 같다 → 이 과정이 바로 그 불안을 능동적으로 해결하는 시간</w:t>
      </w:r>
      <w:r w:rsidR="00E1001E">
        <w:rPr>
          <w:rFonts w:ascii="Nanum Gothic" w:eastAsia="Nanum Gothic" w:hAnsi="Nanum Gothic" w:cs="Nanum Gothic" w:hint="eastAsia"/>
          <w:color w:val="1A1A1A"/>
          <w:sz w:val="20"/>
          <w:lang w:eastAsia="ko-KR"/>
        </w:rPr>
        <w:t>입니다.</w:t>
      </w:r>
    </w:p>
    <w:p w14:paraId="1E29AC3D"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2.2 핵심 3줄 정리</w:t>
      </w:r>
    </w:p>
    <w:p w14:paraId="3FC16000" w14:textId="29DBF5C0"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1. </w:t>
      </w:r>
      <w:r>
        <w:rPr>
          <w:rFonts w:ascii="Nanum Gothic" w:eastAsia="Nanum Gothic" w:hAnsi="Nanum Gothic" w:cs="Nanum Gothic"/>
          <w:b/>
          <w:color w:val="1A1A1A"/>
          <w:sz w:val="20"/>
          <w:lang w:eastAsia="ko-KR"/>
        </w:rPr>
        <w:t>2025–2030년 글로벌 일자리는 7,800만 개 순증.</w:t>
      </w:r>
      <w:r>
        <w:rPr>
          <w:rFonts w:ascii="Nanum Gothic" w:eastAsia="Nanum Gothic" w:hAnsi="Nanum Gothic" w:cs="Nanum Gothic"/>
          <w:color w:val="1A1A1A"/>
          <w:sz w:val="20"/>
          <w:lang w:eastAsia="ko-KR"/>
        </w:rPr>
        <w:t xml:space="preserve"> 스킬의 39%가 재편된다. 위기가 아닌 기회로 읽어야 한다.</w:t>
      </w:r>
    </w:p>
    <w:p w14:paraId="788CB08B"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2. </w:t>
      </w:r>
      <w:r>
        <w:rPr>
          <w:rFonts w:ascii="Nanum Gothic" w:eastAsia="Nanum Gothic" w:hAnsi="Nanum Gothic" w:cs="Nanum Gothic"/>
          <w:b/>
          <w:color w:val="1A1A1A"/>
          <w:sz w:val="20"/>
          <w:lang w:eastAsia="ko-KR"/>
        </w:rPr>
        <w:t>AI 시대 IT 인재는 "단순 코더"에서 "AI 협업자"로 전환된다.</w:t>
      </w:r>
      <w:r>
        <w:rPr>
          <w:rFonts w:ascii="Nanum Gothic" w:eastAsia="Nanum Gothic" w:hAnsi="Nanum Gothic" w:cs="Nanum Gothic"/>
          <w:color w:val="1A1A1A"/>
          <w:sz w:val="20"/>
          <w:lang w:eastAsia="ko-KR"/>
        </w:rPr>
        <w:t xml:space="preserve"> 지시·검증·활용이 3가지 핵심 역량이다.</w:t>
      </w:r>
    </w:p>
    <w:p w14:paraId="485DCED0"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3. </w:t>
      </w:r>
      <w:r>
        <w:rPr>
          <w:rFonts w:ascii="Nanum Gothic" w:eastAsia="Nanum Gothic" w:hAnsi="Nanum Gothic" w:cs="Nanum Gothic"/>
          <w:b/>
          <w:color w:val="1A1A1A"/>
          <w:sz w:val="20"/>
          <w:lang w:eastAsia="ko-KR"/>
        </w:rPr>
        <w:t>이 과정의 목표는 자연어로 AI를 지시해 산출물을 만드는 능력 획득이다.</w:t>
      </w:r>
      <w:r>
        <w:rPr>
          <w:rFonts w:ascii="Nanum Gothic" w:eastAsia="Nanum Gothic" w:hAnsi="Nanum Gothic" w:cs="Nanum Gothic"/>
          <w:color w:val="1A1A1A"/>
          <w:sz w:val="20"/>
          <w:lang w:eastAsia="ko-KR"/>
        </w:rPr>
        <w:t xml:space="preserve"> 이 과정 후반에 첫 AI 어시스턴트를 완성한다.</w:t>
      </w:r>
    </w:p>
    <w:p>
      <w:pPr>
        <w:spacing w:before="280" w:after="80" w:line="240" w:lineRule="auto"/>
        <w:keepNext/>
        <w:widowControl/>
        <w:pBdr>
          <w:bottom w:val="single" w:sz="4" w:space="1" w:color="024AD8"/>
        </w:pBdr>
        <w:pageBreakBefore w:val="0"/>
      </w:pPr>
      <w:r>
        <w:rPr>
          <w:rFonts w:ascii="Nanum Gothic" w:hAnsi="Nanum Gothic" w:eastAsia="Nanum Gothic" w:cs="Nanum Gothic"/>
          <w:sz w:val="36"/>
          <w:color w:val="024AD8"/>
          <w:b/>
        </w:rPr>
        <w:t xml:space="preserve">2.4 오늘의 학습 준비</w:t>
      </w:r>
    </w:p>
    <w:p>
      <w:pPr>
        <w:spacing w:before="60" w:after="60" w:line="240" w:lineRule="auto"/>
        <w:widowControl/>
      </w:pPr>
      <w:r>
        <w:rPr>
          <w:rFonts w:ascii="Nanum Gothic" w:hAnsi="Nanum Gothic" w:eastAsia="Nanum Gothic" w:cs="Nanum Gothic"/>
          <w:sz w:val="20"/>
          <w:color w:val="1A1A1A"/>
        </w:rPr>
        <w:t xml:space="preserve">먼저 AI의 개념과 도구를 작은 실습으로 익힙니다. 실습에서 도움이 된 점과 확인이 어려웠던 점을 학습일지에 남기세요. 배운 내용을 자신의 일에 적용하는 활동은 문서 마지막에서 진행합니다.</w:t>
      </w:r>
    </w:p>
    <w:p w14:paraId="38F103AD"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2.5 개념 연결 지도 — 이 세션이 이후와 연결되는 방식</w:t>
      </w:r>
    </w:p>
    <w:p w14:paraId="57241E17" w14:textId="57F57629" w:rsidR="00226CAC" w:rsidRDefault="00202C6A" w:rsidP="00F5045C">
      <w:pPr>
        <w:jc w:val="center"/>
        <w:rPr>
          <w:rFonts w:eastAsia="Nanum Gothic"/>
          <w:lang w:eastAsia="ko-KR"/>
        </w:rPr>
      </w:pPr>
      <w:r w:rsidRPr="00202C6A">
        <w:rPr>
          <w:rFonts w:eastAsia="Nanum Gothic"/>
          <w:noProof/>
          <w:lang w:eastAsia="ko-KR"/>
        </w:rPr>
        <w:lastRenderedPageBreak/>
        <w:drawing>
          <wp:inline distT="0" distB="0" distL="0" distR="0" wp14:anchorId="7EC2DA8F" wp14:editId="3BB8E6C0">
            <wp:extent cx="4391299" cy="2453164"/>
            <wp:effectExtent l="0" t="0" r="635" b="0"/>
            <wp:docPr id="1571562638"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562638" name=""/>
                    <pic:cNvPicPr/>
                  </pic:nvPicPr>
                  <pic:blipFill>
                    <a:blip r:embed="rId9"/>
                    <a:stretch>
                      <a:fillRect/>
                    </a:stretch>
                  </pic:blipFill>
                  <pic:spPr>
                    <a:xfrm>
                      <a:off x="0" y="0"/>
                      <a:ext cx="4447951" cy="2484813"/>
                    </a:xfrm>
                    <a:prstGeom prst="rect">
                      <a:avLst/>
                    </a:prstGeom>
                  </pic:spPr>
                </pic:pic>
              </a:graphicData>
            </a:graphic>
          </wp:inline>
        </w:drawing>
      </w:r>
    </w:p>
    <w:p w14:paraId="19C612F0" w14:textId="7433E41F" w:rsidR="00F5045C" w:rsidRDefault="00F5045C" w:rsidP="00F5045C">
      <w:pPr>
        <w:pStyle w:val="aa"/>
        <w:numPr>
          <w:ilvl w:val="0"/>
          <w:numId w:val="12"/>
        </w:numPr>
        <w:spacing w:before="0"/>
        <w:rPr>
          <w:rFonts w:ascii="Apple SD Gothic Neo" w:eastAsia="Nanum Gothic" w:hAnsi="Apple SD Gothic Neo"/>
          <w:sz w:val="20"/>
          <w:szCs w:val="20"/>
          <w:lang w:eastAsia="ko-KR"/>
        </w:rPr>
      </w:pPr>
      <w:r w:rsidRPr="00E55E9E">
        <w:rPr>
          <w:rFonts w:ascii="Nanum Gothic" w:eastAsia="Nanum Gothic" w:hAnsi="Nanum Gothic" w:hint="eastAsia" w:cs="Nanum Gothic"/>
          <w:b/>
          <w:bCs/>
          <w:sz w:val="20"/>
          <w:szCs w:val="20"/>
          <w:lang w:eastAsia="ko-KR"/>
        </w:rPr>
        <w:t>마인드셋</w:t>
      </w:r>
      <w:r>
        <w:rPr>
          <w:rFonts w:ascii="Nanum Gothic" w:eastAsia="Nanum Gothic" w:hAnsi="Nanum Gothic" w:hint="eastAsia" w:cs="Nanum Gothic"/>
          <w:sz w:val="20"/>
          <w:szCs w:val="20"/>
          <w:lang w:eastAsia="ko-KR"/>
        </w:rPr>
        <w:t xml:space="preserve"> </w:t>
      </w:r>
      <w:r w:rsidRPr="00F5045C">
        <w:rPr>
          <w:rFonts w:ascii="Nanum Gothic" w:eastAsia="Nanum Gothic" w:hAnsi="Nanum Gothic" w:cs="Nanum Gothic"/>
          <w:sz w:val="20"/>
          <w:szCs w:val="20"/>
          <w:lang w:eastAsia="ko-KR"/>
        </w:rPr>
        <w:t>—</w:t>
      </w:r>
      <w:r>
        <w:rPr>
          <w:rFonts w:ascii="Nanum Gothic" w:eastAsia="Nanum Gothic" w:hAnsi="Nanum Gothic" w:hint="eastAsia" w:cs="Nanum Gothic"/>
          <w:sz w:val="20"/>
          <w:szCs w:val="20"/>
          <w:lang w:eastAsia="ko-KR"/>
        </w:rPr>
        <w:t xml:space="preserve"> 왜 배우는가, 어떤 역할로 바뀌는가</w:t>
      </w:r>
      <w:r>
        <w:rPr>
          <w:rFonts w:ascii="Nanum Gothic" w:eastAsia="Nanum Gothic" w:hAnsi="Nanum Gothic" w:cs="Nanum Gothic"/>
          <w:sz w:val="20"/>
          <w:szCs w:val="20"/>
          <w:lang w:eastAsia="ko-KR"/>
        </w:rPr>
        <w:br/>
        <w:t xml:space="preserve">AI </w:t>
      </w:r>
      <w:r>
        <w:rPr>
          <w:rFonts w:ascii="Nanum Gothic" w:eastAsia="Nanum Gothic" w:hAnsi="Nanum Gothic" w:hint="eastAsia" w:cs="Nanum Gothic"/>
          <w:sz w:val="20"/>
          <w:szCs w:val="20"/>
          <w:lang w:eastAsia="ko-KR"/>
        </w:rPr>
        <w:t xml:space="preserve">전환기에는 단순 실행보다 </w:t>
      </w:r>
      <w:r>
        <w:rPr>
          <w:rFonts w:ascii="Nanum Gothic" w:eastAsia="Nanum Gothic" w:hAnsi="Nanum Gothic" w:cs="Nanum Gothic"/>
          <w:sz w:val="20"/>
          <w:szCs w:val="20"/>
          <w:lang w:eastAsia="ko-KR"/>
        </w:rPr>
        <w:t xml:space="preserve">AI </w:t>
      </w:r>
      <w:r>
        <w:rPr>
          <w:rFonts w:ascii="Nanum Gothic" w:eastAsia="Nanum Gothic" w:hAnsi="Nanum Gothic" w:hint="eastAsia" w:cs="Nanum Gothic"/>
          <w:sz w:val="20"/>
          <w:szCs w:val="20"/>
          <w:lang w:eastAsia="ko-KR"/>
        </w:rPr>
        <w:t>에게 잘 지시하고, 결과를 검증하고, 업무에 활용하는 역량이 중요해진다.</w:t>
      </w:r>
      <w:r>
        <w:rPr>
          <w:rFonts w:ascii="Apple SD Gothic Neo" w:eastAsia="Nanum Gothic" w:hAnsi="Apple SD Gothic Neo"/>
          <w:sz w:val="20"/>
          <w:szCs w:val="20"/>
          <w:lang w:eastAsia="ko-KR"/>
        </w:rPr>
        <w:br/>
      </w:r>
      <w:r w:rsidR="00E55E9E">
        <w:rPr>
          <w:rFonts w:ascii="Nanum Gothic" w:eastAsia="Nanum Gothic" w:hAnsi="Nanum Gothic" w:hint="eastAsia" w:cs="Nanum Gothic"/>
          <w:sz w:val="20"/>
          <w:szCs w:val="20"/>
          <w:lang w:eastAsia="ko-KR"/>
        </w:rPr>
        <w:t xml:space="preserve">다음 과정으로, </w:t>
      </w:r>
      <w:r>
        <w:rPr>
          <w:rFonts w:ascii="Nanum Gothic" w:eastAsia="Nanum Gothic" w:hAnsi="Nanum Gothic" w:hint="eastAsia" w:cs="Nanum Gothic"/>
          <w:sz w:val="20"/>
          <w:szCs w:val="20"/>
          <w:lang w:eastAsia="ko-KR"/>
        </w:rPr>
        <w:t xml:space="preserve">역할의 방향을 알았다면, 지금 어떤 </w:t>
      </w:r>
      <w:r>
        <w:rPr>
          <w:rFonts w:ascii="Nanum Gothic" w:eastAsia="Nanum Gothic" w:hAnsi="Nanum Gothic" w:cs="Nanum Gothic"/>
          <w:sz w:val="20"/>
          <w:szCs w:val="20"/>
          <w:lang w:eastAsia="ko-KR"/>
        </w:rPr>
        <w:t xml:space="preserve">AI </w:t>
      </w:r>
      <w:r>
        <w:rPr>
          <w:rFonts w:ascii="Nanum Gothic" w:eastAsia="Nanum Gothic" w:hAnsi="Nanum Gothic" w:hint="eastAsia" w:cs="Nanum Gothic"/>
          <w:sz w:val="20"/>
          <w:szCs w:val="20"/>
          <w:lang w:eastAsia="ko-KR"/>
        </w:rPr>
        <w:t>흐름이 그 변화를 만들고 있는지 확인한다.</w:t>
      </w:r>
    </w:p>
    <w:p w14:paraId="3642E58C" w14:textId="77777777" w:rsidR="00E55E9E" w:rsidRPr="00E55E9E" w:rsidRDefault="00F5045C" w:rsidP="00F5045C">
      <w:pPr>
        <w:pStyle w:val="aa"/>
        <w:numPr>
          <w:ilvl w:val="0"/>
          <w:numId w:val="12"/>
        </w:numPr>
        <w:spacing w:before="0"/>
        <w:rPr>
          <w:rFonts w:ascii="Apple SD Gothic Neo" w:eastAsia="Nanum Gothic" w:hAnsi="Apple SD Gothic Neo"/>
          <w:sz w:val="20"/>
          <w:szCs w:val="20"/>
          <w:lang w:eastAsia="ko-KR"/>
        </w:rPr>
      </w:pPr>
      <w:r w:rsidRPr="00E55E9E">
        <w:rPr>
          <w:rFonts w:ascii="Nanum Gothic" w:eastAsia="Nanum Gothic" w:hAnsi="Nanum Gothic" w:cs="Nanum Gothic"/>
          <w:b/>
          <w:bCs/>
          <w:sz w:val="20"/>
          <w:szCs w:val="20"/>
          <w:lang w:eastAsia="ko-KR"/>
        </w:rPr>
        <w:t xml:space="preserve">AI </w:t>
      </w:r>
      <w:r w:rsidRPr="00E55E9E">
        <w:rPr>
          <w:rFonts w:ascii="Nanum Gothic" w:eastAsia="Nanum Gothic" w:hAnsi="Nanum Gothic" w:hint="eastAsia" w:cs="Nanum Gothic"/>
          <w:b/>
          <w:bCs/>
          <w:sz w:val="20"/>
          <w:szCs w:val="20"/>
          <w:lang w:eastAsia="ko-KR"/>
        </w:rPr>
        <w:t>트렌드</w:t>
      </w:r>
      <w:r>
        <w:rPr>
          <w:rFonts w:ascii="Nanum Gothic" w:eastAsia="Nanum Gothic" w:hAnsi="Nanum Gothic" w:hint="eastAsia" w:cs="Nanum Gothic"/>
          <w:sz w:val="20"/>
          <w:szCs w:val="20"/>
          <w:lang w:eastAsia="ko-KR"/>
        </w:rPr>
        <w:t xml:space="preserve"> </w:t>
      </w:r>
      <w:r w:rsidRPr="00F5045C">
        <w:rPr>
          <w:rFonts w:ascii="Nanum Gothic" w:eastAsia="Nanum Gothic" w:hAnsi="Nanum Gothic" w:cs="Nanum Gothic"/>
          <w:sz w:val="20"/>
          <w:szCs w:val="20"/>
          <w:lang w:eastAsia="ko-KR"/>
        </w:rPr>
        <w:t>—</w:t>
      </w:r>
      <w:r>
        <w:rPr>
          <w:rFonts w:ascii="Nanum Gothic" w:eastAsia="Nanum Gothic" w:hAnsi="Nanum Gothic" w:hint="eastAsia" w:cs="Nanum Gothic"/>
          <w:sz w:val="20"/>
          <w:szCs w:val="20"/>
          <w:lang w:eastAsia="ko-KR"/>
        </w:rPr>
        <w:t xml:space="preserve"> 지금 무엇이 바뀌고 있는가</w:t>
      </w:r>
      <w:r>
        <w:rPr>
          <w:rFonts w:ascii="Nanum Gothic" w:eastAsia="Nanum Gothic" w:hAnsi="Nanum Gothic" w:cs="Nanum Gothic"/>
          <w:sz w:val="20"/>
          <w:szCs w:val="20"/>
          <w:lang w:eastAsia="ko-KR"/>
        </w:rPr>
        <w:br/>
        <w:t>Agentic AI, Vertical AI, On-Device AI 3</w:t>
      </w:r>
      <w:r>
        <w:rPr>
          <w:rFonts w:ascii="Nanum Gothic" w:eastAsia="Nanum Gothic" w:hAnsi="Nanum Gothic" w:hint="eastAsia" w:cs="Nanum Gothic"/>
          <w:sz w:val="20"/>
          <w:szCs w:val="20"/>
          <w:lang w:eastAsia="ko-KR"/>
        </w:rPr>
        <w:t xml:space="preserve"> 가지 흐름으로 </w:t>
      </w:r>
      <w:r>
        <w:rPr>
          <w:rFonts w:ascii="Nanum Gothic" w:eastAsia="Nanum Gothic" w:hAnsi="Nanum Gothic" w:cs="Nanum Gothic"/>
          <w:sz w:val="20"/>
          <w:szCs w:val="20"/>
          <w:lang w:eastAsia="ko-KR"/>
        </w:rPr>
        <w:t xml:space="preserve">AI </w:t>
      </w:r>
      <w:r>
        <w:rPr>
          <w:rFonts w:ascii="Nanum Gothic" w:eastAsia="Nanum Gothic" w:hAnsi="Nanum Gothic" w:hint="eastAsia" w:cs="Nanum Gothic"/>
          <w:sz w:val="20"/>
          <w:szCs w:val="20"/>
          <w:lang w:eastAsia="ko-KR"/>
        </w:rPr>
        <w:t>가 실행하고</w:t>
      </w:r>
      <w:r w:rsidR="00E55E9E">
        <w:rPr>
          <w:rFonts w:ascii="Nanum Gothic" w:eastAsia="Nanum Gothic" w:hAnsi="Nanum Gothic" w:cs="Nanum Gothic"/>
          <w:color w:val="1A1A1A"/>
          <w:sz w:val="20"/>
          <w:lang w:eastAsia="ko-KR"/>
        </w:rPr>
        <w:t>·</w:t>
      </w:r>
      <w:r w:rsidR="00E55E9E">
        <w:rPr>
          <w:rFonts w:ascii="Nanum Gothic" w:eastAsia="Nanum Gothic" w:hAnsi="Nanum Gothic" w:cs="Nanum Gothic" w:hint="eastAsia"/>
          <w:color w:val="1A1A1A"/>
          <w:sz w:val="20"/>
          <w:lang w:eastAsia="ko-KR"/>
        </w:rPr>
        <w:t>특화되고</w:t>
      </w:r>
      <w:r w:rsidR="00E55E9E">
        <w:rPr>
          <w:rFonts w:ascii="Nanum Gothic" w:eastAsia="Nanum Gothic" w:hAnsi="Nanum Gothic" w:cs="Nanum Gothic"/>
          <w:color w:val="1A1A1A"/>
          <w:sz w:val="20"/>
          <w:lang w:eastAsia="ko-KR"/>
        </w:rPr>
        <w:t>·</w:t>
      </w:r>
      <w:r w:rsidR="00E55E9E">
        <w:rPr>
          <w:rFonts w:ascii="Nanum Gothic" w:eastAsia="Nanum Gothic" w:hAnsi="Nanum Gothic" w:cs="Nanum Gothic" w:hint="eastAsia"/>
          <w:color w:val="1A1A1A"/>
          <w:sz w:val="20"/>
          <w:lang w:eastAsia="ko-KR"/>
        </w:rPr>
        <w:t>기기 안으로 들어오는 변화를 본다.</w:t>
      </w:r>
      <w:r w:rsidR="00E55E9E">
        <w:rPr>
          <w:rFonts w:ascii="Apple SD Gothic Neo" w:eastAsia="Nanum Gothic" w:hAnsi="Apple SD Gothic Neo" w:cs="Apple SD Gothic Neo"/>
          <w:color w:val="1A1A1A"/>
          <w:sz w:val="20"/>
          <w:lang w:eastAsia="ko-KR"/>
        </w:rPr>
        <w:br/>
      </w:r>
      <w:r w:rsidR="00E55E9E">
        <w:rPr>
          <w:rFonts w:ascii="Nanum Gothic" w:eastAsia="Nanum Gothic" w:hAnsi="Nanum Gothic" w:cs="Nanum Gothic" w:hint="eastAsia"/>
          <w:color w:val="1A1A1A"/>
          <w:sz w:val="20"/>
          <w:lang w:eastAsia="ko-KR"/>
        </w:rPr>
        <w:t xml:space="preserve">다음 과정으로, 큰 흐름을 봤다면, </w:t>
      </w:r>
      <w:r w:rsidR="00E55E9E">
        <w:rPr>
          <w:rFonts w:ascii="Nanum Gothic" w:eastAsia="Nanum Gothic" w:hAnsi="Nanum Gothic" w:cs="Nanum Gothic"/>
          <w:color w:val="1A1A1A"/>
          <w:sz w:val="20"/>
          <w:lang w:eastAsia="ko-KR"/>
        </w:rPr>
        <w:t>AI</w:t>
      </w:r>
      <w:r w:rsidR="00E55E9E">
        <w:rPr>
          <w:rFonts w:ascii="Nanum Gothic" w:eastAsia="Nanum Gothic" w:hAnsi="Nanum Gothic" w:cs="Nanum Gothic" w:hint="eastAsia"/>
          <w:color w:val="1A1A1A"/>
          <w:sz w:val="20"/>
          <w:lang w:eastAsia="ko-KR"/>
        </w:rPr>
        <w:t>를 이해할 때 계속 등장하는 공통 언어를 익힌다.</w:t>
      </w:r>
    </w:p>
    <w:p w14:paraId="25F768C0" w14:textId="4D9132C0" w:rsidR="00E55E9E" w:rsidRPr="00E55E9E" w:rsidRDefault="00E55E9E" w:rsidP="00E55E9E">
      <w:pPr>
        <w:pStyle w:val="aa"/>
        <w:numPr>
          <w:ilvl w:val="0"/>
          <w:numId w:val="12"/>
        </w:numPr>
        <w:spacing w:before="0"/>
        <w:rPr>
          <w:rFonts w:ascii="Apple SD Gothic Neo" w:eastAsia="Nanum Gothic" w:hAnsi="Apple SD Gothic Neo"/>
          <w:sz w:val="20"/>
          <w:szCs w:val="20"/>
          <w:lang w:eastAsia="ko-KR"/>
        </w:rPr>
      </w:pPr>
      <w:r w:rsidRPr="00E55E9E">
        <w:rPr>
          <w:rFonts w:ascii="Nanum Gothic" w:eastAsia="Nanum Gothic" w:hAnsi="Nanum Gothic" w:hint="eastAsia" w:cs="Nanum Gothic"/>
          <w:b/>
          <w:bCs/>
          <w:sz w:val="20"/>
          <w:szCs w:val="20"/>
          <w:lang w:eastAsia="ko-KR"/>
        </w:rPr>
        <w:t>핵심 용어</w:t>
      </w:r>
      <w:r>
        <w:rPr>
          <w:rFonts w:ascii="Nanum Gothic" w:eastAsia="Nanum Gothic" w:hAnsi="Nanum Gothic" w:hint="eastAsia" w:cs="Nanum Gothic"/>
          <w:sz w:val="20"/>
          <w:szCs w:val="20"/>
          <w:lang w:eastAsia="ko-KR"/>
        </w:rPr>
        <w:t xml:space="preserve"> </w:t>
      </w:r>
      <w:r w:rsidRPr="00F5045C">
        <w:rPr>
          <w:rFonts w:ascii="Nanum Gothic" w:eastAsia="Nanum Gothic" w:hAnsi="Nanum Gothic" w:cs="Nanum Gothic"/>
          <w:sz w:val="20"/>
          <w:szCs w:val="20"/>
          <w:lang w:eastAsia="ko-KR"/>
        </w:rPr>
        <w:t>—</w:t>
      </w:r>
      <w:r>
        <w:rPr>
          <w:rFonts w:ascii="Nanum Gothic" w:eastAsia="Nanum Gothic" w:hAnsi="Nanum Gothic" w:cs="Nanum Gothic"/>
          <w:sz w:val="20"/>
          <w:szCs w:val="20"/>
          <w:lang w:eastAsia="ko-KR"/>
        </w:rPr>
        <w:t xml:space="preserve"> AI</w:t>
      </w:r>
      <w:r>
        <w:rPr>
          <w:rFonts w:ascii="Nanum Gothic" w:eastAsia="Nanum Gothic" w:hAnsi="Nanum Gothic" w:hint="eastAsia" w:cs="Nanum Gothic"/>
          <w:sz w:val="20"/>
          <w:szCs w:val="20"/>
          <w:lang w:eastAsia="ko-KR"/>
        </w:rPr>
        <w:t>를 이해하는 기본 언어</w:t>
      </w:r>
      <w:r>
        <w:rPr>
          <w:rFonts w:ascii="Apple SD Gothic Neo" w:eastAsia="Nanum Gothic" w:hAnsi="Apple SD Gothic Neo"/>
          <w:sz w:val="20"/>
          <w:szCs w:val="20"/>
          <w:lang w:eastAsia="ko-KR"/>
        </w:rPr>
        <w:br/>
      </w:r>
      <w:r>
        <w:rPr>
          <w:rFonts w:ascii="Nanum Gothic" w:eastAsia="Nanum Gothic" w:hAnsi="Nanum Gothic" w:hint="eastAsia" w:cs="Nanum Gothic"/>
          <w:sz w:val="20"/>
          <w:szCs w:val="20"/>
          <w:lang w:eastAsia="ko-KR"/>
        </w:rPr>
        <w:t>토큰</w:t>
      </w:r>
      <w:r>
        <w:rPr>
          <w:rFonts w:ascii="Nanum Gothic" w:eastAsia="Nanum Gothic" w:hAnsi="Nanum Gothic" w:cs="Nanum Gothic"/>
          <w:color w:val="1A1A1A"/>
          <w:sz w:val="20"/>
          <w:lang w:eastAsia="ko-KR"/>
        </w:rPr>
        <w:t>·</w:t>
      </w:r>
      <w:r>
        <w:rPr>
          <w:rFonts w:ascii="Nanum Gothic" w:eastAsia="Nanum Gothic" w:hAnsi="Nanum Gothic" w:cs="Nanum Gothic" w:hint="eastAsia"/>
          <w:color w:val="1A1A1A"/>
          <w:sz w:val="20"/>
          <w:lang w:eastAsia="ko-KR"/>
        </w:rPr>
        <w:t>파라미터</w:t>
      </w:r>
      <w:r>
        <w:rPr>
          <w:rFonts w:ascii="Nanum Gothic" w:eastAsia="Nanum Gothic" w:hAnsi="Nanum Gothic" w:cs="Nanum Gothic"/>
          <w:color w:val="1A1A1A"/>
          <w:sz w:val="20"/>
          <w:lang w:eastAsia="ko-KR"/>
        </w:rPr>
        <w:t>·</w:t>
      </w:r>
      <w:r>
        <w:rPr>
          <w:rFonts w:ascii="Nanum Gothic" w:eastAsia="Nanum Gothic" w:hAnsi="Nanum Gothic" w:cs="Nanum Gothic" w:hint="eastAsia"/>
          <w:color w:val="1A1A1A"/>
          <w:sz w:val="20"/>
          <w:lang w:eastAsia="ko-KR"/>
        </w:rPr>
        <w:t>컨텍스트 윈도우</w:t>
      </w:r>
      <w:r>
        <w:rPr>
          <w:rFonts w:ascii="Nanum Gothic" w:eastAsia="Nanum Gothic" w:hAnsi="Nanum Gothic" w:cs="Nanum Gothic"/>
          <w:color w:val="1A1A1A"/>
          <w:sz w:val="20"/>
          <w:lang w:eastAsia="ko-KR"/>
        </w:rPr>
        <w:t>·</w:t>
      </w:r>
      <w:r>
        <w:rPr>
          <w:rFonts w:ascii="Nanum Gothic" w:eastAsia="Nanum Gothic" w:hAnsi="Nanum Gothic" w:cs="Nanum Gothic" w:hint="eastAsia"/>
          <w:color w:val="1A1A1A"/>
          <w:sz w:val="20"/>
          <w:lang w:eastAsia="ko-KR"/>
        </w:rPr>
        <w:t>임베딩</w:t>
      </w:r>
      <w:r>
        <w:rPr>
          <w:rFonts w:ascii="Nanum Gothic" w:eastAsia="Nanum Gothic" w:hAnsi="Nanum Gothic" w:cs="Nanum Gothic"/>
          <w:color w:val="1A1A1A"/>
          <w:sz w:val="20"/>
          <w:lang w:eastAsia="ko-KR"/>
        </w:rPr>
        <w:t>·</w:t>
      </w:r>
      <w:r>
        <w:rPr>
          <w:rFonts w:ascii="Nanum Gothic" w:eastAsia="Nanum Gothic" w:hAnsi="Nanum Gothic" w:cs="Nanum Gothic" w:hint="eastAsia"/>
          <w:color w:val="1A1A1A"/>
          <w:sz w:val="20"/>
          <w:lang w:eastAsia="ko-KR"/>
        </w:rPr>
        <w:t xml:space="preserve">온도처럼 </w:t>
      </w:r>
      <w:r>
        <w:rPr>
          <w:rFonts w:ascii="Nanum Gothic" w:eastAsia="Nanum Gothic" w:hAnsi="Nanum Gothic" w:cs="Nanum Gothic"/>
          <w:color w:val="1A1A1A"/>
          <w:sz w:val="20"/>
          <w:lang w:eastAsia="ko-KR"/>
        </w:rPr>
        <w:t>LLM</w:t>
      </w:r>
      <w:r>
        <w:rPr>
          <w:rFonts w:ascii="Nanum Gothic" w:eastAsia="Nanum Gothic" w:hAnsi="Nanum Gothic" w:cs="Nanum Gothic" w:hint="eastAsia"/>
          <w:color w:val="1A1A1A"/>
          <w:sz w:val="20"/>
          <w:lang w:eastAsia="ko-KR"/>
        </w:rPr>
        <w:t>을 다룰 때 반복해 만나는 개념을 잡는다. 도구가 바뀌어도 이 언어는 계속 쓰인다.</w:t>
      </w:r>
      <w:r>
        <w:rPr>
          <w:rFonts w:ascii="Apple SD Gothic Neo" w:eastAsia="Nanum Gothic" w:hAnsi="Apple SD Gothic Neo" w:cs="Apple SD Gothic Neo"/>
          <w:color w:val="1A1A1A"/>
          <w:sz w:val="20"/>
          <w:lang w:eastAsia="ko-KR"/>
        </w:rPr>
        <w:br/>
      </w:r>
      <w:r>
        <w:rPr>
          <w:rFonts w:ascii="Nanum Gothic" w:eastAsia="Nanum Gothic" w:hAnsi="Nanum Gothic" w:cs="Nanum Gothic" w:hint="eastAsia"/>
          <w:color w:val="1A1A1A"/>
          <w:sz w:val="20"/>
          <w:lang w:eastAsia="ko-KR"/>
        </w:rPr>
        <w:t xml:space="preserve">다음 과정으로, </w:t>
      </w:r>
      <w:r>
        <w:rPr>
          <w:rFonts w:ascii="Nanum Gothic" w:eastAsia="Nanum Gothic" w:hAnsi="Nanum Gothic" w:cs="Nanum Gothic" w:hint="eastAsia"/>
          <w:color w:val="1A1A1A"/>
          <w:sz w:val="20"/>
          <w:lang w:eastAsia="ko-KR"/>
        </w:rPr>
        <w:t>말이 통하기 시작했다면, 이제 실제 도구를 직접 다뤄 본다.</w:t>
      </w:r>
    </w:p>
    <w:p w14:paraId="71AF3E0A" w14:textId="75EC6F5E" w:rsidR="00E55E9E" w:rsidRPr="00E55E9E" w:rsidRDefault="00E55E9E" w:rsidP="00E55E9E">
      <w:pPr>
        <w:pStyle w:val="aa"/>
        <w:numPr>
          <w:ilvl w:val="0"/>
          <w:numId w:val="12"/>
        </w:numPr>
        <w:spacing w:before="0"/>
        <w:rPr>
          <w:rFonts w:ascii="Apple SD Gothic Neo" w:eastAsia="Nanum Gothic" w:hAnsi="Apple SD Gothic Neo"/>
          <w:sz w:val="20"/>
          <w:szCs w:val="20"/>
          <w:lang w:eastAsia="ko-KR"/>
        </w:rPr>
      </w:pPr>
      <w:r>
        <w:rPr>
          <w:rFonts w:ascii="Nanum Gothic" w:eastAsia="Nanum Gothic" w:hAnsi="Nanum Gothic" w:cs="Nanum Gothic"/>
          <w:b/>
          <w:bCs/>
          <w:sz w:val="20"/>
          <w:szCs w:val="20"/>
          <w:lang w:eastAsia="ko-KR"/>
        </w:rPr>
        <w:t xml:space="preserve">AI </w:t>
      </w:r>
      <w:r>
        <w:rPr>
          <w:rFonts w:ascii="Nanum Gothic" w:eastAsia="Nanum Gothic" w:hAnsi="Nanum Gothic" w:hint="eastAsia" w:cs="Nanum Gothic"/>
          <w:b/>
          <w:bCs/>
          <w:sz w:val="20"/>
          <w:szCs w:val="20"/>
          <w:lang w:eastAsia="ko-KR"/>
        </w:rPr>
        <w:t>플랫</w:t>
      </w:r>
      <w:r w:rsidRPr="00E55E9E">
        <w:rPr>
          <w:rFonts w:ascii="Nanum Gothic" w:eastAsia="Nanum Gothic" w:hAnsi="Nanum Gothic" w:hint="eastAsia" w:cs="Nanum Gothic"/>
          <w:b/>
          <w:bCs/>
          <w:sz w:val="20"/>
          <w:szCs w:val="20"/>
          <w:lang w:eastAsia="ko-KR"/>
        </w:rPr>
        <w:t>폼</w:t>
      </w:r>
      <w:r w:rsidRPr="00E55E9E">
        <w:rPr>
          <w:rFonts w:ascii="Nanum Gothic" w:eastAsia="Nanum Gothic" w:hAnsi="Nanum Gothic" w:cs="Nanum Gothic"/>
          <w:b/>
          <w:bCs/>
          <w:color w:val="1A1A1A"/>
          <w:sz w:val="20"/>
          <w:lang w:eastAsia="ko-KR"/>
        </w:rPr>
        <w:t>·</w:t>
      </w:r>
      <w:r>
        <w:rPr>
          <w:rFonts w:ascii="Nanum Gothic" w:eastAsia="Nanum Gothic" w:hAnsi="Nanum Gothic" w:cs="Nanum Gothic"/>
          <w:b/>
          <w:bCs/>
          <w:color w:val="1A1A1A"/>
          <w:sz w:val="20"/>
          <w:lang w:eastAsia="ko-KR"/>
        </w:rPr>
        <w:t xml:space="preserve">API </w:t>
      </w:r>
      <w:r>
        <w:rPr>
          <w:rFonts w:ascii="Nanum Gothic" w:eastAsia="Nanum Gothic" w:hAnsi="Nanum Gothic" w:cs="Nanum Gothic" w:hint="eastAsia"/>
          <w:b/>
          <w:bCs/>
          <w:color w:val="1A1A1A"/>
          <w:sz w:val="20"/>
          <w:lang w:eastAsia="ko-KR"/>
        </w:rPr>
        <w:t>호출</w:t>
      </w:r>
      <w:r>
        <w:rPr>
          <w:rFonts w:ascii="Nanum Gothic" w:eastAsia="Nanum Gothic" w:hAnsi="Nanum Gothic" w:hint="eastAsia" w:cs="Nanum Gothic"/>
          <w:sz w:val="20"/>
          <w:szCs w:val="20"/>
          <w:lang w:eastAsia="ko-KR"/>
        </w:rPr>
        <w:t xml:space="preserve"> </w:t>
      </w:r>
      <w:r w:rsidRPr="00F5045C">
        <w:rPr>
          <w:rFonts w:ascii="Nanum Gothic" w:eastAsia="Nanum Gothic" w:hAnsi="Nanum Gothic" w:cs="Nanum Gothic"/>
          <w:sz w:val="20"/>
          <w:szCs w:val="20"/>
          <w:lang w:eastAsia="ko-KR"/>
        </w:rPr>
        <w:t>—</w:t>
      </w:r>
      <w:r>
        <w:rPr>
          <w:rFonts w:ascii="Nanum Gothic" w:eastAsia="Nanum Gothic" w:hAnsi="Nanum Gothic" w:cs="Nanum Gothic"/>
          <w:sz w:val="20"/>
          <w:szCs w:val="20"/>
          <w:lang w:eastAsia="ko-KR"/>
        </w:rPr>
        <w:t xml:space="preserve"> </w:t>
      </w:r>
      <w:r>
        <w:rPr>
          <w:rFonts w:ascii="Nanum Gothic" w:eastAsia="Nanum Gothic" w:hAnsi="Nanum Gothic" w:hint="eastAsia" w:cs="Nanum Gothic"/>
          <w:sz w:val="20"/>
          <w:szCs w:val="20"/>
          <w:lang w:eastAsia="ko-KR"/>
        </w:rPr>
        <w:t>도구를 쓰는 사람에서 제어하는 사람으로</w:t>
      </w:r>
      <w:r>
        <w:rPr>
          <w:rFonts w:ascii="Apple SD Gothic Neo" w:eastAsia="Nanum Gothic" w:hAnsi="Apple SD Gothic Neo"/>
          <w:sz w:val="20"/>
          <w:szCs w:val="20"/>
          <w:lang w:eastAsia="ko-KR"/>
        </w:rPr>
        <w:br/>
      </w:r>
      <w:r>
        <w:rPr>
          <w:rFonts w:ascii="Nanum Gothic" w:eastAsia="Nanum Gothic" w:hAnsi="Nanum Gothic" w:cs="Nanum Gothic"/>
          <w:sz w:val="20"/>
          <w:szCs w:val="20"/>
          <w:lang w:eastAsia="ko-KR"/>
        </w:rPr>
        <w:t xml:space="preserve">AI 플랫폼에서 모델을 사용하고, LLM API로 코드에서 직접 호출하며</w:t>
      </w:r>
      <w:r>
        <w:rPr>
          <w:rFonts w:ascii="Nanum Gothic" w:eastAsia="Nanum Gothic" w:hAnsi="Nanum Gothic" w:hint="eastAsia" w:cs="Nanum Gothic"/>
          <w:sz w:val="20"/>
          <w:szCs w:val="20"/>
          <w:lang w:eastAsia="ko-KR"/>
        </w:rPr>
        <w:t xml:space="preserve"/>
      </w:r>
      <w:r>
        <w:rPr>
          <w:rFonts w:ascii="Nanum Gothic" w:eastAsia="Nanum Gothic" w:hAnsi="Nanum Gothic" w:cs="Nanum Gothic"/>
          <w:sz w:val="20"/>
          <w:szCs w:val="20"/>
          <w:lang w:eastAsia="ko-KR"/>
        </w:rPr>
        <w:t/>
      </w:r>
      <w:r>
        <w:rPr>
          <w:rFonts w:ascii="Nanum Gothic" w:eastAsia="Nanum Gothic" w:hAnsi="Nanum Gothic" w:hint="eastAsia" w:cs="Nanum Gothic"/>
          <w:sz w:val="20"/>
          <w:szCs w:val="20"/>
          <w:lang w:eastAsia="ko-KR"/>
        </w:rPr>
        <w:t>, 텍스트뿐 아니라 이미지 등 멀티모달 입력까지 다룬다.</w:t>
      </w:r>
      <w:r>
        <w:rPr>
          <w:rFonts w:ascii="Apple SD Gothic Neo" w:eastAsia="Nanum Gothic" w:hAnsi="Apple SD Gothic Neo" w:cs="Apple SD Gothic Neo"/>
          <w:color w:val="1A1A1A"/>
          <w:sz w:val="20"/>
          <w:lang w:eastAsia="ko-KR"/>
        </w:rPr>
        <w:br/>
      </w:r>
      <w:r>
        <w:rPr>
          <w:rFonts w:ascii="Nanum Gothic" w:eastAsia="Nanum Gothic" w:hAnsi="Nanum Gothic" w:cs="Nanum Gothic" w:hint="eastAsia"/>
          <w:color w:val="1A1A1A"/>
          <w:sz w:val="20"/>
          <w:lang w:eastAsia="ko-KR"/>
        </w:rPr>
        <w:t xml:space="preserve">다음 과정으로, </w:t>
      </w:r>
      <w:r>
        <w:rPr>
          <w:rFonts w:ascii="Nanum Gothic" w:eastAsia="Nanum Gothic" w:hAnsi="Nanum Gothic" w:cs="Nanum Gothic" w:hint="eastAsia"/>
          <w:color w:val="1A1A1A"/>
          <w:sz w:val="20"/>
          <w:lang w:eastAsia="ko-KR"/>
        </w:rPr>
        <w:t>도구를 제어할 수 있다면, 배운 것을 모아 내 산출물로 연결한다.</w:t>
      </w:r>
    </w:p>
    <w:p w14:paraId="5DC956EC" w14:textId="6BA7EF0C" w:rsidR="00226CAC" w:rsidRPr="008B48B9" w:rsidRDefault="00E55E9E" w:rsidP="008B48B9">
      <w:pPr>
        <w:pStyle w:val="aa"/>
        <w:numPr>
          <w:ilvl w:val="0"/>
          <w:numId w:val="12"/>
        </w:numPr>
        <w:spacing w:before="0"/>
        <w:rPr>
          <w:rFonts w:ascii="Apple SD Gothic Neo" w:eastAsia="Nanum Gothic" w:hAnsi="Apple SD Gothic Neo" w:hint="eastAsia"/>
          <w:sz w:val="20"/>
          <w:szCs w:val="20"/>
          <w:lang w:eastAsia="ko-KR"/>
        </w:rPr>
      </w:pPr>
      <w:r>
        <w:rPr>
          <w:rFonts w:ascii="Nanum Gothic" w:eastAsia="Nanum Gothic" w:hAnsi="Nanum Gothic" w:hint="eastAsia" w:cs="Nanum Gothic"/>
          <w:b/>
          <w:bCs/>
          <w:sz w:val="20"/>
          <w:szCs w:val="20"/>
          <w:lang w:eastAsia="ko-KR"/>
        </w:rPr>
        <w:t>프로젝트 캡스톤</w:t>
      </w:r>
      <w:r>
        <w:rPr>
          <w:rFonts w:ascii="Nanum Gothic" w:eastAsia="Nanum Gothic" w:hAnsi="Nanum Gothic" w:hint="eastAsia" w:cs="Nanum Gothic"/>
          <w:sz w:val="20"/>
          <w:szCs w:val="20"/>
          <w:lang w:eastAsia="ko-KR"/>
        </w:rPr>
        <w:t xml:space="preserve"> </w:t>
      </w:r>
      <w:r w:rsidRPr="00F5045C">
        <w:rPr>
          <w:rFonts w:ascii="Nanum Gothic" w:eastAsia="Nanum Gothic" w:hAnsi="Nanum Gothic" w:cs="Nanum Gothic"/>
          <w:sz w:val="20"/>
          <w:szCs w:val="20"/>
          <w:lang w:eastAsia="ko-KR"/>
        </w:rPr>
        <w:t>—</w:t>
      </w:r>
      <w:r>
        <w:rPr>
          <w:rFonts w:ascii="Nanum Gothic" w:eastAsia="Nanum Gothic" w:hAnsi="Nanum Gothic" w:hint="eastAsia" w:cs="Nanum Gothic"/>
          <w:sz w:val="20"/>
          <w:szCs w:val="20"/>
          <w:lang w:eastAsia="ko-KR"/>
        </w:rPr>
        <w:t xml:space="preserve"> 배운 것을 하나로 합친다</w:t>
      </w:r>
      <w:r>
        <w:rPr>
          <w:rFonts w:ascii="Nanum Gothic" w:eastAsia="Nanum Gothic" w:hAnsi="Nanum Gothic" w:cs="Nanum Gothic" w:hint="eastAsia"/>
          <w:color w:val="1A1A1A"/>
          <w:sz w:val="20"/>
          <w:lang w:eastAsia="ko-KR"/>
        </w:rPr>
        <w:t>.</w:t>
      </w:r>
      <w:r>
        <w:rPr>
          <w:rFonts w:ascii="Apple SD Gothic Neo" w:eastAsia="Nanum Gothic" w:hAnsi="Apple SD Gothic Neo" w:cs="Apple SD Gothic Neo"/>
          <w:color w:val="1A1A1A"/>
          <w:sz w:val="20"/>
          <w:lang w:eastAsia="ko-KR"/>
        </w:rPr>
        <w:br/>
      </w:r>
      <w:r>
        <w:rPr>
          <w:rFonts w:ascii="Nanum Gothic" w:eastAsia="Nanum Gothic" w:hAnsi="Nanum Gothic" w:cs="Nanum Gothic" w:hint="eastAsia"/>
          <w:color w:val="1A1A1A"/>
          <w:sz w:val="20"/>
          <w:lang w:eastAsia="ko-KR"/>
        </w:rPr>
        <w:t>마인드셋</w:t>
      </w:r>
      <w:r>
        <w:rPr>
          <w:rFonts w:ascii="Nanum Gothic" w:eastAsia="Nanum Gothic" w:hAnsi="Nanum Gothic" w:cs="Nanum Gothic"/>
          <w:color w:val="1A1A1A"/>
          <w:sz w:val="20"/>
          <w:lang w:eastAsia="ko-KR"/>
        </w:rPr>
        <w:t>·</w:t>
      </w:r>
      <w:r>
        <w:rPr>
          <w:rFonts w:ascii="Nanum Gothic" w:eastAsia="Nanum Gothic" w:hAnsi="Nanum Gothic" w:cs="Nanum Gothic" w:hint="eastAsia"/>
          <w:color w:val="1A1A1A"/>
          <w:sz w:val="20"/>
          <w:lang w:eastAsia="ko-KR"/>
        </w:rPr>
        <w:t>트렌드</w:t>
      </w:r>
      <w:r>
        <w:rPr>
          <w:rFonts w:ascii="Nanum Gothic" w:eastAsia="Nanum Gothic" w:hAnsi="Nanum Gothic" w:cs="Nanum Gothic"/>
          <w:color w:val="1A1A1A"/>
          <w:sz w:val="20"/>
          <w:lang w:eastAsia="ko-KR"/>
        </w:rPr>
        <w:t>·</w:t>
      </w:r>
      <w:r>
        <w:rPr>
          <w:rFonts w:ascii="Nanum Gothic" w:eastAsia="Nanum Gothic" w:hAnsi="Nanum Gothic" w:cs="Nanum Gothic" w:hint="eastAsia"/>
          <w:color w:val="1A1A1A"/>
          <w:sz w:val="20"/>
          <w:lang w:eastAsia="ko-KR"/>
        </w:rPr>
        <w:t>핵심 용어</w:t>
      </w:r>
      <w:r>
        <w:rPr>
          <w:rFonts w:ascii="Nanum Gothic" w:eastAsia="Nanum Gothic" w:hAnsi="Nanum Gothic" w:cs="Nanum Gothic"/>
          <w:color w:val="1A1A1A"/>
          <w:sz w:val="20"/>
          <w:lang w:eastAsia="ko-KR"/>
        </w:rPr>
        <w:t>·</w:t>
      </w:r>
      <w:r>
        <w:rPr>
          <w:rFonts w:ascii="Nanum Gothic" w:eastAsia="Nanum Gothic" w:hAnsi="Nanum Gothic" w:cs="Nanum Gothic" w:hint="eastAsia"/>
          <w:color w:val="1A1A1A"/>
          <w:sz w:val="20"/>
          <w:lang w:eastAsia="ko-KR"/>
        </w:rPr>
        <w:t>플랫폼/</w:t>
      </w:r>
      <w:r>
        <w:rPr>
          <w:rFonts w:ascii="Nanum Gothic" w:eastAsia="Nanum Gothic" w:hAnsi="Nanum Gothic" w:cs="Nanum Gothic"/>
          <w:color w:val="1A1A1A"/>
          <w:sz w:val="20"/>
          <w:lang w:eastAsia="ko-KR"/>
        </w:rPr>
        <w:t>API</w:t>
      </w:r>
      <w:r>
        <w:rPr>
          <w:rFonts w:ascii="Nanum Gothic" w:eastAsia="Nanum Gothic" w:hAnsi="Nanum Gothic" w:cs="Nanum Gothic" w:hint="eastAsia"/>
          <w:color w:val="1A1A1A"/>
          <w:sz w:val="20"/>
          <w:lang w:eastAsia="ko-KR"/>
        </w:rPr>
        <w:t xml:space="preserve"> 경험을 바탕으로 자연어 지시로 동작하는 나만의 AI 어시스턴트를</w:t>
      </w:r>
      <w:r>
        <w:rPr>
          <w:rFonts w:ascii="Nanum Gothic" w:eastAsia="Nanum Gothic" w:hAnsi="Nanum Gothic" w:cs="Nanum Gothic"/>
          <w:color w:val="1A1A1A"/>
          <w:sz w:val="20"/>
          <w:lang w:eastAsia="ko-KR"/>
        </w:rPr>
        <w:t xml:space="preserve"/>
      </w:r>
      <w:r>
        <w:rPr>
          <w:rFonts w:ascii="Nanum Gothic" w:eastAsia="Nanum Gothic" w:hAnsi="Nanum Gothic" w:cs="Nanum Gothic" w:hint="eastAsia"/>
          <w:color w:val="1A1A1A"/>
          <w:sz w:val="20"/>
          <w:lang w:eastAsia="ko-KR"/>
        </w:rPr>
        <w:t xml:space="preserve"/>
      </w:r>
      <w:r>
        <w:rPr>
          <w:rFonts w:ascii="Nanum Gothic" w:eastAsia="Nanum Gothic" w:hAnsi="Nanum Gothic" w:cs="Nanum Gothic"/>
          <w:color w:val="1A1A1A"/>
          <w:sz w:val="20"/>
          <w:lang w:eastAsia="ko-KR"/>
        </w:rPr>
        <w:t xml:space="preserve"/>
      </w:r>
      <w:r>
        <w:rPr>
          <w:rFonts w:ascii="Nanum Gothic" w:eastAsia="Nanum Gothic" w:hAnsi="Nanum Gothic" w:cs="Nanum Gothic" w:hint="eastAsia"/>
          <w:color w:val="1A1A1A"/>
          <w:sz w:val="20"/>
          <w:lang w:eastAsia="ko-KR"/>
        </w:rPr>
        <w:t> 만들어 간다.</w:t>
      </w:r>
      <w:r>
        <w:rPr>
          <w:rFonts w:ascii="Apple SD Gothic Neo" w:eastAsia="Nanum Gothic" w:hAnsi="Apple SD Gothic Neo" w:cs="Apple SD Gothic Neo"/>
          <w:color w:val="1A1A1A"/>
          <w:sz w:val="20"/>
          <w:lang w:eastAsia="ko-KR"/>
        </w:rPr>
        <w:br/>
      </w:r>
      <w:r>
        <w:rPr>
          <w:rFonts w:ascii="Nanum Gothic" w:eastAsia="Nanum Gothic" w:hAnsi="Nanum Gothic" w:cs="Nanum Gothic" w:hint="eastAsia"/>
          <w:color w:val="1A1A1A"/>
          <w:sz w:val="20"/>
          <w:lang w:eastAsia="ko-KR"/>
        </w:rPr>
        <w:t>흐름의 완성</w:t>
      </w:r>
      <w:r>
        <w:rPr>
          <w:rFonts w:ascii="Nanum Gothic" w:eastAsia="Nanum Gothic" w:hAnsi="Nanum Gothic" w:cs="Nanum Gothic" w:hint="eastAsia"/>
          <w:color w:val="1A1A1A"/>
          <w:sz w:val="20"/>
          <w:lang w:eastAsia="ko-KR"/>
        </w:rPr>
        <w:t xml:space="preserve">, </w:t>
      </w:r>
      <w:r>
        <w:rPr>
          <w:rFonts w:ascii="Nanum Gothic" w:eastAsia="Nanum Gothic" w:hAnsi="Nanum Gothic" w:cs="Nanum Gothic" w:hint="eastAsia"/>
          <w:color w:val="1A1A1A"/>
          <w:sz w:val="20"/>
          <w:lang w:eastAsia="ko-KR"/>
        </w:rPr>
        <w:t>왜 배우는지에서 출발한 학습이 직접 만든 결과물로 이어진다.</w:t>
      </w:r>
    </w:p>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jc w:val="left"/>
              <w:spacing w:before="200" w:after="60" w:line="520" w:lineRule="exact"/>
            </w:pPr>
            <w:r>
              <w:rPr>
                <w:rFonts w:ascii="Nanum Gothic" w:hAnsi="Nanum Gothic" w:eastAsia="Nanum Gothic" w:cs="Nanum Gothic"/>
                <w:b/>
                <w:i w:val="0"/>
                <w:color w:val="FFFFFF"/>
                <w:sz w:val="44"/>
              </w:rPr>
              <w:t>3. 생성형 AI 트렌드</w:t>
            </w:r>
          </w:p>
          <w:p>
            <w:pPr>
              <w:spacing w:before="0" w:after="200" w:line="340" w:lineRule="exact"/>
            </w:pPr>
            <w:r>
              <w:rPr>
                <w:rFonts w:ascii="Nanum Gothic" w:hAnsi="Nanum Gothic" w:eastAsia="Nanum Gothic" w:cs="Nanum Gothic"/>
                <w:b w:val="0"/>
                <w:i/>
                <w:color w:val="C9E0FC"/>
                <w:sz w:val="26"/>
              </w:rPr>
              <w:t>Agentic AI, Vertical AI, On-Device AI를 사례로 구분한다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사례 관찰</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세 흐름 분류</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업무 연결</w:t>
            </w:r>
          </w:p>
        </w:tc>
      </w:tr>
    </w:tbl>
    <w:p/>
    <w:p w14:paraId="10188DA1" w14:textId="531B76FF" w:rsidR="00226CAC" w:rsidRDefault="008B48B9">
      <w:pPr>
        <w:pBdr>
          <w:bottom w:val="single" w:sz="4" w:space="1" w:color="024AD8"/>
        </w:pBdr>
        <w:spacing w:before="280" w:after="80"/>
        <w:rPr>
          <w:rFonts w:hint="eastAsia" w:eastAsia="Nanum Gothic"/>
          <w:lang w:eastAsia="ko-KR"/>
        </w:rPr>
      </w:pPr>
      <w:r>
        <w:rPr>
          <w:rFonts w:ascii="Nanum Gothic" w:eastAsia="Nanum Gothic" w:hAnsi="Nanum Gothic" w:cs="Nanum Gothic" w:hint="eastAsia"/>
          <w:b/>
          <w:color w:val="024AD8"/>
          <w:sz w:val="36"/>
          <w:lang w:eastAsia="ko-KR"/>
        </w:rPr>
        <w:t>3.1</w:t>
      </w:r>
      <w:r w:rsidR="00000000">
        <w:rPr>
          <w:rFonts w:ascii="Nanum Gothic" w:eastAsia="Nanum Gothic" w:hAnsi="Nanum Gothic" w:cs="Nanum Gothic"/>
          <w:b/>
          <w:color w:val="024AD8"/>
          <w:sz w:val="36"/>
          <w:lang w:eastAsia="ko-KR"/>
        </w:rPr>
        <w:t> 핵심 개념</w:t>
      </w:r>
      <w:r w:rsidR="00097C4A">
        <w:rPr>
          <w:rFonts w:ascii="Nanum Gothic" w:eastAsia="Nanum Gothic" w:hAnsi="Nanum Gothic" w:cs="Nanum Gothic" w:hint="eastAsia"/>
          <w:b/>
          <w:color w:val="024AD8"/>
          <w:sz w:val="36"/>
          <w:lang w:eastAsia="ko-KR"/>
        </w:rPr>
        <w:t xml:space="preserve"> </w:t>
      </w:r>
      <w:r w:rsidR="00097C4A" w:rsidRPr="00097C4A">
        <w:rPr>
          <w:rFonts w:ascii="Nanum Gothic" w:eastAsia="Nanum Gothic" w:hAnsi="Nanum Gothic" w:cs="Nanum Gothic"/>
          <w:b/>
          <w:color w:val="024AD8"/>
          <w:sz w:val="36"/>
          <w:lang w:eastAsia="ko-KR"/>
        </w:rPr>
        <w:t>—</w:t>
      </w:r>
      <w:r w:rsidR="00097C4A">
        <w:rPr>
          <w:rFonts w:ascii="Nanum Gothic" w:eastAsia="Nanum Gothic" w:hAnsi="Nanum Gothic" w:cs="Nanum Gothic" w:hint="eastAsia"/>
          <w:b/>
          <w:color w:val="024AD8"/>
          <w:sz w:val="36"/>
          <w:lang w:eastAsia="ko-KR"/>
        </w:rPr>
        <w:t xml:space="preserve"> </w:t>
      </w:r>
      <w:r w:rsidR="00097C4A">
        <w:rPr>
          <w:rFonts w:ascii="Nanum Gothic" w:eastAsia="Nanum Gothic" w:hAnsi="Nanum Gothic" w:cs="Nanum Gothic"/>
          <w:b/>
          <w:color w:val="024AD8"/>
          <w:sz w:val="36"/>
          <w:lang w:eastAsia="ko-KR"/>
        </w:rPr>
        <w:t>3</w:t>
      </w:r>
      <w:r w:rsidR="00097C4A">
        <w:rPr>
          <w:rFonts w:ascii="Nanum Gothic" w:eastAsia="Nanum Gothic" w:hAnsi="Nanum Gothic" w:cs="Nanum Gothic" w:hint="eastAsia"/>
          <w:b/>
          <w:color w:val="024AD8"/>
          <w:sz w:val="36"/>
          <w:lang w:eastAsia="ko-KR"/>
        </w:rPr>
        <w:t xml:space="preserve">대 </w:t>
      </w:r>
      <w:r w:rsidR="00097C4A">
        <w:rPr>
          <w:rFonts w:ascii="Nanum Gothic" w:eastAsia="Nanum Gothic" w:hAnsi="Nanum Gothic" w:cs="Nanum Gothic"/>
          <w:b/>
          <w:color w:val="024AD8"/>
          <w:sz w:val="36"/>
          <w:lang w:eastAsia="ko-KR"/>
        </w:rPr>
        <w:t xml:space="preserve">AI </w:t>
      </w:r>
      <w:r w:rsidR="00097C4A">
        <w:rPr>
          <w:rFonts w:ascii="Nanum Gothic" w:eastAsia="Nanum Gothic" w:hAnsi="Nanum Gothic" w:cs="Nanum Gothic" w:hint="eastAsia"/>
          <w:b/>
          <w:color w:val="024AD8"/>
          <w:sz w:val="36"/>
          <w:lang w:eastAsia="ko-KR"/>
        </w:rPr>
        <w:t>트렌드</w:t>
      </w:r>
    </w:p>
    <w:p w14:paraId="18FE1090" w14:textId="77777777" w:rsidR="00226CAC" w:rsidRDefault="00000000">
      <w:pPr>
        <w:spacing w:before="60" w:after="0"/>
        <w:jc w:val="center"/>
      </w:pPr>
      <w:r>
        <w:rPr>
          <w:rFonts w:eastAsia="Nanum Gothic"/>
          <w:noProof/>
        </w:rPr>
        <w:lastRenderedPageBreak/>
        <w:drawing>
          <wp:inline distT="0" distB="0" distL="0" distR="0" wp14:anchorId="693D89EA" wp14:editId="1291E5F4">
            <wp:extent cx="3322320" cy="3322320"/>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part2-01.png"/>
                    <pic:cNvPicPr/>
                  </pic:nvPicPr>
                  <pic:blipFill>
                    <a:blip r:embed="rId10"/>
                    <a:stretch>
                      <a:fillRect/>
                    </a:stretch>
                  </pic:blipFill>
                  <pic:spPr>
                    <a:xfrm>
                      <a:off x="0" y="0"/>
                      <a:ext cx="3322575" cy="3322575"/>
                    </a:xfrm>
                    <a:prstGeom prst="rect">
                      <a:avLst/>
                    </a:prstGeom>
                  </pic:spPr>
                </pic:pic>
              </a:graphicData>
            </a:graphic>
          </wp:inline>
        </w:drawing>
      </w:r>
    </w:p>
    <w:p w14:paraId="65CE2B31" w14:textId="77777777" w:rsidR="00226CAC" w:rsidRDefault="00000000">
      <w:pPr>
        <w:spacing w:after="80"/>
        <w:jc w:val="center"/>
      </w:pPr>
      <w:r>
        <w:rPr>
          <w:rFonts w:ascii="Nanum Gothic" w:eastAsia="Nanum Gothic" w:hAnsi="Nanum Gothic" w:cs="Nanum Gothic"/>
          <w:i/>
          <w:color w:val="666666"/>
          <w:sz w:val="16"/>
        </w:rPr>
        <w:t>3대 AI 트렌드 요약: Agentic AI·Vertical AI·On-Device AI와 AIR Studio 위치</w:t>
      </w:r>
    </w:p>
    <w:tbl>
      <w:tblPr>
        <w:tblStyle w:val="af9"/>
        <w:tblW w:w="0" w:type="auto"/>
        <w:tblLayout w:type="fixed"/>
        <w:tblLook w:val="04A0" w:firstRow="1" w:lastRow="0" w:firstColumn="1" w:lastColumn="0" w:noHBand="0" w:noVBand="1"/>
      </w:tblPr>
      <w:tblGrid>
        <w:gridCol w:w="400"/>
        <w:gridCol w:w="8672"/>
      </w:tblGrid>
      <w:tr w:rsidR="00226CAC" w14:paraId="3F7CA710" w14:textId="77777777">
        <w:tc>
          <w:tcPr>
            <w:tcW w:w="400" w:type="dxa"/>
            <w:shd w:val="clear" w:color="auto" w:fill="4A5568"/>
          </w:tcPr>
          <w:p w14:paraId="315BF08F" w14:textId="77777777" w:rsidR="00226CAC" w:rsidRDefault="00226CAC">
            <w:pPr>
              <w:spacing w:before="80" w:after="80"/>
            </w:pPr>
          </w:p>
        </w:tc>
        <w:tc>
          <w:tcPr>
            <w:tcW w:w="8672" w:type="dxa"/>
            <w:shd w:val="clear" w:color="auto" w:fill="F7F7F7"/>
          </w:tcPr>
          <w:p w14:paraId="2F287E29" w14:textId="77777777" w:rsidR="00226CAC" w:rsidRDefault="00000000">
            <w:pPr>
              <w:spacing w:before="80" w:after="80"/>
            </w:pPr>
            <w:r>
              <w:rPr>
                <w:rFonts w:ascii="Nanum Gothic" w:eastAsia="Nanum Gothic" w:hAnsi="Nanum Gothic" w:cs="Nanum Gothic"/>
                <w:b/>
                <w:color w:val="4A5568"/>
                <w:sz w:val="20"/>
                <w:lang w:eastAsia="ko-KR"/>
              </w:rPr>
              <w:t>📌 Note</w:t>
            </w:r>
            <w:r>
              <w:rPr>
                <w:rFonts w:ascii="Apple SD Gothic Neo" w:eastAsia="Nanum Gothic" w:hAnsi="Apple SD Gothic Neo" w:cs="Apple SD Gothic Neo"/>
                <w:b/>
                <w:color w:val="4A5568"/>
                <w:sz w:val="20"/>
                <w:lang w:eastAsia="ko-KR"/>
              </w:rPr>
              <w:br/>
            </w:r>
            <w:r>
              <w:rPr>
                <w:rFonts w:ascii="Nanum Gothic" w:eastAsia="Nanum Gothic" w:hAnsi="Nanum Gothic" w:cs="Nanum Gothic"/>
                <w:color w:val="1A1A1A"/>
                <w:sz w:val="20"/>
                <w:lang w:eastAsia="ko-KR"/>
              </w:rPr>
              <w:t xml:space="preserve">범용성 원칙 — 3대 트렌드는 특정 플랫폼을 넘어 AI 산업 전반을 이해하는 범용 프레임이다. </w:t>
            </w:r>
            <w:r>
              <w:rPr>
                <w:rFonts w:ascii="Nanum Gothic" w:eastAsia="Nanum Gothic" w:hAnsi="Nanum Gothic" w:cs="Nanum Gothic"/>
                <w:color w:val="1A1A1A"/>
                <w:sz w:val="20"/>
              </w:rPr>
              <w:t>AIR Studio·Gemini·Cursor는 이 프레임의 적용 사례로 제시한다.</w:t>
            </w:r>
          </w:p>
        </w:tc>
      </w:tr>
    </w:tbl>
    <w:p w14:paraId="2C21E52F" w14:textId="77777777" w:rsidR="00226CAC" w:rsidRDefault="00226CAC"/>
    <w:p w14:paraId="2B6203C8" w14:textId="73661C82" w:rsidR="00226CAC" w:rsidRDefault="008B48B9">
      <w:pPr>
        <w:spacing w:before="200" w:after="40"/>
        <w:rPr>
          <w:rFonts w:eastAsia="Nanum Gothic"/>
          <w:lang w:eastAsia="ko-KR"/>
        </w:rPr>
      </w:pPr>
      <w:r>
        <w:rPr>
          <w:rFonts w:ascii="Nanum Gothic" w:eastAsia="Nanum Gothic" w:hAnsi="Nanum Gothic" w:cs="Nanum Gothic" w:hint="eastAsia"/>
          <w:b/>
          <w:color w:val="024AD8"/>
          <w:sz w:val="28"/>
          <w:lang w:eastAsia="ko-KR"/>
        </w:rPr>
        <w:t>3.1.1</w:t>
      </w:r>
      <w:r w:rsidR="00000000">
        <w:rPr>
          <w:rFonts w:ascii="Nanum Gothic" w:eastAsia="Nanum Gothic" w:hAnsi="Nanum Gothic" w:cs="Nanum Gothic"/>
          <w:b/>
          <w:color w:val="024AD8"/>
          <w:sz w:val="28"/>
          <w:lang w:eastAsia="ko-KR"/>
        </w:rPr>
        <w:t> 왜 지금 트렌드를 알아야 하는가</w:t>
      </w:r>
    </w:p>
    <w:p w14:paraId="6A37E2F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기술 트렌드는 3~5년 주기로 정의가 바뀝니다. 하지만 </w:t>
      </w:r>
      <w:r>
        <w:rPr>
          <w:rFonts w:ascii="Nanum Gothic" w:eastAsia="Nanum Gothic" w:hAnsi="Nanum Gothic" w:cs="Nanum Gothic"/>
          <w:b/>
          <w:color w:val="1A1A1A"/>
          <w:sz w:val="20"/>
          <w:lang w:eastAsia="ko-KR"/>
        </w:rPr>
        <w:t>분류 기준이 되는 프레임</w:t>
      </w:r>
      <w:r>
        <w:rPr>
          <w:rFonts w:ascii="Nanum Gothic" w:eastAsia="Nanum Gothic" w:hAnsi="Nanum Gothic" w:cs="Nanum Gothic"/>
          <w:color w:val="1A1A1A"/>
          <w:sz w:val="20"/>
          <w:lang w:eastAsia="ko-KR"/>
        </w:rPr>
        <w:t>은 훨씬 오래 유효합니다.</w:t>
      </w:r>
    </w:p>
    <w:p w14:paraId="7D0B6A0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2년 전 "AI 챗봇이 뭐냐"를 몰랐던 사람과, 오늘 "이 AI는 어떤 방식으로 작동하는가"를 이해하는 사람의 차이는 단순 지식량이 아닙니다. 새 기술을 만났을 때 </w:t>
      </w:r>
      <w:r>
        <w:rPr>
          <w:rFonts w:ascii="Nanum Gothic" w:eastAsia="Nanum Gothic" w:hAnsi="Nanum Gothic" w:cs="Nanum Gothic"/>
          <w:b/>
          <w:color w:val="1A1A1A"/>
          <w:sz w:val="20"/>
          <w:lang w:eastAsia="ko-KR"/>
        </w:rPr>
        <w:t>스스로 분류하고 판단하는 능력</w:t>
      </w:r>
      <w:r>
        <w:rPr>
          <w:rFonts w:ascii="Nanum Gothic" w:eastAsia="Nanum Gothic" w:hAnsi="Nanum Gothic" w:cs="Nanum Gothic"/>
          <w:color w:val="1A1A1A"/>
          <w:sz w:val="20"/>
          <w:lang w:eastAsia="ko-KR"/>
        </w:rPr>
        <w:t xml:space="preserve"> 차이입니다.</w:t>
      </w:r>
    </w:p>
    <w:p w14:paraId="39F0A81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오늘 배우는 3대 트렌드 프레임은 그 판단 능력의 기반입니다.</w:t>
      </w:r>
    </w:p>
    <w:p w14:paraId="606DC170" w14:textId="74D3B082"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배경 통계</w:t>
      </w:r>
      <w:r>
        <w:rPr>
          <w:rFonts w:ascii="Nanum Gothic" w:eastAsia="Nanum Gothic" w:hAnsi="Nanum Gothic" w:cs="Nanum Gothic"/>
          <w:color w:val="1A1A1A"/>
          <w:sz w:val="20"/>
          <w:lang w:eastAsia="ko-KR"/>
        </w:rPr>
        <w:t>:</w:t>
      </w:r>
    </w:p>
    <w:p w14:paraId="6DA2D747"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글로벌 기업의 </w:t>
      </w:r>
      <w:r>
        <w:rPr>
          <w:rFonts w:ascii="Nanum Gothic" w:eastAsia="Nanum Gothic" w:hAnsi="Nanum Gothic" w:cs="Nanum Gothic"/>
          <w:b/>
          <w:color w:val="1A1A1A"/>
          <w:sz w:val="20"/>
          <w:lang w:eastAsia="ko-KR"/>
        </w:rPr>
        <w:t>86%</w:t>
      </w:r>
      <w:r>
        <w:rPr>
          <w:rFonts w:ascii="Nanum Gothic" w:eastAsia="Nanum Gothic" w:hAnsi="Nanum Gothic" w:cs="Nanum Gothic"/>
          <w:color w:val="1A1A1A"/>
          <w:sz w:val="20"/>
          <w:lang w:eastAsia="ko-KR"/>
        </w:rPr>
        <w:t>가 AI·정보처리 기술을 핵심 사업 변환 드라이버로 지목</w:t>
      </w:r>
    </w:p>
    <w:p w14:paraId="07084AE4" w14:textId="777272E7" w:rsidR="0024341C" w:rsidRDefault="00000000" w:rsidP="0024341C">
      <w:pPr>
        <w:spacing w:before="40" w:after="40"/>
        <w:ind w:left="397"/>
        <w:rPr>
          <w:rFonts w:ascii="Apple SD Gothic Neo" w:eastAsia="Nanum Gothic" w:hAnsi="Apple SD Gothic Neo" w:cs="Apple SD Gothic Neo"/>
          <w:color w:val="1A1A1A"/>
          <w:sz w:val="20"/>
          <w:lang w:eastAsia="ko-KR"/>
        </w:rPr>
      </w:pPr>
      <w:r>
        <w:rPr>
          <w:rFonts w:ascii="Nanum Gothic" w:eastAsia="Nanum Gothic" w:hAnsi="Nanum Gothic" w:cs="Nanum Gothic"/>
          <w:color w:val="1A1A1A"/>
          <w:sz w:val="20"/>
          <w:lang w:eastAsia="ko-KR"/>
        </w:rPr>
        <w:t xml:space="preserve">• 한국 기업: </w:t>
      </w:r>
      <w:r>
        <w:rPr>
          <w:rFonts w:ascii="Nanum Gothic" w:eastAsia="Nanum Gothic" w:hAnsi="Nanum Gothic" w:cs="Nanum Gothic"/>
          <w:b/>
          <w:color w:val="1A1A1A"/>
          <w:sz w:val="20"/>
          <w:lang w:eastAsia="ko-KR"/>
        </w:rPr>
        <w:t>88%</w:t>
      </w:r>
      <w:r>
        <w:rPr>
          <w:rFonts w:ascii="Nanum Gothic" w:eastAsia="Nanum Gothic" w:hAnsi="Nanum Gothic" w:cs="Nanum Gothic"/>
          <w:color w:val="1A1A1A"/>
          <w:sz w:val="20"/>
          <w:lang w:eastAsia="ko-KR"/>
        </w:rPr>
        <w:t xml:space="preserve"> (글로벌 86% 상회)</w:t>
      </w:r>
    </w:p>
    <w:p w14:paraId="2172F5D8" w14:textId="153EBD78" w:rsidR="0024341C" w:rsidRPr="007C43C8" w:rsidRDefault="0024341C" w:rsidP="0024341C">
      <w:pPr>
        <w:spacing w:before="60" w:after="60"/>
        <w:rPr>
          <w:rFonts w:eastAsia="Nanum Gothic"/>
          <w:color w:val="6B7280"/>
          <w:sz w:val="16"/>
          <w:szCs w:val="16"/>
        </w:rPr>
      </w:pPr>
      <w:r>
        <w:rPr>
          <w:rFonts w:ascii="Nanum Gothic" w:eastAsia="Nanum Gothic" w:hAnsi="Nanum Gothic" w:cs="Nanum Gothic" w:hint="eastAsia"/>
          <w:i/>
          <w:color w:val="6B7280"/>
          <w:sz w:val="16"/>
          <w:szCs w:val="16"/>
          <w:lang w:eastAsia="ko-KR"/>
        </w:rPr>
        <w:t xml:space="preserve">출처: </w:t>
      </w:r>
      <w:r w:rsidRPr="007C43C8">
        <w:rPr>
          <w:rFonts w:ascii="Nanum Gothic" w:eastAsia="Nanum Gothic" w:hAnsi="Nanum Gothic" w:cs="Nanum Gothic"/>
          <w:i/>
          <w:color w:val="6B7280"/>
          <w:sz w:val="16"/>
          <w:szCs w:val="16"/>
        </w:rPr>
        <w:t>WEF Future of Jobs Report 2025, January 2025</w:t>
      </w:r>
    </w:p>
    <w:p w14:paraId="1D1316C7" w14:textId="48B0FF6A"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이 수치가 의미하는 것: "AI를 쓸까, 말까"의 시대가 아니라, "AI를 어떻게 쓸까"를 결정해야 하는 시대입니다. 그 결정의 첫 번째 단계가 </w:t>
      </w:r>
      <w:r>
        <w:rPr>
          <w:rFonts w:ascii="Nanum Gothic" w:eastAsia="Nanum Gothic" w:hAnsi="Nanum Gothic" w:cs="Nanum Gothic"/>
          <w:b/>
          <w:color w:val="1A1A1A"/>
          <w:sz w:val="20"/>
          <w:lang w:eastAsia="ko-KR"/>
        </w:rPr>
        <w:t>트렌드 이해</w:t>
      </w:r>
      <w:r>
        <w:rPr>
          <w:rFonts w:ascii="Nanum Gothic" w:eastAsia="Nanum Gothic" w:hAnsi="Nanum Gothic" w:cs="Nanum Gothic"/>
          <w:color w:val="1A1A1A"/>
          <w:sz w:val="20"/>
          <w:lang w:eastAsia="ko-KR"/>
        </w:rPr>
        <w:t>입니다.</w:t>
      </w:r>
    </w:p>
    <w:p w14:paraId="005D9289" w14:textId="65E5A494" w:rsidR="00226CAC" w:rsidRDefault="0024341C">
      <w:pPr>
        <w:spacing w:before="200" w:after="40"/>
        <w:rPr>
          <w:rFonts w:eastAsia="Nanum Gothic"/>
          <w:lang w:eastAsia="ko-KR"/>
        </w:rPr>
      </w:pPr>
      <w:r>
        <w:rPr>
          <w:rFonts w:ascii="Nanum Gothic" w:eastAsia="Nanum Gothic" w:hAnsi="Nanum Gothic" w:cs="Nanum Gothic"/>
          <w:b/>
          <w:color w:val="024AD8"/>
          <w:sz w:val="28"/>
          <w:lang w:eastAsia="ko-KR"/>
        </w:rPr>
        <w:t>3.1.2</w:t>
      </w:r>
      <w:r w:rsidR="00000000">
        <w:rPr>
          <w:rFonts w:ascii="Nanum Gothic" w:eastAsia="Nanum Gothic" w:hAnsi="Nanum Gothic" w:cs="Nanum Gothic"/>
          <w:b/>
          <w:color w:val="024AD8"/>
          <w:sz w:val="28"/>
          <w:lang w:eastAsia="ko-KR"/>
        </w:rPr>
        <w:t> 3대 트렌드 개요 — 지도 보기</w:t>
      </w:r>
    </w:p>
    <w:p w14:paraId="20CB34C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3대 트렌드는 AI가 </w:t>
      </w:r>
      <w:r>
        <w:rPr>
          <w:rFonts w:ascii="Nanum Gothic" w:eastAsia="Nanum Gothic" w:hAnsi="Nanum Gothic" w:cs="Nanum Gothic"/>
          <w:b/>
          <w:color w:val="1A1A1A"/>
          <w:sz w:val="20"/>
          <w:lang w:eastAsia="ko-KR"/>
        </w:rPr>
        <w:t>어디서, 어떻게 작동하는가</w:t>
      </w:r>
      <w:r>
        <w:rPr>
          <w:rFonts w:ascii="Nanum Gothic" w:eastAsia="Nanum Gothic" w:hAnsi="Nanum Gothic" w:cs="Nanum Gothic"/>
          <w:color w:val="1A1A1A"/>
          <w:sz w:val="20"/>
          <w:lang w:eastAsia="ko-KR"/>
        </w:rPr>
        <w:t>를 기준으로 나뉩니다.</w:t>
      </w:r>
    </w:p>
    <w:tbl>
      <w:tblPr>
        <w:tblStyle w:val="af9"/>
        <w:tblW w:w="0" w:type="auto"/>
        <w:tblLook w:val="04A0" w:firstRow="1" w:lastRow="0" w:firstColumn="1" w:lastColumn="0" w:noHBand="0" w:noVBand="1"/>
      </w:tblPr>
      <w:tblGrid>
        <w:gridCol w:w="2268"/>
        <w:gridCol w:w="2268"/>
        <w:gridCol w:w="2268"/>
        <w:gridCol w:w="2268"/>
      </w:tblGrid>
      <w:tr w:rsidR="00226CAC" w14:paraId="5191FBEB" w14:textId="77777777" w:rsidTr="007C43C8">
        <w:tc>
          <w:tcPr>
            <w:tcW w:w="2268" w:type="dxa"/>
            <w:shd w:val="clear" w:color="auto" w:fill="024AD8"/>
          </w:tcPr>
          <w:p w14:paraId="2EB3F003" w14:textId="77777777" w:rsidR="00226CAC" w:rsidRDefault="00000000">
            <w:pPr>
              <w:spacing w:before="60" w:after="60"/>
            </w:pPr>
            <w:r>
              <w:rPr>
                <w:rFonts w:ascii="Nanum Gothic" w:eastAsia="Nanum Gothic" w:hAnsi="Nanum Gothic" w:cs="Nanum Gothic"/>
                <w:b/>
                <w:color w:val="FFFFFF"/>
                <w:sz w:val="20"/>
              </w:rPr>
              <w:t>트렌드</w:t>
            </w:r>
          </w:p>
        </w:tc>
        <w:tc>
          <w:tcPr>
            <w:tcW w:w="2268" w:type="dxa"/>
            <w:shd w:val="clear" w:color="auto" w:fill="024AD8"/>
          </w:tcPr>
          <w:p w14:paraId="480B7CC7" w14:textId="77777777" w:rsidR="00226CAC" w:rsidRDefault="00000000">
            <w:pPr>
              <w:spacing w:before="60" w:after="60"/>
            </w:pPr>
            <w:r>
              <w:rPr>
                <w:rFonts w:ascii="Nanum Gothic" w:eastAsia="Nanum Gothic" w:hAnsi="Nanum Gothic" w:cs="Nanum Gothic"/>
                <w:b/>
                <w:color w:val="FFFFFF"/>
                <w:sz w:val="20"/>
              </w:rPr>
              <w:t>핵심 질문</w:t>
            </w:r>
          </w:p>
        </w:tc>
        <w:tc>
          <w:tcPr>
            <w:tcW w:w="2268" w:type="dxa"/>
            <w:shd w:val="clear" w:color="auto" w:fill="024AD8"/>
          </w:tcPr>
          <w:p w14:paraId="7BBEC863" w14:textId="77777777" w:rsidR="00226CAC" w:rsidRDefault="00000000">
            <w:pPr>
              <w:spacing w:before="60" w:after="60"/>
            </w:pPr>
            <w:r>
              <w:rPr>
                <w:rFonts w:ascii="Nanum Gothic" w:eastAsia="Nanum Gothic" w:hAnsi="Nanum Gothic" w:cs="Nanum Gothic"/>
                <w:b/>
                <w:color w:val="FFFFFF"/>
                <w:sz w:val="20"/>
              </w:rPr>
              <w:t>한 줄 정의</w:t>
            </w:r>
          </w:p>
        </w:tc>
        <w:tc>
          <w:tcPr>
            <w:tcW w:w="2268" w:type="dxa"/>
            <w:shd w:val="clear" w:color="auto" w:fill="024AD8"/>
          </w:tcPr>
          <w:p w14:paraId="611A85F5" w14:textId="77777777" w:rsidR="00226CAC" w:rsidRDefault="00000000">
            <w:pPr>
              <w:spacing w:before="60" w:after="60"/>
            </w:pPr>
            <w:r>
              <w:rPr>
                <w:rFonts w:ascii="Nanum Gothic" w:eastAsia="Nanum Gothic" w:hAnsi="Nanum Gothic" w:cs="Nanum Gothic"/>
                <w:b/>
                <w:color w:val="FFFFFF"/>
                <w:sz w:val="20"/>
              </w:rPr>
              <w:t>핵심 키워드</w:t>
            </w:r>
          </w:p>
        </w:tc>
      </w:tr>
      <w:tr w:rsidR="00226CAC" w14:paraId="47179D6A" w14:textId="77777777" w:rsidTr="007C43C8">
        <w:tc>
          <w:tcPr>
            <w:tcW w:w="2268" w:type="dxa"/>
          </w:tcPr>
          <w:p w14:paraId="687A4022" w14:textId="77777777" w:rsidR="00226CAC" w:rsidRDefault="00000000">
            <w:pPr>
              <w:spacing w:before="60" w:after="60"/>
            </w:pPr>
            <w:r>
              <w:rPr>
                <w:rFonts w:ascii="Nanum Gothic" w:eastAsia="Nanum Gothic" w:hAnsi="Nanum Gothic" w:cs="Nanum Gothic"/>
                <w:b/>
                <w:color w:val="1A1A1A"/>
                <w:sz w:val="20"/>
              </w:rPr>
              <w:t>Agentic AI</w:t>
            </w:r>
          </w:p>
        </w:tc>
        <w:tc>
          <w:tcPr>
            <w:tcW w:w="2268" w:type="dxa"/>
          </w:tcPr>
          <w:p w14:paraId="34FB496B"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AI가 스스로 여러 단계를 실행하는가?</w:t>
            </w:r>
          </w:p>
        </w:tc>
        <w:tc>
          <w:tcPr>
            <w:tcW w:w="2268" w:type="dxa"/>
          </w:tcPr>
          <w:p w14:paraId="273C6B6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목표를 받으면 도구를 호출해 멀티스텝을 자율 실행</w:t>
            </w:r>
          </w:p>
        </w:tc>
        <w:tc>
          <w:tcPr>
            <w:tcW w:w="2268" w:type="dxa"/>
          </w:tcPr>
          <w:p w14:paraId="53F05C73" w14:textId="77777777" w:rsidR="00226CAC" w:rsidRDefault="00000000">
            <w:pPr>
              <w:spacing w:before="60" w:after="60"/>
            </w:pPr>
            <w:r>
              <w:rPr>
                <w:rFonts w:ascii="Nanum Gothic" w:eastAsia="Nanum Gothic" w:hAnsi="Nanum Gothic" w:cs="Nanum Gothic"/>
                <w:color w:val="1A1A1A"/>
                <w:sz w:val="20"/>
              </w:rPr>
              <w:t>Tool Use · ReAct · 자율성</w:t>
            </w:r>
          </w:p>
        </w:tc>
      </w:tr>
      <w:tr w:rsidR="00226CAC" w14:paraId="14E5F292" w14:textId="77777777" w:rsidTr="007C43C8">
        <w:tc>
          <w:tcPr>
            <w:tcW w:w="2268" w:type="dxa"/>
          </w:tcPr>
          <w:p w14:paraId="6FFECC16" w14:textId="77777777" w:rsidR="00226CAC" w:rsidRDefault="00000000">
            <w:pPr>
              <w:spacing w:before="60" w:after="60"/>
            </w:pPr>
            <w:r>
              <w:rPr>
                <w:rFonts w:ascii="Nanum Gothic" w:eastAsia="Nanum Gothic" w:hAnsi="Nanum Gothic" w:cs="Nanum Gothic"/>
                <w:b/>
                <w:color w:val="1A1A1A"/>
                <w:sz w:val="20"/>
              </w:rPr>
              <w:t>Vertical AI</w:t>
            </w:r>
          </w:p>
        </w:tc>
        <w:tc>
          <w:tcPr>
            <w:tcW w:w="2268" w:type="dxa"/>
          </w:tcPr>
          <w:p w14:paraId="1CE86D5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AI가 특정 분야를 깊이 아는가?</w:t>
            </w:r>
          </w:p>
        </w:tc>
        <w:tc>
          <w:tcPr>
            <w:tcW w:w="2268" w:type="dxa"/>
          </w:tcPr>
          <w:p w14:paraId="1BB86EE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특정 산업·도메인 데이터로 특화된 </w:t>
            </w:r>
            <w:r>
              <w:rPr>
                <w:rFonts w:ascii="Nanum Gothic" w:eastAsia="Nanum Gothic" w:hAnsi="Nanum Gothic" w:cs="Nanum Gothic"/>
                <w:color w:val="1A1A1A"/>
                <w:sz w:val="20"/>
                <w:lang w:eastAsia="ko-KR"/>
              </w:rPr>
              <w:lastRenderedPageBreak/>
              <w:t>AI</w:t>
            </w:r>
          </w:p>
        </w:tc>
        <w:tc>
          <w:tcPr>
            <w:tcW w:w="2268" w:type="dxa"/>
          </w:tcPr>
          <w:p w14:paraId="0D83D097" w14:textId="77777777" w:rsidR="00226CAC" w:rsidRDefault="00000000">
            <w:pPr>
              <w:spacing w:before="60" w:after="60"/>
            </w:pPr>
            <w:r>
              <w:rPr>
                <w:rFonts w:ascii="Nanum Gothic" w:eastAsia="Nanum Gothic" w:hAnsi="Nanum Gothic" w:cs="Nanum Gothic"/>
                <w:color w:val="1A1A1A"/>
                <w:sz w:val="20"/>
              </w:rPr>
              <w:lastRenderedPageBreak/>
              <w:t xml:space="preserve">Fine-tuning · RAG · </w:t>
            </w:r>
            <w:r>
              <w:rPr>
                <w:rFonts w:ascii="Nanum Gothic" w:eastAsia="Nanum Gothic" w:hAnsi="Nanum Gothic" w:cs="Nanum Gothic"/>
                <w:color w:val="1A1A1A"/>
                <w:sz w:val="20"/>
              </w:rPr>
              <w:lastRenderedPageBreak/>
              <w:t>도메인 특화</w:t>
            </w:r>
          </w:p>
        </w:tc>
      </w:tr>
      <w:tr w:rsidR="00226CAC" w14:paraId="0C8A6C00" w14:textId="77777777" w:rsidTr="007C43C8">
        <w:tc>
          <w:tcPr>
            <w:tcW w:w="2268" w:type="dxa"/>
          </w:tcPr>
          <w:p w14:paraId="549789FA" w14:textId="77777777" w:rsidR="00226CAC" w:rsidRDefault="00000000">
            <w:pPr>
              <w:spacing w:before="60" w:after="60"/>
            </w:pPr>
            <w:r>
              <w:rPr>
                <w:rFonts w:ascii="Nanum Gothic" w:eastAsia="Nanum Gothic" w:hAnsi="Nanum Gothic" w:cs="Nanum Gothic"/>
                <w:b/>
                <w:color w:val="1A1A1A"/>
                <w:sz w:val="20"/>
              </w:rPr>
              <w:lastRenderedPageBreak/>
              <w:t>On-Device AI</w:t>
            </w:r>
          </w:p>
        </w:tc>
        <w:tc>
          <w:tcPr>
            <w:tcW w:w="2268" w:type="dxa"/>
          </w:tcPr>
          <w:p w14:paraId="54952BD6"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AI가 클라우드 없이 기기에서 실행되는가?</w:t>
            </w:r>
          </w:p>
        </w:tc>
        <w:tc>
          <w:tcPr>
            <w:tcW w:w="2268" w:type="dxa"/>
          </w:tcPr>
          <w:p w14:paraId="79BF9FC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서버 없이 모바일·엣지에서 직접 구동</w:t>
            </w:r>
          </w:p>
        </w:tc>
        <w:tc>
          <w:tcPr>
            <w:tcW w:w="2268" w:type="dxa"/>
          </w:tcPr>
          <w:p w14:paraId="4761C334" w14:textId="77777777" w:rsidR="00226CAC" w:rsidRDefault="00000000">
            <w:pPr>
              <w:spacing w:before="60" w:after="60"/>
            </w:pPr>
            <w:r>
              <w:rPr>
                <w:rFonts w:ascii="Nanum Gothic" w:eastAsia="Nanum Gothic" w:hAnsi="Nanum Gothic" w:cs="Nanum Gothic"/>
                <w:color w:val="1A1A1A"/>
                <w:sz w:val="20"/>
              </w:rPr>
              <w:t>Quantization · Pruning · Privacy</w:t>
            </w:r>
          </w:p>
        </w:tc>
      </w:tr>
    </w:tbl>
    <w:p w14:paraId="355DE1C4" w14:textId="77777777" w:rsidR="00226CAC" w:rsidRDefault="00226CAC"/>
    <w:tbl>
      <w:tblPr>
        <w:tblStyle w:val="af9"/>
        <w:tblW w:w="0" w:type="auto"/>
        <w:tblLayout w:type="fixed"/>
        <w:tblLook w:val="04A0" w:firstRow="1" w:lastRow="0" w:firstColumn="1" w:lastColumn="0" w:noHBand="0" w:noVBand="1"/>
      </w:tblPr>
      <w:tblGrid>
        <w:gridCol w:w="400"/>
        <w:gridCol w:w="8672"/>
      </w:tblGrid>
      <w:tr w:rsidR="00226CAC" w14:paraId="021AE3E1" w14:textId="77777777">
        <w:tc>
          <w:tcPr>
            <w:tcW w:w="400" w:type="dxa"/>
            <w:shd w:val="clear" w:color="auto" w:fill="4A5568"/>
          </w:tcPr>
          <w:p w14:paraId="6DAAE4A8" w14:textId="77777777" w:rsidR="00226CAC" w:rsidRDefault="00226CAC">
            <w:pPr>
              <w:spacing w:before="80" w:after="80"/>
            </w:pPr>
          </w:p>
        </w:tc>
        <w:tc>
          <w:tcPr>
            <w:tcW w:w="8672" w:type="dxa"/>
            <w:shd w:val="clear" w:color="auto" w:fill="F7F7F7"/>
          </w:tcPr>
          <w:p w14:paraId="5012F3AC" w14:textId="77777777" w:rsidR="00226CAC" w:rsidRDefault="00000000">
            <w:pPr>
              <w:spacing w:before="80" w:after="80"/>
              <w:rPr>
                <w:rFonts w:eastAsia="Nanum Gothic"/>
                <w:lang w:eastAsia="ko-KR"/>
              </w:rPr>
            </w:pPr>
            <w:r>
              <w:rPr>
                <w:rFonts w:ascii="Nanum Gothic" w:eastAsia="Nanum Gothic" w:hAnsi="Nanum Gothic" w:cs="Nanum Gothic"/>
                <w:b/>
                <w:color w:val="4A5568"/>
                <w:sz w:val="20"/>
                <w:lang w:eastAsia="ko-KR"/>
              </w:rPr>
              <w:t>📌 Note</w:t>
            </w:r>
            <w:r>
              <w:rPr>
                <w:rFonts w:ascii="Apple SD Gothic Neo" w:eastAsia="Nanum Gothic" w:hAnsi="Apple SD Gothic Neo" w:cs="Apple SD Gothic Neo"/>
                <w:b/>
                <w:color w:val="4A5568"/>
                <w:sz w:val="20"/>
                <w:lang w:eastAsia="ko-KR"/>
              </w:rPr>
              <w:br/>
            </w:r>
            <w:r>
              <w:rPr>
                <w:rFonts w:ascii="Nanum Gothic" w:eastAsia="Nanum Gothic" w:hAnsi="Nanum Gothic" w:cs="Nanum Gothic"/>
                <w:color w:val="1A1A1A"/>
                <w:sz w:val="20"/>
                <w:lang w:eastAsia="ko-KR"/>
              </w:rPr>
              <w:t>3대 트렌드는 상호 배타적이지 않습니다. 하나의 AI 제품이 세 트렌드 중 둘 이상에 걸쳐 있을 수 있습니다. 이 교재의 뒷부분에서 그 예시를 직접 분류해볼 것입니다.</w:t>
            </w:r>
          </w:p>
        </w:tc>
      </w:tr>
    </w:tbl>
    <w:p w14:paraId="5CA4F2C6" w14:textId="77777777" w:rsidR="00226CAC" w:rsidRDefault="00226CAC">
      <w:pPr>
        <w:rPr>
          <w:rFonts w:eastAsia="Nanum Gothic"/>
          <w:lang w:eastAsia="ko-KR"/>
        </w:rPr>
      </w:pPr>
    </w:p>
    <w:tbl>
      <w:tblPr>
        <w:tblStyle w:val="af9"/>
        <w:tblW w:w="0" w:type="auto"/>
        <w:tblLayout w:type="fixed"/>
        <w:tblLook w:val="04A0" w:firstRow="1" w:lastRow="0" w:firstColumn="1" w:lastColumn="0" w:noHBand="0" w:noVBand="1"/>
      </w:tblPr>
      <w:tblGrid>
        <w:gridCol w:w="400"/>
        <w:gridCol w:w="8672"/>
      </w:tblGrid>
      <w:tr w:rsidR="00226CAC" w14:paraId="59C953C8" w14:textId="77777777">
        <w:tc>
          <w:tcPr>
            <w:tcW w:w="400" w:type="dxa"/>
            <w:shd w:val="clear" w:color="auto" w:fill="6B46C1"/>
          </w:tcPr>
          <w:p w14:paraId="3F026D13" w14:textId="77777777" w:rsidR="00226CAC" w:rsidRDefault="00226CAC">
            <w:pPr>
              <w:spacing w:before="80" w:after="80"/>
              <w:rPr>
                <w:rFonts w:eastAsia="Nanum Gothic"/>
                <w:lang w:eastAsia="ko-KR"/>
              </w:rPr>
            </w:pPr>
          </w:p>
        </w:tc>
        <w:tc>
          <w:tcPr>
            <w:tcW w:w="8672" w:type="dxa"/>
            <w:shd w:val="clear" w:color="auto" w:fill="F3EEFB"/>
          </w:tcPr>
          <w:p w14:paraId="5B1F45E5" w14:textId="7777777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여러분이 지난 한 달 안에 접한 AI 뉴스나 제품 중 하나를 떠올려 보세요. 그것이 3가지 기준 중 어디에 해당할 것 같은지 아직 분류하지 말고, 교재를 다 읽은 후 다시 생각해 보세요.</w:t>
            </w:r>
          </w:p>
        </w:tc>
      </w:tr>
    </w:tbl>
    <w:p w14:paraId="1BA00796" w14:textId="77777777" w:rsidR="00226CAC" w:rsidRDefault="00226CAC">
      <w:pPr>
        <w:rPr>
          <w:rFonts w:eastAsia="Nanum Gothic"/>
          <w:lang w:eastAsia="ko-KR"/>
        </w:rPr>
      </w:pPr>
    </w:p>
    <w:p w14:paraId="654FB67E" w14:textId="13548372" w:rsidR="00226CAC" w:rsidRDefault="0024341C">
      <w:pPr>
        <w:spacing w:before="200" w:after="40"/>
        <w:rPr>
          <w:rFonts w:eastAsia="Nanum Gothic"/>
          <w:lang w:eastAsia="ko-KR"/>
        </w:rPr>
      </w:pPr>
      <w:r>
        <w:rPr>
          <w:rFonts w:ascii="Nanum Gothic" w:eastAsia="Nanum Gothic" w:hAnsi="Nanum Gothic" w:cs="Nanum Gothic"/>
          <w:b/>
          <w:color w:val="024AD8"/>
          <w:sz w:val="28"/>
          <w:lang w:eastAsia="ko-KR"/>
        </w:rPr>
        <w:t>3.1.3</w:t>
      </w:r>
      <w:r w:rsidR="00000000">
        <w:rPr>
          <w:rFonts w:ascii="Nanum Gothic" w:eastAsia="Nanum Gothic" w:hAnsi="Nanum Gothic" w:cs="Nanum Gothic"/>
          <w:b/>
          <w:color w:val="024AD8"/>
          <w:sz w:val="28"/>
          <w:lang w:eastAsia="ko-KR"/>
        </w:rPr>
        <w:t> Agentic AI — "스스로 계획하고 실행하는 AI"</w:t>
      </w:r>
    </w:p>
    <w:p w14:paraId="3E18F809" w14:textId="721A6878" w:rsidR="00226CAC" w:rsidRDefault="0024341C">
      <w:pPr>
        <w:spacing w:before="160" w:after="40"/>
        <w:rPr>
          <w:rFonts w:eastAsia="Nanum Gothic"/>
          <w:lang w:eastAsia="ko-KR"/>
        </w:rPr>
      </w:pPr>
      <w:r>
        <w:rPr>
          <w:rFonts w:ascii="Nanum Gothic" w:eastAsia="Nanum Gothic" w:hAnsi="Nanum Gothic" w:cs="Nanum Gothic"/>
          <w:b/>
          <w:color w:val="024AD8"/>
          <w:sz w:val="24"/>
          <w:lang w:eastAsia="ko-KR"/>
        </w:rPr>
        <w:t>3.1.3.1</w:t>
      </w:r>
      <w:r w:rsidR="00000000">
        <w:rPr>
          <w:rFonts w:ascii="Nanum Gothic" w:eastAsia="Nanum Gothic" w:hAnsi="Nanum Gothic" w:cs="Nanum Gothic"/>
          <w:b/>
          <w:color w:val="024AD8"/>
          <w:sz w:val="24"/>
          <w:lang w:eastAsia="ko-KR"/>
        </w:rPr>
        <w:t/>
      </w:r>
      <w:r>
        <w:rPr>
          <w:rFonts w:ascii="Nanum Gothic" w:eastAsia="Nanum Gothic" w:hAnsi="Nanum Gothic" w:cs="Nanum Gothic"/>
          <w:b/>
          <w:color w:val="024AD8"/>
          <w:sz w:val="24"/>
          <w:lang w:eastAsia="ko-KR"/>
        </w:rPr>
        <w:t/>
      </w:r>
      <w:r w:rsidR="00000000">
        <w:rPr>
          <w:rFonts w:ascii="Nanum Gothic" w:eastAsia="Nanum Gothic" w:hAnsi="Nanum Gothic" w:cs="Nanum Gothic"/>
          <w:b/>
          <w:color w:val="024AD8"/>
          <w:sz w:val="24"/>
          <w:lang w:eastAsia="ko-KR"/>
        </w:rPr>
        <w:t> 개념 이해: 기존 AI와 무엇이 다른가</w:t>
      </w:r>
    </w:p>
    <w:p w14:paraId="5EF03933" w14:textId="6A7A45C3" w:rsidR="00226CAC" w:rsidRDefault="00000000">
      <w:pPr>
        <w:spacing w:before="60" w:after="60"/>
      </w:pPr>
      <w:r>
        <w:rPr>
          <w:rFonts w:ascii="Nanum Gothic" w:eastAsia="Nanum Gothic" w:hAnsi="Nanum Gothic" w:cs="Nanum Gothic"/>
          <w:b/>
          <w:color w:val="1A1A1A"/>
          <w:sz w:val="20"/>
        </w:rPr>
        <w:t>기존 AI (교환 방식)</w:t>
      </w:r>
      <w:r>
        <w:rPr>
          <w:rFonts w:ascii="Nanum Gothic" w:eastAsia="Nanum Gothic" w:hAnsi="Nanum Gothic" w:cs="Nanum Gothic"/>
          <w:color w:val="1A1A1A"/>
          <w:sz w:val="20"/>
        </w:rPr>
        <w:t>:</w:t>
      </w:r>
    </w:p>
    <w:tbl>
      <w:tblPr>
        <w:tblStyle w:val="af9"/>
        <w:tblW w:w="0" w:type="auto"/>
        <w:tblLook w:val="04A0" w:firstRow="1" w:lastRow="0" w:firstColumn="1" w:lastColumn="0" w:noHBand="0" w:noVBand="1"/>
      </w:tblPr>
      <w:tblGrid>
        <w:gridCol w:w="9072"/>
      </w:tblGrid>
      <w:tr w:rsidR="00226CAC" w14:paraId="3210D35E" w14:textId="77777777">
        <w:tc>
          <w:tcPr>
            <w:tcW w:w="9072" w:type="dxa"/>
            <w:shd w:val="clear" w:color="auto" w:fill="F7F7F7"/>
          </w:tcPr>
          <w:p w14:paraId="40CF41C1"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사람</w:t>
            </w:r>
            <w:r>
              <w:rPr>
                <w:rFonts w:ascii="D2Coding" w:hAnsi="D2Coding" w:eastAsia="D2Coding" w:cs="D2Coding"/>
                <w:color w:val="1A1A1A"/>
                <w:sz w:val="19"/>
                <w:lang w:eastAsia="ko-KR"/>
              </w:rPr>
              <w:t xml:space="preserve">: "Q4 </w:t>
            </w:r>
            <w:r>
              <w:rPr>
                <w:rFonts w:ascii="Nanum Gothic" w:hAnsi="Nanum Gothic" w:eastAsia="Nanum Gothic" w:cs="Nanum Gothic"/>
                <w:color w:val="1A1A1A"/>
                <w:sz w:val="19"/>
                <w:lang w:eastAsia="ko-KR"/>
              </w:rPr>
              <w:t>영업</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보고서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개요를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만들어줘</w:t>
            </w:r>
            <w:r>
              <w:rPr>
                <w:rFonts w:ascii="Nanum Gothic" w:hAnsi="Nanum Gothic" w:eastAsia="Nanum Gothic" w:cs="Nanum Gothic"/>
                <w:color w:val="1A1A1A"/>
                <w:sz w:val="19"/>
                <w:lang w:eastAsia="ko-KR"/>
              </w:rPr>
              <w:t>."</w:t>
            </w:r>
          </w:p>
          <w:p w14:paraId="6A1A55FD" w14:textId="77777777" w:rsidR="00226CAC" w:rsidRDefault="00000000">
            <w:pPr>
              <w:spacing w:before="20" w:after="20" w:line="220" w:lineRule="exact"/>
            </w:pPr>
            <w:r>
              <w:rPr>
                <w:rFonts w:ascii="D2Coding" w:hAnsi="D2Coding" w:eastAsia="D2Coding" w:cs="D2Coding"/>
                <w:color w:val="1A1A1A"/>
                <w:sz w:val="19"/>
              </w:rPr>
              <w:t>AI: [</w:t>
            </w:r>
            <w:r>
              <w:rPr>
                <w:rFonts w:ascii="Nanum Gothic" w:hAnsi="Nanum Gothic" w:eastAsia="Nanum Gothic" w:cs="Nanum Gothic"/>
                <w:color w:val="1A1A1A"/>
                <w:sz w:val="19"/>
              </w:rPr>
              <w:t>답변</w:t>
            </w:r>
            <w:r>
              <w:rPr>
                <w:rFonts w:ascii="D2Coding" w:hAnsi="D2Coding" w:eastAsia="D2Coding" w:cs="D2Coding"/>
                <w:color w:val="1A1A1A"/>
                <w:sz w:val="19"/>
              </w:rPr>
              <w:t xml:space="preserve"> 1</w:t>
            </w:r>
            <w:r>
              <w:rPr>
                <w:rFonts w:ascii="Nanum Gothic" w:hAnsi="Nanum Gothic" w:eastAsia="Nanum Gothic" w:cs="Nanum Gothic"/>
                <w:color w:val="1A1A1A"/>
                <w:sz w:val="19"/>
              </w:rPr>
              <w:t>개</w:t>
            </w:r>
            <w:r>
              <w:rPr>
                <w:rFonts w:ascii="D2Coding" w:hAnsi="D2Coding" w:eastAsia="D2Coding" w:cs="D2Coding"/>
                <w:color w:val="1A1A1A"/>
                <w:sz w:val="19"/>
              </w:rPr>
              <w:t xml:space="preserve"> </w:t>
            </w:r>
            <w:r>
              <w:rPr>
                <w:rFonts w:ascii="Nanum Gothic" w:hAnsi="Nanum Gothic" w:eastAsia="Nanum Gothic" w:cs="Nanum Gothic"/>
                <w:color w:val="1A1A1A"/>
                <w:sz w:val="19"/>
              </w:rPr>
              <w:t>생성</w:t>
            </w:r>
            <w:r>
              <w:rPr>
                <w:rFonts w:ascii="Nanum Gothic" w:hAnsi="Nanum Gothic" w:eastAsia="Nanum Gothic" w:cs="Nanum Gothic"/>
                <w:color w:val="1A1A1A"/>
                <w:sz w:val="19"/>
              </w:rPr>
              <w:t>]</w:t>
            </w:r>
          </w:p>
          <w:p w14:paraId="0F61B2B0" w14:textId="77777777" w:rsidR="00226CAC" w:rsidRDefault="00000000">
            <w:pPr>
              <w:spacing w:before="20" w:after="20" w:line="220" w:lineRule="exact"/>
            </w:pPr>
            <w:r>
              <w:rPr>
                <w:rFonts w:ascii="Nanum Gothic" w:hAnsi="Nanum Gothic" w:eastAsia="Nanum Gothic" w:cs="Nanum Gothic"/>
                <w:color w:val="1A1A1A"/>
                <w:sz w:val="19"/>
              </w:rPr>
              <w:t>끝</w:t>
            </w:r>
            <w:r>
              <w:rPr>
                <w:rFonts w:ascii="Nanum Gothic" w:hAnsi="Nanum Gothic" w:eastAsia="Nanum Gothic" w:cs="Nanum Gothic"/>
                <w:color w:val="1A1A1A"/>
                <w:sz w:val="19"/>
              </w:rPr>
              <w:t>.</w:t>
            </w:r>
          </w:p>
        </w:tc>
      </w:tr>
    </w:tbl>
    <w:p w14:paraId="1C050F61" w14:textId="6C7F4B76" w:rsidR="007C43C8" w:rsidRDefault="007C43C8">
      <w:pPr>
        <w:rPr>
          <w:rFonts w:eastAsia="Nanum Gothic"/>
          <w:lang w:eastAsia="ko-KR"/>
        </w:rPr>
      </w:pPr>
    </w:p>
    <w:p w14:paraId="1B7DB911" w14:textId="77777777" w:rsidR="00226CAC" w:rsidRDefault="00000000">
      <w:pPr>
        <w:spacing w:before="60" w:after="60"/>
      </w:pPr>
      <w:r>
        <w:rPr>
          <w:rFonts w:ascii="Nanum Gothic" w:eastAsia="Nanum Gothic" w:hAnsi="Nanum Gothic" w:cs="Nanum Gothic"/>
          <w:b/>
          <w:color w:val="1A1A1A"/>
          <w:sz w:val="20"/>
        </w:rPr>
        <w:t>Agentic AI (멀티스텝 자율 실행)</w:t>
      </w:r>
      <w:r>
        <w:rPr>
          <w:rFonts w:ascii="Nanum Gothic" w:eastAsia="Nanum Gothic" w:hAnsi="Nanum Gothic" w:cs="Nanum Gothic"/>
          <w:color w:val="1A1A1A"/>
          <w:sz w:val="20"/>
        </w:rPr>
        <w:t>:</w:t>
      </w:r>
    </w:p>
    <w:tbl>
      <w:tblPr>
        <w:tblStyle w:val="af9"/>
        <w:tblW w:w="0" w:type="auto"/>
        <w:tblLook w:val="04A0" w:firstRow="1" w:lastRow="0" w:firstColumn="1" w:lastColumn="0" w:noHBand="0" w:noVBand="1"/>
      </w:tblPr>
      <w:tblGrid>
        <w:gridCol w:w="9072"/>
      </w:tblGrid>
      <w:tr w:rsidR="00226CAC" w14:paraId="7B2C1816" w14:textId="77777777">
        <w:tc>
          <w:tcPr>
            <w:tcW w:w="9072" w:type="dxa"/>
            <w:shd w:val="clear" w:color="auto" w:fill="F7F7F7"/>
          </w:tcPr>
          <w:p w14:paraId="41318A15"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사람</w:t>
            </w:r>
            <w:r>
              <w:rPr>
                <w:rFonts w:ascii="D2Coding" w:hAnsi="D2Coding" w:eastAsia="D2Coding" w:cs="D2Coding"/>
                <w:color w:val="1A1A1A"/>
                <w:sz w:val="19"/>
                <w:lang w:eastAsia="ko-KR"/>
              </w:rPr>
              <w:t xml:space="preserve">: "Q4 </w:t>
            </w:r>
            <w:r>
              <w:rPr>
                <w:rFonts w:ascii="Nanum Gothic" w:hAnsi="Nanum Gothic" w:eastAsia="Nanum Gothic" w:cs="Nanum Gothic"/>
                <w:color w:val="1A1A1A"/>
                <w:sz w:val="19"/>
                <w:lang w:eastAsia="ko-KR"/>
              </w:rPr>
              <w:t>영업</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보고서를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완성해줘</w:t>
            </w:r>
            <w:r>
              <w:rPr>
                <w:rFonts w:ascii="Nanum Gothic" w:hAnsi="Nanum Gothic" w:eastAsia="Nanum Gothic" w:cs="Nanum Gothic"/>
                <w:color w:val="1A1A1A"/>
                <w:sz w:val="19"/>
                <w:lang w:eastAsia="ko-KR"/>
              </w:rPr>
              <w:t>."</w:t>
            </w:r>
          </w:p>
          <w:p w14:paraId="248B175B"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AI: [</w:t>
            </w:r>
            <w:r>
              <w:rPr>
                <w:rFonts w:ascii="Nanum Gothic" w:hAnsi="Nanum Gothic" w:eastAsia="Nanum Gothic" w:cs="Nanum Gothic"/>
                <w:color w:val="1A1A1A"/>
                <w:sz w:val="19"/>
                <w:lang w:eastAsia="ko-KR"/>
              </w:rPr>
              <w:t>계획</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수립</w:t>
            </w:r>
            <w:r>
              <w:rPr>
                <w:rFonts w:ascii="Nanum Gothic" w:hAnsi="Nanum Gothic" w:eastAsia="Nanum Gothic" w:cs="Nanum Gothic"/>
                <w:color w:val="1A1A1A"/>
                <w:sz w:val="19"/>
                <w:lang w:eastAsia="ko-KR"/>
              </w:rPr>
              <w:t>] → "</w:t>
            </w:r>
            <w:r>
              <w:rPr>
                <w:rFonts w:ascii="Nanum Gothic" w:hAnsi="Nanum Gothic" w:eastAsia="Nanum Gothic" w:cs="Nanum Gothic"/>
                <w:color w:val="1A1A1A"/>
                <w:sz w:val="19"/>
                <w:lang w:eastAsia="ko-KR"/>
              </w:rPr>
              <w:t>데이터를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조회해야겠다</w:t>
            </w:r>
            <w:r>
              <w:rPr>
                <w:rFonts w:ascii="Nanum Gothic" w:hAnsi="Nanum Gothic" w:eastAsia="Nanum Gothic" w:cs="Nanum Gothic"/>
                <w:color w:val="1A1A1A"/>
                <w:sz w:val="19"/>
                <w:lang w:eastAsia="ko-KR"/>
              </w:rPr>
              <w:t>"</w:t>
            </w:r>
          </w:p>
          <w:p w14:paraId="070BBBBA"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[Tool </w:t>
            </w:r>
            <w:r>
              <w:rPr>
                <w:rFonts w:ascii="Nanum Gothic" w:hAnsi="Nanum Gothic" w:eastAsia="Nanum Gothic" w:cs="Nanum Gothic"/>
                <w:color w:val="1A1A1A"/>
                <w:sz w:val="19"/>
                <w:lang w:eastAsia="ko-KR"/>
              </w:rPr>
              <w:t>호출</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영업</w:t>
            </w:r>
            <w:r>
              <w:rPr>
                <w:rFonts w:ascii="D2Coding" w:hAnsi="D2Coding" w:eastAsia="D2Coding" w:cs="D2Coding"/>
                <w:color w:val="1A1A1A"/>
                <w:sz w:val="19"/>
                <w:lang w:eastAsia="ko-KR"/>
              </w:rPr>
              <w:t xml:space="preserve"> DB </w:t>
            </w:r>
            <w:r>
              <w:rPr>
                <w:rFonts w:ascii="Nanum Gothic" w:hAnsi="Nanum Gothic" w:eastAsia="Nanum Gothic" w:cs="Nanum Gothic"/>
                <w:color w:val="1A1A1A"/>
                <w:sz w:val="19"/>
                <w:lang w:eastAsia="ko-KR"/>
              </w:rPr>
              <w:t>검색</w:t>
            </w:r>
          </w:p>
          <w:p w14:paraId="682D94DA"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관찰</w:t>
            </w:r>
            <w:r>
              <w:rPr>
                <w:rFonts w:ascii="D2Coding" w:hAnsi="D2Coding" w:eastAsia="D2Coding" w:cs="D2Coding"/>
                <w:color w:val="1A1A1A"/>
                <w:sz w:val="19"/>
                <w:lang w:eastAsia="ko-KR"/>
              </w:rPr>
              <w:t xml:space="preserve">] → "Q4 </w:t>
            </w:r>
            <w:r>
              <w:rPr>
                <w:rFonts w:ascii="Nanum Gothic" w:hAnsi="Nanum Gothic" w:eastAsia="Nanum Gothic" w:cs="Nanum Gothic"/>
                <w:color w:val="1A1A1A"/>
                <w:sz w:val="19"/>
                <w:lang w:eastAsia="ko-KR"/>
              </w:rPr>
              <w:t>매출</w:t>
            </w:r>
            <w:r>
              <w:rPr>
                <w:rFonts w:ascii="D2Coding" w:hAnsi="D2Coding" w:eastAsia="D2Coding" w:cs="D2Coding"/>
                <w:color w:val="1A1A1A"/>
                <w:sz w:val="19"/>
                <w:lang w:eastAsia="ko-KR"/>
              </w:rPr>
              <w:t xml:space="preserve"> 1,200</w:t>
            </w:r>
            <w:r>
              <w:rPr>
                <w:rFonts w:ascii="Nanum Gothic" w:hAnsi="Nanum Gothic" w:eastAsia="Nanum Gothic" w:cs="Nanum Gothic"/>
                <w:color w:val="1A1A1A"/>
                <w:sz w:val="19"/>
                <w:lang w:eastAsia="ko-KR"/>
              </w:rPr>
              <w:t>억</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전기</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대비</w:t>
            </w:r>
            <w:r>
              <w:rPr>
                <w:rFonts w:ascii="D2Coding" w:hAnsi="D2Coding" w:eastAsia="D2Coding" w:cs="D2Coding"/>
                <w:color w:val="1A1A1A"/>
                <w:sz w:val="19"/>
                <w:lang w:eastAsia="ko-KR"/>
              </w:rPr>
              <w:t xml:space="preserve"> +8%"</w:t>
            </w:r>
          </w:p>
          <w:p w14:paraId="37B45792"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계획</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갱신</w:t>
            </w:r>
            <w:r>
              <w:rPr>
                <w:rFonts w:ascii="Nanum Gothic" w:hAnsi="Nanum Gothic" w:eastAsia="Nanum Gothic" w:cs="Nanum Gothic"/>
                <w:color w:val="1A1A1A"/>
                <w:sz w:val="19"/>
                <w:lang w:eastAsia="ko-KR"/>
              </w:rPr>
              <w:t>] → "</w:t>
            </w:r>
            <w:r>
              <w:rPr>
                <w:rFonts w:ascii="Nanum Gothic" w:hAnsi="Nanum Gothic" w:eastAsia="Nanum Gothic" w:cs="Nanum Gothic"/>
                <w:color w:val="1A1A1A"/>
                <w:sz w:val="19"/>
                <w:lang w:eastAsia="ko-KR"/>
              </w:rPr>
              <w:t>차트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이미지도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필요하다</w:t>
            </w:r>
            <w:r>
              <w:rPr>
                <w:rFonts w:ascii="Nanum Gothic" w:hAnsi="Nanum Gothic" w:eastAsia="Nanum Gothic" w:cs="Nanum Gothic"/>
                <w:color w:val="1A1A1A"/>
                <w:sz w:val="19"/>
                <w:lang w:eastAsia="ko-KR"/>
              </w:rPr>
              <w:t>"</w:t>
            </w:r>
          </w:p>
          <w:p w14:paraId="1C9056DB"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[Tool </w:t>
            </w:r>
            <w:r>
              <w:rPr>
                <w:rFonts w:ascii="Nanum Gothic" w:hAnsi="Nanum Gothic" w:eastAsia="Nanum Gothic" w:cs="Nanum Gothic"/>
                <w:color w:val="1A1A1A"/>
                <w:sz w:val="19"/>
                <w:lang w:eastAsia="ko-KR"/>
              </w:rPr>
              <w:t>호출</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차트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생성</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도구</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실행</w:t>
            </w:r>
          </w:p>
          <w:p w14:paraId="6860C8BA"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관찰</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차트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이미지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파일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생성됨</w:t>
            </w:r>
          </w:p>
          <w:p w14:paraId="6401781C"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계획</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갱신</w:t>
            </w:r>
            <w:r>
              <w:rPr>
                <w:rFonts w:ascii="Nanum Gothic" w:hAnsi="Nanum Gothic" w:eastAsia="Nanum Gothic" w:cs="Nanum Gothic"/>
                <w:color w:val="1A1A1A"/>
                <w:sz w:val="19"/>
                <w:lang w:eastAsia="ko-KR"/>
              </w:rPr>
              <w:t>] → "</w:t>
            </w:r>
            <w:r>
              <w:rPr>
                <w:rFonts w:ascii="Nanum Gothic" w:hAnsi="Nanum Gothic" w:eastAsia="Nanum Gothic" w:cs="Nanum Gothic"/>
                <w:color w:val="1A1A1A"/>
                <w:sz w:val="19"/>
                <w:lang w:eastAsia="ko-KR"/>
              </w:rPr>
              <w:t>초안</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작성</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검토</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요청하자</w:t>
            </w:r>
            <w:r>
              <w:rPr>
                <w:rFonts w:ascii="Nanum Gothic" w:hAnsi="Nanum Gothic" w:eastAsia="Nanum Gothic" w:cs="Nanum Gothic"/>
                <w:color w:val="1A1A1A"/>
                <w:sz w:val="19"/>
                <w:lang w:eastAsia="ko-KR"/>
              </w:rPr>
              <w:t>"</w:t>
            </w:r>
          </w:p>
          <w:p w14:paraId="2769C3A2"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[Tool </w:t>
            </w:r>
            <w:r>
              <w:rPr>
                <w:rFonts w:ascii="Nanum Gothic" w:hAnsi="Nanum Gothic" w:eastAsia="Nanum Gothic" w:cs="Nanum Gothic"/>
                <w:color w:val="1A1A1A"/>
                <w:sz w:val="19"/>
                <w:lang w:eastAsia="ko-KR"/>
              </w:rPr>
              <w:t>호출</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보고서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초안</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작성</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이메일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초안</w:t>
            </w:r>
          </w:p>
          <w:p w14:paraId="1F82E230"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완료</w:t>
            </w:r>
            <w:r>
              <w:rPr>
                <w:rFonts w:ascii="Nanum Gothic" w:hAnsi="Nanum Gothic" w:eastAsia="Nanum Gothic" w:cs="Nanum Gothic"/>
                <w:color w:val="1A1A1A"/>
                <w:sz w:val="19"/>
                <w:lang w:eastAsia="ko-KR"/>
              </w:rPr>
              <w:t>] → "</w:t>
            </w:r>
            <w:r>
              <w:rPr>
                <w:rFonts w:ascii="Nanum Gothic" w:hAnsi="Nanum Gothic" w:eastAsia="Nanum Gothic" w:cs="Nanum Gothic"/>
                <w:color w:val="1A1A1A"/>
                <w:sz w:val="19"/>
                <w:lang w:eastAsia="ko-KR"/>
              </w:rPr>
              <w:t>초안을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검토해주세요</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수정</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필요하시면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알려주세요</w:t>
            </w:r>
            <w:r>
              <w:rPr>
                <w:rFonts w:ascii="Nanum Gothic" w:hAnsi="Nanum Gothic" w:eastAsia="Nanum Gothic" w:cs="Nanum Gothic"/>
                <w:color w:val="1A1A1A"/>
                <w:sz w:val="19"/>
                <w:lang w:eastAsia="ko-KR"/>
              </w:rPr>
              <w:t>."</w:t>
            </w:r>
          </w:p>
        </w:tc>
      </w:tr>
    </w:tbl>
    <w:p w14:paraId="65A4FD39" w14:textId="77777777" w:rsidR="00226CAC" w:rsidRDefault="00226CAC">
      <w:pPr>
        <w:rPr>
          <w:rFonts w:eastAsia="Nanum Gothic"/>
          <w:lang w:eastAsia="ko-KR"/>
        </w:rPr>
      </w:pPr>
    </w:p>
    <w:p w14:paraId="05936FD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차이 포인트:</w:t>
      </w:r>
    </w:p>
    <w:p w14:paraId="04374A4E"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Pr>
          <w:rFonts w:ascii="Nanum Gothic" w:eastAsia="Nanum Gothic" w:hAnsi="Nanum Gothic" w:cs="Nanum Gothic"/>
          <w:b/>
          <w:color w:val="1A1A1A"/>
          <w:sz w:val="20"/>
          <w:lang w:eastAsia="ko-KR"/>
        </w:rPr>
        <w:t>기존 AI</w:t>
      </w:r>
      <w:r>
        <w:rPr>
          <w:rFonts w:ascii="Nanum Gothic" w:eastAsia="Nanum Gothic" w:hAnsi="Nanum Gothic" w:cs="Nanum Gothic"/>
          <w:color w:val="1A1A1A"/>
          <w:sz w:val="20"/>
          <w:lang w:eastAsia="ko-KR"/>
        </w:rPr>
        <w:t>: 사람이 각 단계마다 지시</w:t>
      </w:r>
    </w:p>
    <w:p w14:paraId="582A3DB8"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Pr>
          <w:rFonts w:ascii="Nanum Gothic" w:eastAsia="Nanum Gothic" w:hAnsi="Nanum Gothic" w:cs="Nanum Gothic"/>
          <w:b/>
          <w:color w:val="1A1A1A"/>
          <w:sz w:val="20"/>
          <w:lang w:eastAsia="ko-KR"/>
        </w:rPr>
        <w:t>Agentic AI</w:t>
      </w:r>
      <w:r>
        <w:rPr>
          <w:rFonts w:ascii="Nanum Gothic" w:eastAsia="Nanum Gothic" w:hAnsi="Nanum Gothic" w:cs="Nanum Gothic"/>
          <w:color w:val="1A1A1A"/>
          <w:sz w:val="20"/>
          <w:lang w:eastAsia="ko-KR"/>
        </w:rPr>
        <w:t>: 목표 하나로 여러 단계 자율 처리</w:t>
      </w:r>
    </w:p>
    <w:tbl>
      <w:tblPr>
        <w:tblStyle w:val="af9"/>
        <w:tblW w:w="0" w:type="auto"/>
        <w:tblLayout w:type="fixed"/>
        <w:tblLook w:val="04A0" w:firstRow="1" w:lastRow="0" w:firstColumn="1" w:lastColumn="0" w:noHBand="0" w:noVBand="1"/>
      </w:tblPr>
      <w:tblGrid>
        <w:gridCol w:w="400"/>
        <w:gridCol w:w="8672"/>
      </w:tblGrid>
      <w:tr w:rsidR="00226CAC" w14:paraId="7BC942C3" w14:textId="77777777">
        <w:tc>
          <w:tcPr>
            <w:tcW w:w="400" w:type="dxa"/>
            <w:shd w:val="clear" w:color="auto" w:fill="0F9D8C"/>
          </w:tcPr>
          <w:p w14:paraId="678E9C33" w14:textId="77777777" w:rsidR="00226CAC" w:rsidRDefault="00226CAC">
            <w:pPr>
              <w:spacing w:before="80" w:after="80"/>
              <w:rPr>
                <w:rFonts w:eastAsia="Nanum Gothic"/>
                <w:lang w:eastAsia="ko-KR"/>
              </w:rPr>
            </w:pPr>
          </w:p>
        </w:tc>
        <w:tc>
          <w:tcPr>
            <w:tcW w:w="8672" w:type="dxa"/>
            <w:shd w:val="clear" w:color="auto" w:fill="E6F7F4"/>
          </w:tcPr>
          <w:p w14:paraId="650B40FE" w14:textId="1EB3DDBA" w:rsidR="00226CAC" w:rsidRDefault="00000000">
            <w:pPr>
              <w:spacing w:before="80" w:after="80"/>
              <w:rPr>
                <w:rFonts w:eastAsia="Nanum Gothic"/>
                <w:lang w:eastAsia="ko-KR"/>
              </w:rPr>
            </w:pPr>
            <w:r>
              <w:rPr>
                <w:rFonts w:ascii="Nanum Gothic" w:eastAsia="Nanum Gothic" w:hAnsi="Nanum Gothic" w:cs="Nanum Gothic"/>
                <w:b/>
                <w:color w:val="0F9D8C"/>
                <w:sz w:val="20"/>
                <w:lang w:eastAsia="ko-KR"/>
              </w:rPr>
              <w:t>💡 비유</w:t>
            </w:r>
            <w:r>
              <w:rPr>
                <w:rFonts w:ascii="Apple SD Gothic Neo" w:eastAsia="Nanum Gothic" w:hAnsi="Apple SD Gothic Neo" w:cs="Apple SD Gothic Neo"/>
                <w:b/>
                <w:color w:val="0F9D8C"/>
                <w:sz w:val="20"/>
                <w:lang w:eastAsia="ko-KR"/>
              </w:rPr>
              <w:br/>
            </w:r>
            <w:r>
              <w:rPr>
                <w:rFonts w:ascii="Nanum Gothic" w:eastAsia="Nanum Gothic" w:hAnsi="Nanum Gothic" w:cs="Nanum Gothic"/>
                <w:color w:val="1A1A1A"/>
                <w:sz w:val="20"/>
                <w:lang w:eastAsia="ko-KR"/>
              </w:rPr>
              <w:t xml:space="preserve">Agentic AI는 "자율 배치 작업(Batch Job)"과 유사합니다. 스크립트를 시작만 하면 DB 조회 → 데이터 가공 → 리포트 생성 → 이메일 발송까지 처리되죠. Agentic AI는 그 배치 </w:t>
            </w:r>
            <w:r w:rsidR="0024341C">
              <w:rPr>
                <w:rFonts w:ascii="Nanum Gothic" w:eastAsia="Nanum Gothic" w:hAnsi="Nanum Gothic" w:cs="Nanum Gothic" w:hint="eastAsia"/>
                <w:color w:val="1A1A1A"/>
                <w:sz w:val="20"/>
                <w:lang w:eastAsia="ko-KR"/>
              </w:rPr>
              <w:t>작업</w:t>
            </w:r>
            <w:r>
              <w:rPr>
                <w:rFonts w:ascii="Nanum Gothic" w:eastAsia="Nanum Gothic" w:hAnsi="Nanum Gothic" w:cs="Nanum Gothic"/>
                <w:color w:val="1A1A1A"/>
                <w:sz w:val="20"/>
                <w:lang w:eastAsia="ko-KR"/>
              </w:rPr>
              <w:t>의 각 단계를 AI가 직접 설계하고 실행합니다.</w:t>
            </w:r>
          </w:p>
        </w:tc>
      </w:tr>
    </w:tbl>
    <w:p w14:paraId="731321A8" w14:textId="77777777" w:rsidR="00226CAC" w:rsidRDefault="00226CAC">
      <w:pPr>
        <w:rPr>
          <w:rFonts w:eastAsia="Nanum Gothic"/>
          <w:lang w:eastAsia="ko-KR"/>
        </w:rPr>
      </w:pPr>
    </w:p>
    <w:p w14:paraId="0146B6ED" w14:textId="77777777" w:rsidR="00226CAC" w:rsidRDefault="00000000">
      <w:pPr>
        <w:spacing w:before="60" w:after="0"/>
        <w:jc w:val="center"/>
      </w:pPr>
      <w:r>
        <w:rPr>
          <w:rFonts w:eastAsia="Nanum Gothic"/>
          <w:noProof/>
        </w:rPr>
        <w:drawing>
          <wp:inline distT="0" distB="0" distL="0" distR="0" wp14:anchorId="5F95E031" wp14:editId="13C69B62">
            <wp:extent cx="4860000" cy="624857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part2-06.png"/>
                    <pic:cNvPicPr/>
                  </pic:nvPicPr>
                  <pic:blipFill>
                    <a:blip r:embed="rId11"/>
                    <a:stretch>
                      <a:fillRect/>
                    </a:stretch>
                  </pic:blipFill>
                  <pic:spPr>
                    <a:xfrm>
                      <a:off x="0" y="0"/>
                      <a:ext cx="4860000" cy="6248571"/>
                    </a:xfrm>
                    <a:prstGeom prst="rect">
                      <a:avLst/>
                    </a:prstGeom>
                  </pic:spPr>
                </pic:pic>
              </a:graphicData>
            </a:graphic>
          </wp:inline>
        </w:drawing>
      </w:r>
    </w:p>
    <w:p w14:paraId="10E447DD" w14:textId="77777777" w:rsidR="00226CAC" w:rsidRDefault="00000000">
      <w:pPr>
        <w:spacing w:after="80"/>
        <w:jc w:val="center"/>
        <w:rPr>
          <w:rFonts w:eastAsia="Nanum Gothic"/>
          <w:lang w:eastAsia="ko-KR"/>
        </w:rPr>
      </w:pPr>
      <w:r>
        <w:rPr>
          <w:rFonts w:ascii="Nanum Gothic" w:eastAsia="Nanum Gothic" w:hAnsi="Nanum Gothic" w:cs="Nanum Gothic"/>
          <w:i/>
          <w:color w:val="666666"/>
          <w:sz w:val="16"/>
          <w:lang w:eastAsia="ko-KR"/>
        </w:rPr>
        <w:t>Agentic AI 실행 흐름: 목표→계획→Tool호출→관찰 반복 루프</w:t>
      </w:r>
    </w:p>
    <w:p w14:paraId="3FFF1CBF" w14:textId="3F08F7DC" w:rsidR="00226CAC" w:rsidRDefault="0024341C">
      <w:pPr>
        <w:spacing w:before="160" w:after="40"/>
        <w:rPr>
          <w:rFonts w:eastAsia="Nanum Gothic"/>
          <w:lang w:eastAsia="ko-KR"/>
        </w:rPr>
      </w:pPr>
      <w:r>
        <w:rPr>
          <w:rFonts w:ascii="Nanum Gothic" w:eastAsia="Nanum Gothic" w:hAnsi="Nanum Gothic" w:cs="Nanum Gothic"/>
          <w:b/>
          <w:color w:val="024AD8"/>
          <w:sz w:val="24"/>
          <w:lang w:eastAsia="ko-KR"/>
        </w:rPr>
        <w:t>3.1.3.2</w:t>
      </w:r>
      <w:r w:rsidR="00000000">
        <w:rPr>
          <w:rFonts w:ascii="Nanum Gothic" w:eastAsia="Nanum Gothic" w:hAnsi="Nanum Gothic" w:cs="Nanum Gothic"/>
          <w:b/>
          <w:color w:val="024AD8"/>
          <w:sz w:val="24"/>
          <w:lang w:eastAsia="ko-KR"/>
        </w:rPr>
        <w:t/>
      </w:r>
      <w:r>
        <w:rPr>
          <w:rFonts w:ascii="Nanum Gothic" w:eastAsia="Nanum Gothic" w:hAnsi="Nanum Gothic" w:cs="Nanum Gothic"/>
          <w:b/>
          <w:color w:val="024AD8"/>
          <w:sz w:val="24"/>
          <w:lang w:eastAsia="ko-KR"/>
        </w:rPr>
        <w:t/>
      </w:r>
      <w:r w:rsidR="00000000">
        <w:rPr>
          <w:rFonts w:ascii="Nanum Gothic" w:eastAsia="Nanum Gothic" w:hAnsi="Nanum Gothic" w:cs="Nanum Gothic"/>
          <w:b/>
          <w:color w:val="024AD8"/>
          <w:sz w:val="24"/>
          <w:lang w:eastAsia="ko-KR"/>
        </w:rPr>
        <w:t> 핵심 기술: Tool Use와 ReAct</w:t>
      </w:r>
    </w:p>
    <w:p w14:paraId="38FEA8D3"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lastRenderedPageBreak/>
        <w:t>Tool Use (도구 호출)</w:t>
      </w:r>
    </w:p>
    <w:p w14:paraId="1C751267" w14:textId="77777777" w:rsidR="002916EE" w:rsidRDefault="00000000">
      <w:pPr>
        <w:spacing w:before="60" w:after="60"/>
        <w:rPr>
          <w:rFonts w:ascii="Apple SD Gothic Neo" w:eastAsia="Nanum Gothic" w:hAnsi="Apple SD Gothic Neo" w:cs="Apple SD Gothic Neo"/>
          <w:color w:val="1A1A1A"/>
          <w:sz w:val="20"/>
          <w:lang w:eastAsia="ko-KR"/>
        </w:rPr>
      </w:pPr>
      <w:r>
        <w:rPr>
          <w:rFonts w:ascii="Nanum Gothic" w:eastAsia="Nanum Gothic" w:hAnsi="Nanum Gothic" w:cs="Nanum Gothic"/>
          <w:color w:val="1A1A1A"/>
          <w:sz w:val="20"/>
          <w:lang w:eastAsia="ko-KR"/>
        </w:rPr>
        <w:t>Agentic AI</w:t>
      </w:r>
      <w:r w:rsidR="002916EE">
        <w:rPr>
          <w:rFonts w:ascii="Nanum Gothic" w:eastAsia="Nanum Gothic" w:hAnsi="Nanum Gothic" w:cs="Nanum Gothic"/>
          <w:color w:val="1A1A1A"/>
          <w:sz w:val="20"/>
          <w:lang w:eastAsia="ko-KR"/>
        </w:rPr>
        <w:t xml:space="preserve"> </w:t>
      </w:r>
      <w:r w:rsidR="002916EE">
        <w:rPr>
          <w:rFonts w:ascii="Nanum Gothic" w:eastAsia="Nanum Gothic" w:hAnsi="Nanum Gothic" w:cs="Nanum Gothic" w:hint="eastAsia"/>
          <w:color w:val="1A1A1A"/>
          <w:sz w:val="20"/>
          <w:lang w:eastAsia="ko-KR"/>
        </w:rPr>
        <w:t xml:space="preserve">는 단순히 답변만 생성하는 </w:t>
      </w:r>
      <w:r w:rsidR="002916EE">
        <w:rPr>
          <w:rFonts w:ascii="Nanum Gothic" w:eastAsia="Nanum Gothic" w:hAnsi="Nanum Gothic" w:cs="Nanum Gothic"/>
          <w:color w:val="1A1A1A"/>
          <w:sz w:val="20"/>
          <w:lang w:eastAsia="ko-KR"/>
        </w:rPr>
        <w:t xml:space="preserve">AI </w:t>
      </w:r>
      <w:r w:rsidR="002916EE">
        <w:rPr>
          <w:rFonts w:ascii="Nanum Gothic" w:eastAsia="Nanum Gothic" w:hAnsi="Nanum Gothic" w:cs="Nanum Gothic" w:hint="eastAsia"/>
          <w:color w:val="1A1A1A"/>
          <w:sz w:val="20"/>
          <w:lang w:eastAsia="ko-KR"/>
        </w:rPr>
        <w:t>가 아닙니다.</w:t>
      </w:r>
    </w:p>
    <w:p w14:paraId="1C9F6D89" w14:textId="18CF746A" w:rsidR="00226CAC" w:rsidRDefault="002916EE">
      <w:pPr>
        <w:spacing w:before="60" w:after="60"/>
        <w:rPr>
          <w:rFonts w:ascii="Apple SD Gothic Neo" w:eastAsia="Nanum Gothic" w:hAnsi="Apple SD Gothic Neo" w:cs="Apple SD Gothic Neo"/>
          <w:color w:val="1A1A1A"/>
          <w:sz w:val="20"/>
          <w:lang w:eastAsia="ko-KR"/>
        </w:rPr>
      </w:pPr>
      <w:r>
        <w:rPr>
          <w:rFonts w:ascii="Nanum Gothic" w:eastAsia="Nanum Gothic" w:hAnsi="Nanum Gothic" w:cs="Nanum Gothic" w:hint="eastAsia"/>
          <w:color w:val="1A1A1A"/>
          <w:sz w:val="20"/>
          <w:lang w:eastAsia="ko-KR"/>
        </w:rPr>
        <w:t xml:space="preserve">필요한 경우 외부 </w:t>
      </w:r>
      <w:r>
        <w:rPr>
          <w:rFonts w:ascii="Nanum Gothic" w:eastAsia="Nanum Gothic" w:hAnsi="Nanum Gothic" w:cs="Nanum Gothic"/>
          <w:b/>
          <w:color w:val="1A1A1A"/>
          <w:sz w:val="20"/>
          <w:lang w:eastAsia="ko-KR"/>
        </w:rPr>
        <w:t>외부 도구(Tool)</w:t>
      </w:r>
      <w:r>
        <w:rPr>
          <w:rFonts w:ascii="Nanum Gothic" w:eastAsia="Nanum Gothic" w:hAnsi="Nanum Gothic" w:cs="Nanum Gothic"/>
          <w:color w:val="1A1A1A"/>
          <w:sz w:val="20"/>
          <w:lang w:eastAsia="ko-KR"/>
        </w:rPr>
        <w:t xml:space="preserve">를 </w:t>
      </w:r>
      <w:r>
        <w:rPr>
          <w:rFonts w:ascii="Nanum Gothic" w:eastAsia="Nanum Gothic" w:hAnsi="Nanum Gothic" w:cs="Nanum Gothic" w:hint="eastAsia"/>
          <w:color w:val="1A1A1A"/>
          <w:sz w:val="20"/>
          <w:lang w:eastAsia="ko-KR"/>
        </w:rPr>
        <w:t>사용하여 실제 작업을 수행할 수 있습니다.</w:t>
      </w:r>
    </w:p>
    <w:p w14:paraId="3D695C04" w14:textId="0DFBE24B" w:rsidR="002916EE" w:rsidRDefault="002916EE" w:rsidP="002916EE">
      <w:pPr>
        <w:spacing w:before="60" w:after="60"/>
        <w:rPr>
          <w:rFonts w:ascii="Apple SD Gothic Neo" w:eastAsia="Nanum Gothic" w:hAnsi="Apple SD Gothic Neo" w:cs="Apple SD Gothic Neo"/>
          <w:color w:val="1A1A1A"/>
          <w:sz w:val="20"/>
          <w:lang w:eastAsia="ko-KR"/>
        </w:rPr>
      </w:pPr>
      <w:r>
        <w:rPr>
          <w:rFonts w:ascii="Nanum Gothic" w:eastAsia="Nanum Gothic" w:hAnsi="Nanum Gothic" w:cs="Nanum Gothic" w:hint="eastAsia"/>
          <w:color w:val="1A1A1A"/>
          <w:sz w:val="20"/>
          <w:lang w:eastAsia="ko-KR"/>
        </w:rPr>
        <w:t>도구 예시:</w:t>
      </w:r>
    </w:p>
    <w:p w14:paraId="0F66C964" w14:textId="7234AC01" w:rsidR="002916EE" w:rsidRDefault="002916EE" w:rsidP="002916EE">
      <w:pPr>
        <w:pStyle w:val="aa"/>
        <w:numPr>
          <w:ilvl w:val="0"/>
          <w:numId w:val="11"/>
        </w:numPr>
        <w:spacing w:before="60" w:after="60"/>
        <w:rPr>
          <w:rFonts w:ascii="Apple SD Gothic Neo" w:eastAsia="Nanum Gothic" w:hAnsi="Apple SD Gothic Neo" w:cs="Apple SD Gothic Neo"/>
          <w:color w:val="1A1A1A"/>
          <w:sz w:val="20"/>
          <w:lang w:eastAsia="ko-KR"/>
        </w:rPr>
      </w:pPr>
      <w:r>
        <w:rPr>
          <w:rFonts w:ascii="Nanum Gothic" w:eastAsia="Nanum Gothic" w:hAnsi="Nanum Gothic" w:cs="Nanum Gothic" w:hint="eastAsia"/>
          <w:color w:val="1A1A1A"/>
          <w:sz w:val="20"/>
          <w:lang w:eastAsia="ko-KR"/>
        </w:rPr>
        <w:t>검색 엔진</w:t>
      </w:r>
    </w:p>
    <w:p w14:paraId="411BB1EE" w14:textId="32BB0752" w:rsidR="002916EE" w:rsidRDefault="002916EE" w:rsidP="002916EE">
      <w:pPr>
        <w:pStyle w:val="aa"/>
        <w:numPr>
          <w:ilvl w:val="0"/>
          <w:numId w:val="11"/>
        </w:numPr>
        <w:spacing w:before="60" w:after="60"/>
        <w:rPr>
          <w:rFonts w:ascii="Apple SD Gothic Neo" w:eastAsia="Nanum Gothic" w:hAnsi="Apple SD Gothic Neo" w:cs="Apple SD Gothic Neo"/>
          <w:color w:val="1A1A1A"/>
          <w:sz w:val="20"/>
          <w:lang w:eastAsia="ko-KR"/>
        </w:rPr>
      </w:pPr>
      <w:r>
        <w:rPr>
          <w:rFonts w:ascii="Nanum Gothic" w:eastAsia="Nanum Gothic" w:hAnsi="Nanum Gothic" w:cs="Nanum Gothic" w:hint="eastAsia"/>
          <w:color w:val="1A1A1A"/>
          <w:sz w:val="20"/>
          <w:lang w:eastAsia="ko-KR"/>
        </w:rPr>
        <w:t>데이터베이스</w:t>
      </w:r>
    </w:p>
    <w:p w14:paraId="519B9B3A" w14:textId="3F591A4F" w:rsidR="002916EE" w:rsidRDefault="002916EE" w:rsidP="002916EE">
      <w:pPr>
        <w:pStyle w:val="aa"/>
        <w:numPr>
          <w:ilvl w:val="0"/>
          <w:numId w:val="11"/>
        </w:numPr>
        <w:spacing w:before="60" w:after="60"/>
        <w:rPr>
          <w:rFonts w:ascii="Apple SD Gothic Neo" w:eastAsia="Nanum Gothic" w:hAnsi="Apple SD Gothic Neo" w:cs="Apple SD Gothic Neo"/>
          <w:color w:val="1A1A1A"/>
          <w:sz w:val="20"/>
          <w:lang w:eastAsia="ko-KR"/>
        </w:rPr>
      </w:pPr>
      <w:r>
        <w:rPr>
          <w:rFonts w:ascii="Nanum Gothic" w:eastAsia="Nanum Gothic" w:hAnsi="Nanum Gothic" w:cs="Nanum Gothic" w:hint="eastAsia"/>
          <w:color w:val="1A1A1A"/>
          <w:sz w:val="20"/>
          <w:lang w:eastAsia="ko-KR"/>
        </w:rPr>
        <w:t>코드 실행기</w:t>
      </w:r>
    </w:p>
    <w:p w14:paraId="05C5F7D0" w14:textId="5C1CED25" w:rsidR="002916EE" w:rsidRDefault="002916EE" w:rsidP="002916EE">
      <w:pPr>
        <w:pStyle w:val="aa"/>
        <w:numPr>
          <w:ilvl w:val="0"/>
          <w:numId w:val="11"/>
        </w:numPr>
        <w:spacing w:before="60" w:after="60"/>
        <w:rPr>
          <w:rFonts w:ascii="Apple SD Gothic Neo" w:eastAsia="Nanum Gothic" w:hAnsi="Apple SD Gothic Neo" w:cs="Apple SD Gothic Neo"/>
          <w:color w:val="1A1A1A"/>
          <w:sz w:val="20"/>
          <w:lang w:eastAsia="ko-KR"/>
        </w:rPr>
      </w:pPr>
      <w:r>
        <w:rPr>
          <w:rFonts w:ascii="Nanum Gothic" w:eastAsia="Nanum Gothic" w:hAnsi="Nanum Gothic" w:cs="Nanum Gothic" w:hint="eastAsia"/>
          <w:color w:val="1A1A1A"/>
          <w:sz w:val="20"/>
          <w:lang w:eastAsia="ko-KR"/>
        </w:rPr>
        <w:t>이메일 시스템</w:t>
      </w:r>
    </w:p>
    <w:p w14:paraId="2D8A3549" w14:textId="25583952" w:rsidR="002916EE" w:rsidRDefault="002916EE" w:rsidP="002916EE">
      <w:pPr>
        <w:pStyle w:val="aa"/>
        <w:numPr>
          <w:ilvl w:val="0"/>
          <w:numId w:val="11"/>
        </w:numPr>
        <w:spacing w:before="60" w:after="60"/>
        <w:rPr>
          <w:rFonts w:ascii="Apple SD Gothic Neo" w:eastAsia="Nanum Gothic" w:hAnsi="Apple SD Gothic Neo" w:cs="Apple SD Gothic Neo"/>
          <w:color w:val="1A1A1A"/>
          <w:sz w:val="20"/>
          <w:lang w:eastAsia="ko-KR"/>
        </w:rPr>
      </w:pPr>
      <w:r>
        <w:rPr>
          <w:rFonts w:ascii="Nanum Gothic" w:eastAsia="Nanum Gothic" w:hAnsi="Nanum Gothic" w:cs="Nanum Gothic" w:hint="eastAsia"/>
          <w:color w:val="1A1A1A"/>
          <w:sz w:val="20"/>
          <w:lang w:eastAsia="ko-KR"/>
        </w:rPr>
        <w:t>캘린더</w:t>
      </w:r>
    </w:p>
    <w:p w14:paraId="26F56B24" w14:textId="0B60DB39" w:rsidR="002916EE" w:rsidRDefault="002916EE" w:rsidP="002916EE">
      <w:pPr>
        <w:pStyle w:val="aa"/>
        <w:numPr>
          <w:ilvl w:val="0"/>
          <w:numId w:val="11"/>
        </w:numPr>
        <w:spacing w:before="60" w:after="60"/>
        <w:rPr>
          <w:rFonts w:ascii="Apple SD Gothic Neo" w:eastAsia="Nanum Gothic" w:hAnsi="Apple SD Gothic Neo" w:cs="Apple SD Gothic Neo"/>
          <w:color w:val="1A1A1A"/>
          <w:sz w:val="20"/>
          <w:lang w:eastAsia="ko-KR"/>
        </w:rPr>
      </w:pPr>
      <w:r>
        <w:rPr>
          <w:rFonts w:ascii="Nanum Gothic" w:eastAsia="Nanum Gothic" w:hAnsi="Nanum Gothic" w:cs="Nanum Gothic" w:hint="eastAsia"/>
          <w:color w:val="1A1A1A"/>
          <w:sz w:val="20"/>
          <w:lang w:eastAsia="ko-KR"/>
        </w:rPr>
        <w:t xml:space="preserve">다양한 외부 </w:t>
      </w:r>
      <w:r>
        <w:rPr>
          <w:rFonts w:ascii="Nanum Gothic" w:eastAsia="Nanum Gothic" w:hAnsi="Nanum Gothic" w:cs="Nanum Gothic"/>
          <w:color w:val="1A1A1A"/>
          <w:sz w:val="20"/>
          <w:lang w:eastAsia="ko-KR"/>
        </w:rPr>
        <w:t>API</w:t>
      </w:r>
    </w:p>
    <w:p w14:paraId="70E23CEA" w14:textId="7F851ED1" w:rsidR="002916EE" w:rsidRDefault="002916EE" w:rsidP="002916EE">
      <w:pPr>
        <w:spacing w:before="60" w:after="60"/>
        <w:rPr>
          <w:rFonts w:ascii="Apple SD Gothic Neo" w:eastAsia="Nanum Gothic" w:hAnsi="Apple SD Gothic Neo" w:cs="Apple SD Gothic Neo"/>
          <w:color w:val="1A1A1A"/>
          <w:sz w:val="20"/>
          <w:lang w:eastAsia="ko-KR"/>
        </w:rPr>
      </w:pPr>
      <w:r>
        <w:rPr>
          <w:rFonts w:ascii="Nanum Gothic" w:eastAsia="Nanum Gothic" w:hAnsi="Nanum Gothic" w:cs="Nanum Gothic" w:hint="eastAsia"/>
          <w:color w:val="1A1A1A"/>
          <w:sz w:val="20"/>
          <w:lang w:eastAsia="ko-KR"/>
        </w:rPr>
        <w:t xml:space="preserve">예를 들어 사용자가 </w:t>
      </w:r>
      <w:r>
        <w:rPr>
          <w:rFonts w:ascii="Nanum Gothic" w:eastAsia="Nanum Gothic" w:hAnsi="Nanum Gothic" w:cs="Nanum Gothic"/>
          <w:color w:val="1A1A1A"/>
          <w:sz w:val="20"/>
          <w:lang w:eastAsia="ko-KR"/>
        </w:rPr>
        <w:t>“</w:t>
      </w:r>
      <w:r>
        <w:rPr>
          <w:rFonts w:ascii="Nanum Gothic" w:eastAsia="Nanum Gothic" w:hAnsi="Nanum Gothic" w:cs="Nanum Gothic" w:hint="eastAsia"/>
          <w:color w:val="1A1A1A"/>
          <w:sz w:val="20"/>
          <w:lang w:eastAsia="ko-KR"/>
        </w:rPr>
        <w:t>내일 부산 날씨를 알려줘</w:t>
      </w:r>
      <w:r>
        <w:rPr>
          <w:rFonts w:ascii="Nanum Gothic" w:eastAsia="Nanum Gothic" w:hAnsi="Nanum Gothic" w:cs="Nanum Gothic"/>
          <w:color w:val="1A1A1A"/>
          <w:sz w:val="20"/>
          <w:lang w:eastAsia="ko-KR"/>
        </w:rPr>
        <w:t>”</w:t>
      </w:r>
      <w:r>
        <w:rPr>
          <w:rFonts w:ascii="Nanum Gothic" w:eastAsia="Nanum Gothic" w:hAnsi="Nanum Gothic" w:cs="Nanum Gothic" w:hint="eastAsia"/>
          <w:color w:val="1A1A1A"/>
          <w:sz w:val="20"/>
          <w:lang w:eastAsia="ko-KR"/>
        </w:rPr>
        <w:t xml:space="preserve"> 라고 요청하면, </w:t>
      </w:r>
      <w:r>
        <w:rPr>
          <w:rFonts w:ascii="Nanum Gothic" w:eastAsia="Nanum Gothic" w:hAnsi="Nanum Gothic" w:cs="Nanum Gothic"/>
          <w:color w:val="1A1A1A"/>
          <w:sz w:val="20"/>
          <w:lang w:eastAsia="ko-KR"/>
        </w:rPr>
        <w:t xml:space="preserve">AI </w:t>
      </w:r>
      <w:r>
        <w:rPr>
          <w:rFonts w:ascii="Nanum Gothic" w:eastAsia="Nanum Gothic" w:hAnsi="Nanum Gothic" w:cs="Nanum Gothic" w:hint="eastAsia"/>
          <w:color w:val="1A1A1A"/>
          <w:sz w:val="20"/>
          <w:lang w:eastAsia="ko-KR"/>
        </w:rPr>
        <w:t>는 스스로 날씨를 아는 것이 아니라 날씨 조회 도구를 호출하여 최신 정보를 가져옵니다.</w:t>
      </w:r>
    </w:p>
    <w:p w14:paraId="7B4BEFDB" w14:textId="77777777" w:rsidR="00483706" w:rsidRPr="002916EE" w:rsidRDefault="00483706" w:rsidP="002916EE">
      <w:pPr>
        <w:spacing w:before="60" w:after="60"/>
        <w:rPr>
          <w:rFonts w:ascii="Apple SD Gothic Neo" w:eastAsia="Nanum Gothic" w:hAnsi="Apple SD Gothic Neo" w:cs="Apple SD Gothic Neo"/>
          <w:color w:val="1A1A1A"/>
          <w:sz w:val="20"/>
          <w:lang w:eastAsia="ko-KR"/>
        </w:rPr>
      </w:pPr>
    </w:p>
    <w:p w14:paraId="6958CF77" w14:textId="77777777" w:rsidR="00226CAC" w:rsidRDefault="00000000">
      <w:pPr>
        <w:spacing w:before="60" w:after="60"/>
      </w:pPr>
      <w:r>
        <w:rPr>
          <w:rFonts w:ascii="Nanum Gothic" w:eastAsia="Nanum Gothic" w:hAnsi="Nanum Gothic" w:cs="Nanum Gothic"/>
          <w:b/>
          <w:color w:val="1A1A1A"/>
          <w:sz w:val="20"/>
        </w:rPr>
        <w:t>ReAct (Reasoning + Acting)</w:t>
      </w:r>
    </w:p>
    <w:p w14:paraId="0F1BEAC4" w14:textId="00AA1B96" w:rsidR="00226CAC" w:rsidRDefault="00483706">
      <w:pPr>
        <w:spacing w:before="60" w:after="60"/>
        <w:rPr>
          <w:rFonts w:ascii="Apple SD Gothic Neo" w:eastAsia="Nanum Gothic" w:hAnsi="Apple SD Gothic Neo" w:cs="Apple SD Gothic Neo"/>
          <w:i/>
          <w:color w:val="6B7280"/>
          <w:sz w:val="16"/>
          <w:szCs w:val="16"/>
        </w:rPr>
      </w:pPr>
      <w:r w:rsidRPr="00483706">
        <w:rPr>
          <w:rFonts w:ascii="Nanum Gothic" w:eastAsia="Nanum Gothic" w:hAnsi="Nanum Gothic" w:cs="Nanum Gothic"/>
          <w:color w:val="1A1A1A"/>
          <w:sz w:val="20"/>
          <w:lang w:eastAsia="ko-KR"/>
        </w:rPr>
        <w:t xml:space="preserve">ReAct는 답을 한 번에 내놓는 방식이 아니라, 먼저 생각하고(Reasoning), 필요한 행동을 실행한 뒤(Acting), 그 결과를 보고 다시 생각을 고치는 방식입니다. 추론만 이어 가면 사실을 지어낼 위험이 커지고, 행동만 나열하면 왜 그런 선택을 했는지 따라가기 어렵습니다. </w:t>
      </w:r>
      <w:r w:rsidRPr="00483706">
        <w:rPr>
          <w:rFonts w:ascii="Nanum Gothic" w:eastAsia="Nanum Gothic" w:hAnsi="Nanum Gothic" w:cs="Nanum Gothic"/>
          <w:color w:val="1A1A1A"/>
          <w:sz w:val="20"/>
        </w:rPr>
        <w:t>ReAct는 생각과 행동을 번갈아 묶어 중간 결과를 확인하며 방향을 바로잡게 합니다.</w:t>
      </w:r>
      <w:r w:rsidR="002916EE">
        <w:rPr>
          <w:rFonts w:ascii="Apple SD Gothic Neo" w:eastAsia="Nanum Gothic" w:hAnsi="Apple SD Gothic Neo" w:cs="Apple SD Gothic Neo"/>
          <w:color w:val="1A1A1A"/>
          <w:sz w:val="20"/>
        </w:rPr>
        <w:br/>
      </w:r>
      <w:r w:rsidRPr="00483706">
        <w:rPr>
          <w:rFonts w:ascii="Nanum Gothic" w:eastAsia="Nanum Gothic" w:hAnsi="Nanum Gothic" w:cs="Nanum Gothic"/>
          <w:i/>
          <w:color w:val="6B7280"/>
          <w:sz w:val="16"/>
          <w:szCs w:val="16"/>
          <w:lang w:eastAsia="ko-KR"/>
        </w:rPr>
        <w:t>출처: Yao et al., "ReAct: Synergizing Reasoning and Acting in Language Models", ICLR 2023, arXiv:2210.03629, https://arxiv.org/abs/2210.03629</w:t>
      </w:r>
    </w:p>
    <w:p w14:paraId="74BBEE66" w14:textId="77777777" w:rsidR="00483706" w:rsidRPr="00483706" w:rsidRDefault="00483706">
      <w:pPr>
        <w:spacing w:before="60" w:after="60"/>
        <w:rPr>
          <w:rFonts w:ascii="Apple SD Gothic Neo" w:eastAsia="Nanum Gothic" w:hAnsi="Apple SD Gothic Neo" w:hint="eastAsia"/>
          <w:sz w:val="20"/>
          <w:szCs w:val="20"/>
          <w:lang w:eastAsia="ko-KR"/>
        </w:rPr>
      </w:pPr>
    </w:p>
    <w:p w14:paraId="3D0A0F36" w14:textId="79980268" w:rsidR="00226CAC" w:rsidRDefault="00000000">
      <w:pPr>
        <w:spacing w:before="60" w:after="60"/>
      </w:pPr>
      <w:r>
        <w:rPr>
          <w:rFonts w:ascii="Nanum Gothic" w:eastAsia="Nanum Gothic" w:hAnsi="Nanum Gothic" w:cs="Nanum Gothic"/>
          <w:b/>
          <w:color w:val="1A1A1A"/>
          <w:sz w:val="20"/>
        </w:rPr>
        <w:t>ReAct 루프</w:t>
      </w:r>
    </w:p>
    <w:tbl>
      <w:tblPr>
        <w:tblStyle w:val="af9"/>
        <w:tblW w:w="0" w:type="auto"/>
        <w:tblLook w:val="04A0" w:firstRow="1" w:lastRow="0" w:firstColumn="1" w:lastColumn="0" w:noHBand="0" w:noVBand="1"/>
      </w:tblPr>
      <w:tblGrid>
        <w:gridCol w:w="9072"/>
      </w:tblGrid>
      <w:tr w:rsidR="00226CAC" w14:paraId="2017A1F7" w14:textId="77777777">
        <w:tc>
          <w:tcPr>
            <w:tcW w:w="9072" w:type="dxa"/>
            <w:shd w:val="clear" w:color="auto" w:fill="F7F7F7"/>
          </w:tcPr>
          <w:p w14:paraId="45F65253"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[Thought] </w:t>
            </w:r>
            <w:r>
              <w:rPr>
                <w:rFonts w:ascii="Nanum Gothic" w:hAnsi="Nanum Gothic" w:eastAsia="Nanum Gothic" w:cs="Nanum Gothic"/>
                <w:color w:val="1A1A1A"/>
                <w:sz w:val="19"/>
                <w:lang w:eastAsia="ko-KR"/>
              </w:rPr>
              <w:t>현재</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상황</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분석</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다음</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행동</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계획</w:t>
            </w:r>
          </w:p>
          <w:p w14:paraId="15C10D7A"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[Action] </w:t>
            </w:r>
            <w:r>
              <w:rPr>
                <w:rFonts w:ascii="Nanum Gothic" w:hAnsi="Nanum Gothic" w:eastAsia="Nanum Gothic" w:cs="Nanum Gothic"/>
                <w:color w:val="1A1A1A"/>
                <w:sz w:val="19"/>
                <w:lang w:eastAsia="ko-KR"/>
              </w:rPr>
              <w:t>외부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도구</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또는</w:t>
            </w:r>
            <w:r>
              <w:rPr>
                <w:rFonts w:ascii="D2Coding" w:hAnsi="D2Coding" w:eastAsia="D2Coding" w:cs="D2Coding"/>
                <w:color w:val="1A1A1A"/>
                <w:sz w:val="19"/>
                <w:lang w:eastAsia="ko-KR"/>
              </w:rPr>
              <w:t xml:space="preserve"> API </w:t>
            </w:r>
            <w:r>
              <w:rPr>
                <w:rFonts w:ascii="Nanum Gothic" w:hAnsi="Nanum Gothic" w:eastAsia="Nanum Gothic" w:cs="Nanum Gothic"/>
                <w:color w:val="1A1A1A"/>
                <w:sz w:val="19"/>
                <w:lang w:eastAsia="ko-KR"/>
              </w:rPr>
              <w:t>호출</w:t>
            </w:r>
          </w:p>
          <w:p w14:paraId="2A2EB433"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[Observation] </w:t>
            </w:r>
            <w:r>
              <w:rPr>
                <w:rFonts w:ascii="Nanum Gothic" w:hAnsi="Nanum Gothic" w:eastAsia="Nanum Gothic" w:cs="Nanum Gothic"/>
                <w:color w:val="1A1A1A"/>
                <w:sz w:val="19"/>
                <w:lang w:eastAsia="ko-KR"/>
              </w:rPr>
              <w:t>결과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수신</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및</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상태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업데이트</w:t>
            </w:r>
          </w:p>
          <w:p w14:paraId="5CC3C8D0"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[Thought] </w:t>
            </w:r>
            <w:r>
              <w:rPr>
                <w:rFonts w:ascii="Nanum Gothic" w:hAnsi="Nanum Gothic" w:eastAsia="Nanum Gothic" w:cs="Nanum Gothic"/>
                <w:color w:val="1A1A1A"/>
                <w:sz w:val="19"/>
                <w:lang w:eastAsia="ko-KR"/>
              </w:rPr>
              <w:t>결과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해석</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목표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달성</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여부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판단</w:t>
            </w:r>
          </w:p>
          <w:p w14:paraId="5DFBCDEB" w14:textId="77777777" w:rsidR="00226CAC" w:rsidRDefault="00000000">
            <w:pPr>
              <w:spacing w:before="20" w:after="20" w:line="220" w:lineRule="exact"/>
            </w:pPr>
            <w:r>
              <w:rPr>
                <w:rFonts w:ascii="D2Coding" w:hAnsi="D2Coding" w:eastAsia="D2Coding" w:cs="D2Coding"/>
                <w:color w:val="1A1A1A"/>
                <w:sz w:val="19"/>
              </w:rPr>
              <w:t xml:space="preserve">[Action / End] </w:t>
            </w:r>
            <w:r>
              <w:rPr>
                <w:rFonts w:ascii="Nanum Gothic" w:hAnsi="Nanum Gothic" w:eastAsia="Nanum Gothic" w:cs="Nanum Gothic"/>
                <w:color w:val="1A1A1A"/>
                <w:sz w:val="19"/>
              </w:rPr>
              <w:t>다음</w:t>
            </w:r>
            <w:r>
              <w:rPr>
                <w:rFonts w:ascii="D2Coding" w:hAnsi="D2Coding" w:eastAsia="D2Coding" w:cs="D2Coding"/>
                <w:color w:val="1A1A1A"/>
                <w:sz w:val="19"/>
              </w:rPr>
              <w:t xml:space="preserve"> </w:t>
            </w:r>
            <w:r>
              <w:rPr>
                <w:rFonts w:ascii="Nanum Gothic" w:hAnsi="Nanum Gothic" w:eastAsia="Nanum Gothic" w:cs="Nanum Gothic"/>
                <w:color w:val="1A1A1A"/>
                <w:sz w:val="19"/>
              </w:rPr>
              <w:t>단계</w:t>
            </w:r>
            <w:r>
              <w:rPr>
                <w:rFonts w:ascii="D2Coding" w:hAnsi="D2Coding" w:eastAsia="D2Coding" w:cs="D2Coding"/>
                <w:color w:val="1A1A1A"/>
                <w:sz w:val="19"/>
              </w:rPr>
              <w:t xml:space="preserve"> </w:t>
            </w:r>
            <w:r>
              <w:rPr>
                <w:rFonts w:ascii="Nanum Gothic" w:hAnsi="Nanum Gothic" w:eastAsia="Nanum Gothic" w:cs="Nanum Gothic"/>
                <w:color w:val="1A1A1A"/>
                <w:sz w:val="19"/>
              </w:rPr>
              <w:t>또는</w:t>
            </w:r>
            <w:r>
              <w:rPr>
                <w:rFonts w:ascii="D2Coding" w:hAnsi="D2Coding" w:eastAsia="D2Coding" w:cs="D2Coding"/>
                <w:color w:val="1A1A1A"/>
                <w:sz w:val="19"/>
              </w:rPr>
              <w:t xml:space="preserve"> </w:t>
            </w:r>
            <w:r>
              <w:rPr>
                <w:rFonts w:ascii="Nanum Gothic" w:hAnsi="Nanum Gothic" w:eastAsia="Nanum Gothic" w:cs="Nanum Gothic"/>
                <w:color w:val="1A1A1A"/>
                <w:sz w:val="19"/>
              </w:rPr>
              <w:t>최종</w:t>
            </w:r>
            <w:r>
              <w:rPr>
                <w:rFonts w:ascii="D2Coding" w:hAnsi="D2Coding" w:eastAsia="D2Coding" w:cs="D2Coding"/>
                <w:color w:val="1A1A1A"/>
                <w:sz w:val="19"/>
              </w:rPr>
              <w:t xml:space="preserve"> </w:t>
            </w:r>
            <w:r>
              <w:rPr>
                <w:rFonts w:ascii="Nanum Gothic" w:hAnsi="Nanum Gothic" w:eastAsia="Nanum Gothic" w:cs="Nanum Gothic"/>
                <w:color w:val="1A1A1A"/>
                <w:sz w:val="19"/>
              </w:rPr>
              <w:t>답변</w:t>
            </w:r>
          </w:p>
        </w:tc>
      </w:tr>
    </w:tbl>
    <w:p w14:paraId="45AD424B" w14:textId="77777777" w:rsidR="00226CAC" w:rsidRDefault="00226CAC">
      <w:pPr>
        <w:rPr>
          <w:rFonts w:eastAsia="Nanum Gothic"/>
          <w:lang w:eastAsia="ko-KR"/>
        </w:rPr>
      </w:pPr>
    </w:p>
    <w:tbl>
      <w:tblPr>
        <w:tblStyle w:val="af9"/>
        <w:tblW w:w="0" w:type="auto"/>
        <w:tblLayout w:type="fixed"/>
        <w:tblLook w:val="04A0" w:firstRow="1" w:lastRow="0" w:firstColumn="1" w:lastColumn="0" w:noHBand="0" w:noVBand="1"/>
      </w:tblPr>
      <w:tblGrid>
        <w:gridCol w:w="400"/>
        <w:gridCol w:w="8672"/>
      </w:tblGrid>
      <w:tr w:rsidR="00483706" w14:paraId="638BD658" w14:textId="77777777" w:rsidTr="008B4C62">
        <w:tc>
          <w:tcPr>
            <w:tcW w:w="400" w:type="dxa"/>
            <w:shd w:val="clear" w:color="auto" w:fill="0F9D8C"/>
          </w:tcPr>
          <w:p w14:paraId="65525539" w14:textId="77777777" w:rsidR="00483706" w:rsidRDefault="00483706" w:rsidP="008B4C62">
            <w:pPr>
              <w:spacing w:before="80" w:after="80"/>
              <w:rPr>
                <w:rFonts w:eastAsia="Nanum Gothic"/>
                <w:lang w:eastAsia="ko-KR"/>
              </w:rPr>
            </w:pPr>
          </w:p>
        </w:tc>
        <w:tc>
          <w:tcPr>
            <w:tcW w:w="8672" w:type="dxa"/>
            <w:shd w:val="clear" w:color="auto" w:fill="E6F7F4"/>
          </w:tcPr>
          <w:p w14:paraId="229C5C40" w14:textId="12D7BDC6" w:rsidR="00483706" w:rsidRDefault="00483706" w:rsidP="008B4C62">
            <w:pPr>
              <w:spacing w:before="80" w:after="80"/>
              <w:rPr>
                <w:rFonts w:eastAsia="Nanum Gothic"/>
                <w:lang w:eastAsia="ko-KR"/>
              </w:rPr>
            </w:pPr>
            <w:r>
              <w:rPr>
                <w:rFonts w:ascii="Nanum Gothic" w:eastAsia="Nanum Gothic" w:hAnsi="Nanum Gothic" w:cs="Nanum Gothic"/>
                <w:b/>
                <w:color w:val="0F9D8C"/>
                <w:sz w:val="20"/>
                <w:lang w:eastAsia="ko-KR"/>
              </w:rPr>
              <w:t>💡</w:t>
            </w:r>
            <w:r>
              <w:rPr>
                <w:rFonts w:ascii="Nanum Gothic" w:eastAsia="Nanum Gothic" w:hAnsi="Nanum Gothic" w:cs="Nanum Gothic"/>
                <w:b/>
                <w:color w:val="0F9D8C"/>
                <w:sz w:val="20"/>
                <w:lang w:eastAsia="ko-KR"/>
              </w:rPr>
              <w:t xml:space="preserve"> 비유</w:t>
            </w:r>
            <w:r>
              <w:rPr>
                <w:rFonts w:ascii="Apple SD Gothic Neo" w:eastAsia="Nanum Gothic" w:hAnsi="Apple SD Gothic Neo" w:cs="Apple SD Gothic Neo"/>
                <w:b/>
                <w:color w:val="0F9D8C"/>
                <w:sz w:val="20"/>
                <w:lang w:eastAsia="ko-KR"/>
              </w:rPr>
              <w:br/>
            </w:r>
            <w:r w:rsidRPr="00483706">
              <w:rPr>
                <w:rFonts w:ascii="Nanum Gothic" w:eastAsia="Nanum Gothic" w:hAnsi="Nanum Gothic" w:cs="Nanum Gothic"/>
                <w:color w:val="1A1A1A"/>
                <w:sz w:val="20"/>
                <w:lang w:eastAsia="ko-KR"/>
              </w:rPr>
              <w:t>ReAct는 숙련된 개발자의 디버깅 과정과 비슷합니다. 먼저 원인을 가설로 세우고(Thought), 로그를 찍어 실행해 본 뒤(Action), 나온 결과를 확인하고(Observation), 그 결과에 맞춰 가설을 다시 고칩니다(Thought). 이 '생각 → 실행 → 관찰 → 생각 수정'의 반복이 ReAct 루프입니다.</w:t>
            </w:r>
          </w:p>
        </w:tc>
      </w:tr>
    </w:tbl>
    <w:p w14:paraId="5EA46F65" w14:textId="77777777" w:rsidR="00483706" w:rsidRPr="00483706" w:rsidRDefault="00483706">
      <w:pPr>
        <w:rPr>
          <w:rFonts w:hint="eastAsia" w:eastAsia="Nanum Gothic"/>
          <w:lang w:eastAsia="ko-KR"/>
        </w:rPr>
      </w:pPr>
    </w:p>
    <w:p w14:paraId="22D50E9D" w14:textId="77777777" w:rsidR="00226CAC" w:rsidRDefault="00000000">
      <w:pPr>
        <w:spacing w:before="60" w:after="60"/>
        <w:rPr>
          <w:rFonts w:ascii="Apple SD Gothic Neo" w:eastAsia="Nanum Gothic" w:hAnsi="Apple SD Gothic Neo" w:cs="Apple SD Gothic Neo"/>
          <w:color w:val="1A1A1A"/>
          <w:sz w:val="20"/>
          <w:lang w:eastAsia="ko-KR"/>
        </w:rPr>
      </w:pPr>
      <w:r>
        <w:rPr>
          <w:rFonts w:ascii="Nanum Gothic" w:eastAsia="Nanum Gothic" w:hAnsi="Nanum Gothic" w:cs="Nanum Gothic"/>
          <w:color w:val="1A1A1A"/>
          <w:sz w:val="20"/>
          <w:lang w:eastAsia="ko-KR"/>
        </w:rPr>
        <w:t>ReAct 이전에는 추론(Chain-of-Thought)과 행동(Action)이 분리되어 있었습니다. ReAct는 이 둘을 교대로 반복함으로써, AI가 실수를 스스로 교정하고 새로운 정보를 즉시 반영할 수 있게 했습니다.</w:t>
      </w:r>
    </w:p>
    <w:p w14:paraId="4E1168C2" w14:textId="77777777" w:rsidR="0007454D" w:rsidRDefault="0007454D">
      <w:pPr>
        <w:spacing w:before="60" w:after="60"/>
        <w:rPr>
          <w:rFonts w:eastAsia="Nanum Gothic"/>
          <w:lang w:eastAsia="ko-KR"/>
        </w:rPr>
      </w:pPr>
    </w:p>
    <w:p w14:paraId="629E6EEE" w14:textId="77777777" w:rsidR="00226CAC" w:rsidRDefault="00000000">
      <w:pPr>
        <w:spacing w:before="60" w:after="60"/>
      </w:pPr>
      <w:r>
        <w:rPr>
          <w:rFonts w:ascii="Nanum Gothic" w:eastAsia="Nanum Gothic" w:hAnsi="Nanum Gothic" w:cs="Nanum Gothic"/>
          <w:b/>
          <w:color w:val="1A1A1A"/>
          <w:sz w:val="20"/>
        </w:rPr>
        <w:t>주요 성과</w:t>
      </w:r>
      <w:r>
        <w:rPr>
          <w:rFonts w:ascii="Nanum Gothic" w:eastAsia="Nanum Gothic" w:hAnsi="Nanum Gothic" w:cs="Nanum Gothic"/>
          <w:color w:val="1A1A1A"/>
          <w:sz w:val="20"/>
        </w:rPr>
        <w:t>:</w:t>
      </w:r>
    </w:p>
    <w:p w14:paraId="4F46C482" w14:textId="7EC87C57" w:rsidR="0007454D" w:rsidRDefault="0007454D">
      <w:pPr>
        <w:spacing w:before="160" w:after="40"/>
        <w:rPr>
          <w:rFonts w:ascii="Apple SD Gothic Neo" w:eastAsia="Nanum Gothic" w:hAnsi="Apple SD Gothic Neo" w:cs="Apple SD Gothic Neo"/>
          <w:color w:val="1A1A1A"/>
          <w:sz w:val="20"/>
          <w:lang w:eastAsia="ko-KR"/>
        </w:rPr>
      </w:pPr>
      <w:r w:rsidRPr="0007454D">
        <w:rPr>
          <w:rFonts w:ascii="Nanum Gothic" w:eastAsia="Nanum Gothic" w:hAnsi="Nanum Gothic" w:cs="Nanum Gothic"/>
          <w:color w:val="1A1A1A"/>
          <w:sz w:val="20"/>
          <w:lang w:eastAsia="ko-KR"/>
        </w:rPr>
        <w:t xml:space="preserve">ReAct는 AI가 여러 단계를 거쳐 행동해야 하는 실험 과제에서 기존 방식보다 더 높은 성공률을 보였습니다. </w:t>
      </w:r>
      <w:r w:rsidRPr="0007454D">
        <w:rPr>
          <w:rFonts w:ascii="Nanum Gothic" w:eastAsia="Nanum Gothic" w:hAnsi="Nanum Gothic" w:cs="Nanum Gothic"/>
          <w:b/>
          <w:bCs/>
          <w:color w:val="1A1A1A"/>
          <w:sz w:val="20"/>
          <w:lang w:eastAsia="ko-KR"/>
        </w:rPr>
        <w:t>ALFWorld</w:t>
      </w:r>
      <w:r w:rsidRPr="0007454D">
        <w:rPr>
          <w:rFonts w:ascii="Nanum Gothic" w:eastAsia="Nanum Gothic" w:hAnsi="Nanum Gothic" w:cs="Nanum Gothic"/>
          <w:color w:val="1A1A1A"/>
          <w:sz w:val="20"/>
          <w:lang w:eastAsia="ko-KR"/>
        </w:rPr>
        <w:t xml:space="preserve">는 가상 환경에서 지시를 따라 여러 행동을 수행하는 과제이고, </w:t>
      </w:r>
      <w:r w:rsidRPr="0007454D">
        <w:rPr>
          <w:rFonts w:ascii="Nanum Gothic" w:eastAsia="Nanum Gothic" w:hAnsi="Nanum Gothic" w:cs="Nanum Gothic"/>
          <w:b/>
          <w:bCs/>
          <w:color w:val="1A1A1A"/>
          <w:sz w:val="20"/>
          <w:lang w:eastAsia="ko-KR"/>
        </w:rPr>
        <w:t>WebShop</w:t>
      </w:r>
      <w:r w:rsidRPr="0007454D">
        <w:rPr>
          <w:rFonts w:ascii="Nanum Gothic" w:eastAsia="Nanum Gothic" w:hAnsi="Nanum Gothic" w:cs="Nanum Gothic"/>
          <w:color w:val="1A1A1A"/>
          <w:sz w:val="20"/>
          <w:lang w:eastAsia="ko-KR"/>
        </w:rPr>
        <w:t xml:space="preserve">은 웹 쇼핑몰에서 조건에 맞는 </w:t>
      </w:r>
      <w:r w:rsidRPr="0007454D">
        <w:rPr>
          <w:rFonts w:ascii="Nanum Gothic" w:eastAsia="Nanum Gothic" w:hAnsi="Nanum Gothic" w:cs="Nanum Gothic"/>
          <w:color w:val="1A1A1A"/>
          <w:sz w:val="20"/>
          <w:lang w:eastAsia="ko-KR"/>
        </w:rPr>
        <w:lastRenderedPageBreak/>
        <w:t>상품을 찾아 구매하는 과제입니다. ReAct는 이 두 과제에서 모방학습·강화학습 기반 방식보다 성공률을 각각 약 34%</w:t>
      </w:r>
      <w:r>
        <w:rPr>
          <w:rFonts w:ascii="Nanum Gothic" w:eastAsia="Nanum Gothic" w:hAnsi="Nanum Gothic" w:cs="Nanum Gothic" w:hint="eastAsia"/>
          <w:color w:val="1A1A1A"/>
          <w:sz w:val="20"/>
          <w:lang w:eastAsia="ko-KR"/>
        </w:rPr>
        <w:t>포인트</w:t>
      </w:r>
      <w:r w:rsidRPr="0007454D">
        <w:rPr>
          <w:rFonts w:ascii="Nanum Gothic" w:eastAsia="Nanum Gothic" w:hAnsi="Nanum Gothic" w:cs="Nanum Gothic"/>
          <w:color w:val="1A1A1A"/>
          <w:sz w:val="20"/>
          <w:lang w:eastAsia="ko-KR"/>
        </w:rPr>
        <w:t>, 10%포인트 높였습니다.</w:t>
      </w:r>
    </w:p>
    <w:p w14:paraId="4A4B1296" w14:textId="767D5644" w:rsidR="005079A6" w:rsidRDefault="005079A6">
      <w:pPr>
        <w:spacing w:before="160" w:after="40"/>
        <w:rPr>
          <w:rFonts w:ascii="Apple SD Gothic Neo" w:eastAsia="Nanum Gothic" w:hAnsi="Apple SD Gothic Neo" w:cs="Apple SD Gothic Neo"/>
          <w:color w:val="1A1A1A"/>
          <w:sz w:val="20"/>
          <w:lang w:eastAsia="ko-KR"/>
        </w:rPr>
      </w:pPr>
      <w:r w:rsidRPr="005079A6">
        <w:rPr>
          <w:rFonts w:ascii="Nanum Gothic" w:eastAsia="Nanum Gothic" w:hAnsi="Nanum Gothic" w:cs="Nanum Gothic"/>
          <w:color w:val="1A1A1A"/>
          <w:sz w:val="20"/>
          <w:lang w:eastAsia="ko-KR"/>
        </w:rPr>
        <w:t>핵심은 숫자 자체보다 구조입니다. ReAct는 생각하고, 행동하고, 관찰한 뒤 다시 생각하기 때문에 중간에 방향이 틀어져도 결과를 보고 수정할 여지가 생깁니다. 그래서 추론만 이어 가는 방식보다 더 안정적으로 과제를 끝낼 수 있습니다.</w:t>
      </w:r>
    </w:p>
    <w:p w14:paraId="20A5B1BF" w14:textId="77777777" w:rsidR="00226CAC" w:rsidRDefault="00000000">
      <w:pPr>
        <w:spacing w:before="60" w:after="0"/>
        <w:jc w:val="center"/>
      </w:pPr>
      <w:r>
        <w:rPr>
          <w:rFonts w:eastAsia="Nanum Gothic"/>
          <w:noProof/>
        </w:rPr>
        <w:lastRenderedPageBreak/>
        <w:drawing>
          <wp:inline distT="0" distB="0" distL="0" distR="0" wp14:anchorId="4543C170" wp14:editId="5360C06D">
            <wp:extent cx="4860000" cy="4252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part2-07.png"/>
                    <pic:cNvPicPr/>
                  </pic:nvPicPr>
                  <pic:blipFill>
                    <a:blip r:embed="rId12"/>
                    <a:stretch>
                      <a:fillRect/>
                    </a:stretch>
                  </pic:blipFill>
                  <pic:spPr>
                    <a:xfrm>
                      <a:off x="0" y="0"/>
                      <a:ext cx="4860000" cy="4252500"/>
                    </a:xfrm>
                    <a:prstGeom prst="rect">
                      <a:avLst/>
                    </a:prstGeom>
                  </pic:spPr>
                </pic:pic>
              </a:graphicData>
            </a:graphic>
          </wp:inline>
        </w:drawing>
      </w:r>
    </w:p>
    <w:p w14:paraId="0FA09DCE" w14:textId="77777777" w:rsidR="00226CAC" w:rsidRDefault="00000000">
      <w:pPr>
        <w:spacing w:after="80"/>
        <w:jc w:val="center"/>
      </w:pPr>
      <w:r>
        <w:rPr>
          <w:rFonts w:ascii="Nanum Gothic" w:eastAsia="Nanum Gothic" w:hAnsi="Nanum Gothic" w:cs="Nanum Gothic"/>
          <w:i/>
          <w:color w:val="666666"/>
          <w:sz w:val="16"/>
        </w:rPr>
        <w:t>ReAct 루프: Thought→Action→Observation 3단계 순환 구조</w:t>
      </w:r>
    </w:p>
    <w:p w14:paraId="72F12E54" w14:textId="1CD916A7" w:rsidR="00226CAC" w:rsidRDefault="00483706">
      <w:pPr>
        <w:spacing w:before="160" w:after="40"/>
        <w:rPr>
          <w:rFonts w:eastAsia="Nanum Gothic"/>
          <w:lang w:eastAsia="ko-KR"/>
        </w:rPr>
      </w:pPr>
      <w:r>
        <w:rPr>
          <w:rFonts w:ascii="Nanum Gothic" w:eastAsia="Nanum Gothic" w:hAnsi="Nanum Gothic" w:cs="Nanum Gothic" w:hint="eastAsia"/>
          <w:b/>
          <w:color w:val="024AD8"/>
          <w:sz w:val="24"/>
          <w:lang w:eastAsia="ko-KR"/>
        </w:rPr>
        <w:t>3.1.3.3</w:t>
      </w:r>
      <w:r w:rsidR="00000000">
        <w:rPr>
          <w:rFonts w:ascii="Nanum Gothic" w:eastAsia="Nanum Gothic" w:hAnsi="Nanum Gothic" w:cs="Nanum Gothic"/>
          <w:b/>
          <w:color w:val="024AD8"/>
          <w:sz w:val="24"/>
          <w:lang w:eastAsia="ko-KR"/>
        </w:rPr>
        <w:t/>
      </w:r>
      <w:r>
        <w:rPr>
          <w:rFonts w:ascii="Nanum Gothic" w:eastAsia="Nanum Gothic" w:hAnsi="Nanum Gothic" w:cs="Nanum Gothic" w:hint="eastAsia"/>
          <w:b/>
          <w:color w:val="024AD8"/>
          <w:sz w:val="24"/>
          <w:lang w:eastAsia="ko-KR"/>
        </w:rPr>
        <w:t/>
      </w:r>
      <w:r w:rsidR="00000000">
        <w:rPr>
          <w:rFonts w:ascii="Nanum Gothic" w:eastAsia="Nanum Gothic" w:hAnsi="Nanum Gothic" w:cs="Nanum Gothic"/>
          <w:b/>
          <w:color w:val="024AD8"/>
          <w:sz w:val="24"/>
          <w:lang w:eastAsia="ko-KR"/>
        </w:rPr>
        <w:t> 대표 사례</w:t>
      </w:r>
    </w:p>
    <w:tbl>
      <w:tblPr>
        <w:tblStyle w:val="af9"/>
        <w:tblW w:w="0" w:type="auto"/>
        <w:tblLook w:val="04A0" w:firstRow="1" w:lastRow="0" w:firstColumn="1" w:lastColumn="0" w:noHBand="0" w:noVBand="1"/>
      </w:tblPr>
      <w:tblGrid>
        <w:gridCol w:w="3024"/>
        <w:gridCol w:w="3024"/>
        <w:gridCol w:w="3024"/>
      </w:tblGrid>
      <w:tr w:rsidR="00226CAC" w14:paraId="3C160D87" w14:textId="77777777" w:rsidTr="008D4DEC">
        <w:tc>
          <w:tcPr>
            <w:tcW w:w="3024" w:type="dxa"/>
            <w:shd w:val="clear" w:color="auto" w:fill="024AD8"/>
          </w:tcPr>
          <w:p w14:paraId="298B3830" w14:textId="77777777" w:rsidR="00226CAC" w:rsidRDefault="00000000">
            <w:pPr>
              <w:spacing w:before="60" w:after="60"/>
            </w:pPr>
            <w:r>
              <w:rPr>
                <w:rFonts w:ascii="Nanum Gothic" w:eastAsia="Nanum Gothic" w:hAnsi="Nanum Gothic" w:cs="Nanum Gothic"/>
                <w:b/>
                <w:color w:val="FFFFFF"/>
                <w:sz w:val="20"/>
              </w:rPr>
              <w:t>제품</w:t>
            </w:r>
          </w:p>
        </w:tc>
        <w:tc>
          <w:tcPr>
            <w:tcW w:w="3024" w:type="dxa"/>
            <w:shd w:val="clear" w:color="auto" w:fill="024AD8"/>
          </w:tcPr>
          <w:p w14:paraId="5CF76406" w14:textId="77777777" w:rsidR="00226CAC" w:rsidRDefault="00000000">
            <w:pPr>
              <w:spacing w:before="60" w:after="60"/>
            </w:pPr>
            <w:r>
              <w:rPr>
                <w:rFonts w:ascii="Nanum Gothic" w:eastAsia="Nanum Gothic" w:hAnsi="Nanum Gothic" w:cs="Nanum Gothic"/>
                <w:b/>
                <w:color w:val="FFFFFF"/>
                <w:sz w:val="20"/>
              </w:rPr>
              <w:t>특징</w:t>
            </w:r>
          </w:p>
        </w:tc>
        <w:tc>
          <w:tcPr>
            <w:tcW w:w="3024" w:type="dxa"/>
            <w:shd w:val="clear" w:color="auto" w:fill="024AD8"/>
          </w:tcPr>
          <w:p w14:paraId="19C52B2D" w14:textId="77777777" w:rsidR="00226CAC" w:rsidRDefault="00000000">
            <w:pPr>
              <w:spacing w:before="60" w:after="60"/>
            </w:pPr>
            <w:r>
              <w:rPr>
                <w:rFonts w:ascii="Nanum Gothic" w:eastAsia="Nanum Gothic" w:hAnsi="Nanum Gothic" w:cs="Nanum Gothic"/>
                <w:b/>
                <w:color w:val="FFFFFF"/>
                <w:sz w:val="20"/>
              </w:rPr>
              <w:t>활용 맥락</w:t>
            </w:r>
          </w:p>
        </w:tc>
      </w:tr>
      <w:tr w:rsidR="00226CAC" w14:paraId="3757EBB9" w14:textId="77777777" w:rsidTr="008D4DEC">
        <w:tc>
          <w:tcPr>
            <w:tcW w:w="3024" w:type="dxa"/>
          </w:tcPr>
          <w:p w14:paraId="3511C604" w14:textId="77777777" w:rsidR="00226CAC" w:rsidRDefault="00000000">
            <w:pPr>
              <w:spacing w:before="60" w:after="60"/>
            </w:pPr>
            <w:r>
              <w:rPr>
                <w:rFonts w:ascii="Nanum Gothic" w:eastAsia="Nanum Gothic" w:hAnsi="Nanum Gothic" w:cs="Nanum Gothic"/>
                <w:b/>
                <w:color w:val="1A1A1A"/>
                <w:sz w:val="20"/>
              </w:rPr>
              <w:t>OpenAI Operator</w:t>
            </w:r>
          </w:p>
        </w:tc>
        <w:tc>
          <w:tcPr>
            <w:tcW w:w="3024" w:type="dxa"/>
          </w:tcPr>
          <w:p w14:paraId="05E6565B"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웹 브라우저를 직접 조작해 예약·주문·검색 실행</w:t>
            </w:r>
          </w:p>
        </w:tc>
        <w:tc>
          <w:tcPr>
            <w:tcW w:w="3024" w:type="dxa"/>
          </w:tcPr>
          <w:p w14:paraId="708B9ECC" w14:textId="77777777" w:rsidR="00226CAC" w:rsidRDefault="00000000">
            <w:pPr>
              <w:spacing w:before="60" w:after="60"/>
            </w:pPr>
            <w:r>
              <w:rPr>
                <w:rFonts w:ascii="Nanum Gothic" w:eastAsia="Nanum Gothic" w:hAnsi="Nanum Gothic" w:cs="Nanum Gothic"/>
                <w:color w:val="1A1A1A"/>
                <w:sz w:val="20"/>
              </w:rPr>
              <w:t>반복 행정 업무 자동화</w:t>
            </w:r>
          </w:p>
        </w:tc>
      </w:tr>
      <w:tr w:rsidR="00226CAC" w14:paraId="0FCD323A" w14:textId="77777777" w:rsidTr="008D4DEC">
        <w:tc>
          <w:tcPr>
            <w:tcW w:w="3024" w:type="dxa"/>
          </w:tcPr>
          <w:p w14:paraId="42FAFC89" w14:textId="77777777" w:rsidR="00226CAC" w:rsidRDefault="00000000">
            <w:pPr>
              <w:spacing w:before="60" w:after="60"/>
            </w:pPr>
            <w:r>
              <w:rPr>
                <w:rFonts w:ascii="Nanum Gothic" w:eastAsia="Nanum Gothic" w:hAnsi="Nanum Gothic" w:cs="Nanum Gothic"/>
                <w:b/>
                <w:color w:val="1A1A1A"/>
                <w:sz w:val="20"/>
              </w:rPr>
              <w:t>Claude (Tool Use)</w:t>
            </w:r>
          </w:p>
        </w:tc>
        <w:tc>
          <w:tcPr>
            <w:tcW w:w="3024" w:type="dxa"/>
          </w:tcPr>
          <w:p w14:paraId="31B6F5E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Anthropic 에이전트 — 코드 실행·검색·파일 처리</w:t>
            </w:r>
          </w:p>
        </w:tc>
        <w:tc>
          <w:tcPr>
            <w:tcW w:w="3024" w:type="dxa"/>
          </w:tcPr>
          <w:p w14:paraId="53055CFD" w14:textId="77777777" w:rsidR="00226CAC" w:rsidRDefault="00000000">
            <w:pPr>
              <w:spacing w:before="60" w:after="60"/>
            </w:pPr>
            <w:r>
              <w:rPr>
                <w:rFonts w:ascii="Nanum Gothic" w:eastAsia="Nanum Gothic" w:hAnsi="Nanum Gothic" w:cs="Nanum Gothic"/>
                <w:color w:val="1A1A1A"/>
                <w:sz w:val="20"/>
              </w:rPr>
              <w:t>개발·분석 자동화</w:t>
            </w:r>
          </w:p>
        </w:tc>
      </w:tr>
      <w:tr w:rsidR="00226CAC" w14:paraId="47CA4DA0" w14:textId="77777777" w:rsidTr="008D4DEC">
        <w:tc>
          <w:tcPr>
            <w:tcW w:w="3024" w:type="dxa"/>
          </w:tcPr>
          <w:p w14:paraId="4E0C8627" w14:textId="77777777" w:rsidR="00226CAC" w:rsidRDefault="00000000">
            <w:pPr>
              <w:spacing w:before="60" w:after="60"/>
            </w:pPr>
            <w:r>
              <w:rPr>
                <w:rFonts w:ascii="Nanum Gothic" w:eastAsia="Nanum Gothic" w:hAnsi="Nanum Gothic" w:cs="Nanum Gothic"/>
                <w:b/>
                <w:color w:val="1A1A1A"/>
                <w:sz w:val="20"/>
              </w:rPr>
              <w:t>Cursor (AI IDE)</w:t>
            </w:r>
          </w:p>
        </w:tc>
        <w:tc>
          <w:tcPr>
            <w:tcW w:w="3024" w:type="dxa"/>
          </w:tcPr>
          <w:p w14:paraId="5183710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코드베이스 분석 → 자율 코딩·리팩토링</w:t>
            </w:r>
          </w:p>
        </w:tc>
        <w:tc>
          <w:tcPr>
            <w:tcW w:w="3024" w:type="dxa"/>
          </w:tcPr>
          <w:p w14:paraId="3A93810B" w14:textId="77777777" w:rsidR="00226CAC" w:rsidRDefault="00000000">
            <w:pPr>
              <w:spacing w:before="60" w:after="60"/>
            </w:pPr>
            <w:r>
              <w:rPr>
                <w:rFonts w:ascii="Nanum Gothic" w:eastAsia="Nanum Gothic" w:hAnsi="Nanum Gothic" w:cs="Nanum Gothic"/>
                <w:color w:val="1A1A1A"/>
                <w:sz w:val="20"/>
              </w:rPr>
              <w:t>개발자 업무 가속</w:t>
            </w:r>
          </w:p>
        </w:tc>
      </w:tr>
    </w:tbl>
    <w:p w14:paraId="763E011D" w14:textId="77777777" w:rsidR="00226CAC" w:rsidRDefault="00226CAC"/>
    <w:tbl>
      <w:tblPr>
        <w:tblStyle w:val="af9"/>
        <w:tblW w:w="0" w:type="auto"/>
        <w:tblLayout w:type="fixed"/>
        <w:tblLook w:val="04A0" w:firstRow="1" w:lastRow="0" w:firstColumn="1" w:lastColumn="0" w:noHBand="0" w:noVBand="1"/>
      </w:tblPr>
      <w:tblGrid>
        <w:gridCol w:w="400"/>
        <w:gridCol w:w="8672"/>
      </w:tblGrid>
      <w:tr w:rsidR="00226CAC" w14:paraId="1FA8C7D1" w14:textId="77777777">
        <w:tc>
          <w:tcPr>
            <w:tcW w:w="400" w:type="dxa"/>
            <w:shd w:val="clear" w:color="auto" w:fill="C05621"/>
          </w:tcPr>
          <w:p w14:paraId="43BD99DD" w14:textId="77777777" w:rsidR="00226CAC" w:rsidRDefault="00226CAC">
            <w:pPr>
              <w:spacing w:before="80" w:after="80"/>
            </w:pPr>
          </w:p>
        </w:tc>
        <w:tc>
          <w:tcPr>
            <w:tcW w:w="8672" w:type="dxa"/>
            <w:shd w:val="clear" w:color="auto" w:fill="FFF7E6"/>
          </w:tcPr>
          <w:p w14:paraId="5BC49584" w14:textId="77777777" w:rsidR="00226CAC" w:rsidRDefault="00000000">
            <w:pPr>
              <w:spacing w:before="80" w:after="80"/>
              <w:rPr>
                <w:rFonts w:eastAsia="Nanum Gothic"/>
                <w:lang w:eastAsia="ko-KR"/>
              </w:rPr>
            </w:pPr>
            <w:r>
              <w:rPr>
                <w:rFonts w:ascii="Nanum Gothic" w:eastAsia="Nanum Gothic" w:hAnsi="Nanum Gothic" w:cs="Nanum Gothic"/>
                <w:b/>
                <w:color w:val="C05621"/>
                <w:sz w:val="20"/>
                <w:lang w:eastAsia="ko-KR"/>
              </w:rPr>
              <w:t>⚠️ 주의</w:t>
            </w:r>
            <w:r>
              <w:rPr>
                <w:rFonts w:ascii="Apple SD Gothic Neo" w:eastAsia="Nanum Gothic" w:hAnsi="Apple SD Gothic Neo" w:cs="Apple SD Gothic Neo"/>
                <w:b/>
                <w:color w:val="C05621"/>
                <w:sz w:val="20"/>
                <w:lang w:eastAsia="ko-KR"/>
              </w:rPr>
              <w:br/>
            </w:r>
            <w:r>
              <w:rPr>
                <w:rFonts w:ascii="Nanum Gothic" w:eastAsia="Nanum Gothic" w:hAnsi="Nanum Gothic" w:cs="Nanum Gothic"/>
                <w:color w:val="1A1A1A"/>
                <w:sz w:val="20"/>
                <w:lang w:eastAsia="ko-KR"/>
              </w:rPr>
              <w:t xml:space="preserve">Agentic AI는 강력하지만, 현재 단계에서는 </w:t>
            </w:r>
            <w:r>
              <w:rPr>
                <w:rFonts w:ascii="Nanum Gothic" w:eastAsia="Nanum Gothic" w:hAnsi="Nanum Gothic" w:cs="Nanum Gothic"/>
                <w:b/>
                <w:color w:val="1A1A1A"/>
                <w:sz w:val="20"/>
                <w:lang w:eastAsia="ko-KR"/>
              </w:rPr>
              <w:t>감독 없이 완전 자동화</w:t>
            </w:r>
            <w:r>
              <w:rPr>
                <w:rFonts w:ascii="Nanum Gothic" w:eastAsia="Nanum Gothic" w:hAnsi="Nanum Gothic" w:cs="Nanum Gothic"/>
                <w:color w:val="1A1A1A"/>
                <w:sz w:val="20"/>
                <w:lang w:eastAsia="ko-KR"/>
              </w:rPr>
              <w:t>는 높은 오류율을 가집니다. AI가 만든 결과물은 반드시 검토하세요.</w:t>
            </w:r>
          </w:p>
        </w:tc>
      </w:tr>
    </w:tbl>
    <w:p w14:paraId="29064EC1" w14:textId="77777777" w:rsidR="00226CAC" w:rsidRDefault="00226CAC">
      <w:pPr>
        <w:rPr>
          <w:rFonts w:eastAsia="Nanum Gothic"/>
          <w:lang w:eastAsia="ko-KR"/>
        </w:rPr>
      </w:pPr>
    </w:p>
    <w:p w14:paraId="720813EF" w14:textId="21ADA501" w:rsidR="00226CAC" w:rsidRDefault="00483706">
      <w:pPr>
        <w:spacing w:before="160" w:after="40"/>
        <w:rPr>
          <w:rFonts w:eastAsia="Nanum Gothic"/>
          <w:lang w:eastAsia="ko-KR"/>
        </w:rPr>
      </w:pPr>
      <w:r>
        <w:rPr>
          <w:rFonts w:ascii="Nanum Gothic" w:eastAsia="Nanum Gothic" w:hAnsi="Nanum Gothic" w:cs="Nanum Gothic" w:hint="eastAsia"/>
          <w:b/>
          <w:color w:val="024AD8"/>
          <w:sz w:val="24"/>
          <w:lang w:eastAsia="ko-KR"/>
        </w:rPr>
        <w:t>3.1.3.4</w:t>
      </w:r>
      <w:r w:rsidR="00000000">
        <w:rPr>
          <w:rFonts w:ascii="Nanum Gothic" w:eastAsia="Nanum Gothic" w:hAnsi="Nanum Gothic" w:cs="Nanum Gothic"/>
          <w:b/>
          <w:color w:val="024AD8"/>
          <w:sz w:val="24"/>
          <w:lang w:eastAsia="ko-KR"/>
        </w:rPr>
        <w:t/>
      </w:r>
      <w:r>
        <w:rPr>
          <w:rFonts w:ascii="Nanum Gothic" w:eastAsia="Nanum Gothic" w:hAnsi="Nanum Gothic" w:cs="Nanum Gothic" w:hint="eastAsia"/>
          <w:b/>
          <w:color w:val="024AD8"/>
          <w:sz w:val="24"/>
          <w:lang w:eastAsia="ko-KR"/>
        </w:rPr>
        <w:t/>
      </w:r>
      <w:r w:rsidR="00000000">
        <w:rPr>
          <w:rFonts w:ascii="Nanum Gothic" w:eastAsia="Nanum Gothic" w:hAnsi="Nanum Gothic" w:cs="Nanum Gothic"/>
          <w:b/>
          <w:color w:val="024AD8"/>
          <w:sz w:val="24"/>
          <w:lang w:eastAsia="ko-KR"/>
        </w:rPr>
        <w:t> 직무별 Agentic AI 활용 시나리오</w:t>
      </w:r>
    </w:p>
    <w:p w14:paraId="3AF19F27"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개발자 직무</w:t>
      </w:r>
      <w:r>
        <w:rPr>
          <w:rFonts w:ascii="Nanum Gothic" w:eastAsia="Nanum Gothic" w:hAnsi="Nanum Gothic" w:cs="Nanum Gothic"/>
          <w:color w:val="1A1A1A"/>
          <w:sz w:val="20"/>
          <w:lang w:eastAsia="ko-KR"/>
        </w:rPr>
        <w:t>: "Pull Request 코드 리뷰 자동화" — Cursor 또는 GitHub Copilot으로 코드 변경 사항 분석 → 잠재 버그 탐지 → 개선 제안 → PR 코멘트 자동 작성. 사람이 최종 검토 후 승인.</w:t>
      </w:r>
    </w:p>
    <w:p w14:paraId="62736139"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기획자 직무</w:t>
      </w:r>
      <w:r>
        <w:rPr>
          <w:rFonts w:ascii="Nanum Gothic" w:eastAsia="Nanum Gothic" w:hAnsi="Nanum Gothic" w:cs="Nanum Gothic"/>
          <w:color w:val="1A1A1A"/>
          <w:sz w:val="20"/>
          <w:lang w:eastAsia="ko-KR"/>
        </w:rPr>
        <w:t>: "경쟁사 동향 리포트 자동화" — Agentic AI가 주 1회 경쟁사 공개 발표 검색 → 핵심 변경사항 요약 → 슬라이드 초안 생성. 기획자는 인사이트 해석에 집중.</w:t>
      </w:r>
    </w:p>
    <w:p w14:paraId="7F65C189" w14:textId="147E345A"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마케터 직무</w:t>
      </w:r>
      <w:r>
        <w:rPr>
          <w:rFonts w:ascii="Nanum Gothic" w:eastAsia="Nanum Gothic" w:hAnsi="Nanum Gothic" w:cs="Nanum Gothic"/>
          <w:color w:val="1A1A1A"/>
          <w:sz w:val="20"/>
          <w:lang w:eastAsia="ko-KR"/>
        </w:rPr>
        <w:t>: "캠페인 성과 분석 자동화" — G</w:t>
      </w:r>
      <w:r w:rsidR="005079A6">
        <w:rPr>
          <w:rFonts w:ascii="Nanum Gothic" w:eastAsia="Nanum Gothic" w:hAnsi="Nanum Gothic" w:cs="Nanum Gothic"/>
          <w:color w:val="1A1A1A"/>
          <w:sz w:val="20"/>
          <w:lang w:eastAsia="ko-KR"/>
        </w:rPr>
        <w:t xml:space="preserve">oogle </w:t>
      </w:r>
      <w:r>
        <w:rPr>
          <w:rFonts w:ascii="Nanum Gothic" w:eastAsia="Nanum Gothic" w:hAnsi="Nanum Gothic" w:cs="Nanum Gothic"/>
          <w:color w:val="1A1A1A"/>
          <w:sz w:val="20"/>
          <w:lang w:eastAsia="ko-KR"/>
        </w:rPr>
        <w:t>A</w:t>
      </w:r>
      <w:r w:rsidR="005079A6">
        <w:rPr>
          <w:rFonts w:ascii="Nanum Gothic" w:eastAsia="Nanum Gothic" w:hAnsi="Nanum Gothic" w:cs="Nanum Gothic"/>
          <w:color w:val="1A1A1A"/>
          <w:sz w:val="20"/>
          <w:lang w:eastAsia="ko-KR"/>
        </w:rPr>
        <w:t>nal</w:t>
      </w:r>
      <w:r w:rsidR="001C5151">
        <w:rPr>
          <w:rFonts w:ascii="Nanum Gothic" w:eastAsia="Nanum Gothic" w:hAnsi="Nanum Gothic" w:cs="Nanum Gothic"/>
          <w:color w:val="1A1A1A"/>
          <w:sz w:val="20"/>
          <w:lang w:eastAsia="ko-KR"/>
        </w:rPr>
        <w:t>ytics</w:t>
      </w:r>
      <w:r>
        <w:rPr>
          <w:rFonts w:ascii="Nanum Gothic" w:eastAsia="Nanum Gothic" w:hAnsi="Nanum Gothic" w:cs="Nanum Gothic"/>
          <w:color w:val="1A1A1A"/>
          <w:sz w:val="20"/>
          <w:lang w:eastAsia="ko-KR"/>
        </w:rPr>
        <w:t>·광고 플랫폼 API 연동, 일별 성과 수집 → 주간 보고서 초안 자동 생성. 마케터는 전략 판단에 집중.</w:t>
      </w:r>
    </w:p>
    <w:tbl>
      <w:tblPr>
        <w:tblStyle w:val="af9"/>
        <w:tblW w:w="0" w:type="auto"/>
        <w:tblLayout w:type="fixed"/>
        <w:tblLook w:val="04A0" w:firstRow="1" w:lastRow="0" w:firstColumn="1" w:lastColumn="0" w:noHBand="0" w:noVBand="1"/>
      </w:tblPr>
      <w:tblGrid>
        <w:gridCol w:w="400"/>
        <w:gridCol w:w="8672"/>
      </w:tblGrid>
      <w:tr w:rsidR="00226CAC" w14:paraId="700F69DC" w14:textId="77777777">
        <w:tc>
          <w:tcPr>
            <w:tcW w:w="400" w:type="dxa"/>
            <w:shd w:val="clear" w:color="auto" w:fill="6B46C1"/>
          </w:tcPr>
          <w:p w14:paraId="7DBEB24E" w14:textId="77777777" w:rsidR="00226CAC" w:rsidRDefault="00226CAC">
            <w:pPr>
              <w:spacing w:before="80" w:after="80"/>
              <w:rPr>
                <w:rFonts w:eastAsia="Nanum Gothic"/>
                <w:lang w:eastAsia="ko-KR"/>
              </w:rPr>
            </w:pPr>
          </w:p>
        </w:tc>
        <w:tc>
          <w:tcPr>
            <w:tcW w:w="8672" w:type="dxa"/>
            <w:shd w:val="clear" w:color="auto" w:fill="F3EEFB"/>
          </w:tcPr>
          <w:p w14:paraId="17CB5F30" w14:textId="7777777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내 업무 중 반복적으로 여러 단계를 실행하는 작업이 있다면? Agentic AI가 자동화할 수 있는 단계와 사람이 반드시 해야 하는 단계를 구분해보세요.</w:t>
            </w:r>
          </w:p>
        </w:tc>
      </w:tr>
    </w:tbl>
    <w:p w14:paraId="1A5D0A52" w14:textId="77777777" w:rsidR="00226CAC" w:rsidRDefault="00226CAC">
      <w:pPr>
        <w:rPr>
          <w:rFonts w:eastAsia="Nanum Gothic"/>
          <w:lang w:eastAsia="ko-KR"/>
        </w:rPr>
      </w:pPr>
    </w:p>
    <w:p w14:paraId="7E61A6C1" w14:textId="18579335" w:rsidR="00226CAC" w:rsidRDefault="00483706">
      <w:pPr>
        <w:spacing w:before="200" w:after="40"/>
        <w:rPr>
          <w:rFonts w:eastAsia="Nanum Gothic"/>
          <w:lang w:eastAsia="ko-KR"/>
        </w:rPr>
      </w:pPr>
      <w:r>
        <w:rPr>
          <w:rFonts w:ascii="Nanum Gothic" w:eastAsia="Nanum Gothic" w:hAnsi="Nanum Gothic" w:cs="Nanum Gothic" w:hint="eastAsia"/>
          <w:b/>
          <w:color w:val="024AD8"/>
          <w:sz w:val="28"/>
          <w:lang w:eastAsia="ko-KR"/>
        </w:rPr>
        <w:t>3.1.4</w:t>
      </w:r>
      <w:r w:rsidR="00000000">
        <w:rPr>
          <w:rFonts w:ascii="Nanum Gothic" w:eastAsia="Nanum Gothic" w:hAnsi="Nanum Gothic" w:cs="Nanum Gothic"/>
          <w:b/>
          <w:color w:val="024AD8"/>
          <w:sz w:val="28"/>
          <w:lang w:eastAsia="ko-KR"/>
        </w:rPr>
        <w:t> Vertical AI — "특정 분야를 깊게 아는 AI"</w:t>
      </w:r>
    </w:p>
    <w:p w14:paraId="03473872" w14:textId="54484A58" w:rsidR="00226CAC" w:rsidRDefault="00483706">
      <w:pPr>
        <w:spacing w:before="160" w:after="40"/>
        <w:rPr>
          <w:rFonts w:eastAsia="Nanum Gothic"/>
          <w:lang w:eastAsia="ko-KR"/>
        </w:rPr>
      </w:pPr>
      <w:r>
        <w:rPr>
          <w:rFonts w:ascii="Nanum Gothic" w:eastAsia="Nanum Gothic" w:hAnsi="Nanum Gothic" w:cs="Nanum Gothic" w:hint="eastAsia"/>
          <w:b/>
          <w:color w:val="024AD8"/>
          <w:sz w:val="24"/>
          <w:lang w:eastAsia="ko-KR"/>
        </w:rPr>
        <w:t>3.1.4.1</w:t>
      </w:r>
      <w:r w:rsidR="00000000">
        <w:rPr>
          <w:rFonts w:ascii="Nanum Gothic" w:eastAsia="Nanum Gothic" w:hAnsi="Nanum Gothic" w:cs="Nanum Gothic"/>
          <w:b/>
          <w:color w:val="024AD8"/>
          <w:sz w:val="24"/>
          <w:lang w:eastAsia="ko-KR"/>
        </w:rPr>
        <w:t/>
      </w:r>
      <w:r>
        <w:rPr>
          <w:rFonts w:ascii="Nanum Gothic" w:eastAsia="Nanum Gothic" w:hAnsi="Nanum Gothic" w:cs="Nanum Gothic" w:hint="eastAsia"/>
          <w:b/>
          <w:color w:val="024AD8"/>
          <w:sz w:val="24"/>
          <w:lang w:eastAsia="ko-KR"/>
        </w:rPr>
        <w:t/>
      </w:r>
      <w:r w:rsidR="00000000">
        <w:rPr>
          <w:rFonts w:ascii="Nanum Gothic" w:eastAsia="Nanum Gothic" w:hAnsi="Nanum Gothic" w:cs="Nanum Gothic"/>
          <w:b/>
          <w:color w:val="024AD8"/>
          <w:sz w:val="24"/>
          <w:lang w:eastAsia="ko-KR"/>
        </w:rPr>
        <w:t> 개념 이해: 범용 LLM과 무엇이 다른가</w:t>
      </w:r>
    </w:p>
    <w:p w14:paraId="5E4D2A5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일반 LLM(예: ChatGPT, Gemini)은 광범위한 분야를 알지만, 특정 도메인의 </w:t>
      </w:r>
      <w:r>
        <w:rPr>
          <w:rFonts w:ascii="Nanum Gothic" w:eastAsia="Nanum Gothic" w:hAnsi="Nanum Gothic" w:cs="Nanum Gothic"/>
          <w:b/>
          <w:color w:val="1A1A1A"/>
          <w:sz w:val="20"/>
          <w:lang w:eastAsia="ko-KR"/>
        </w:rPr>
        <w:t>정밀한 판단</w:t>
      </w:r>
      <w:r>
        <w:rPr>
          <w:rFonts w:ascii="Nanum Gothic" w:eastAsia="Nanum Gothic" w:hAnsi="Nanum Gothic" w:cs="Nanum Gothic"/>
          <w:color w:val="1A1A1A"/>
          <w:sz w:val="20"/>
          <w:lang w:eastAsia="ko-KR"/>
        </w:rPr>
        <w:t>에는 한계가 있습니다.</w:t>
      </w:r>
    </w:p>
    <w:p w14:paraId="515DCC35"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범용 LLM 한계 사례</w:t>
      </w:r>
      <w:r>
        <w:rPr>
          <w:rFonts w:ascii="Nanum Gothic" w:eastAsia="Nanum Gothic" w:hAnsi="Nanum Gothic" w:cs="Nanum Gothic"/>
          <w:color w:val="1A1A1A"/>
          <w:sz w:val="20"/>
          <w:lang w:eastAsia="ko-KR"/>
        </w:rPr>
        <w:t>:</w:t>
      </w:r>
    </w:p>
    <w:p w14:paraId="166FE91E"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"이 법률 계약서의 위험 조항을 찾아줘" → 법률 용어 정의 수준의 답변</w:t>
      </w:r>
    </w:p>
    <w:p w14:paraId="5E4EF1E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"이 의료 차트에서 이상 소견을 찾아줘" → 일반적 의료 지식 수준의 답변</w:t>
      </w:r>
    </w:p>
    <w:p w14:paraId="15A2E1C5"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Vertical AI의 접근</w:t>
      </w:r>
      <w:r>
        <w:rPr>
          <w:rFonts w:ascii="Nanum Gothic" w:eastAsia="Nanum Gothic" w:hAnsi="Nanum Gothic" w:cs="Nanum Gothic"/>
          <w:color w:val="1A1A1A"/>
          <w:sz w:val="20"/>
          <w:lang w:eastAsia="ko-KR"/>
        </w:rPr>
        <w:t>:</w:t>
      </w:r>
    </w:p>
    <w:p w14:paraId="24BBF48C"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해당 도메인의 방대한 데이터로 추가 학습(Fine-tuning) 또는</w:t>
      </w:r>
    </w:p>
    <w:p w14:paraId="59A15841"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lastRenderedPageBreak/>
        <w:t>• 실시간으로 도메인 지식 데이터베이스를 검색(RAG)</w:t>
      </w:r>
    </w:p>
    <w:tbl>
      <w:tblPr>
        <w:tblStyle w:val="af9"/>
        <w:tblW w:w="0" w:type="auto"/>
        <w:tblLayout w:type="fixed"/>
        <w:tblLook w:val="04A0" w:firstRow="1" w:lastRow="0" w:firstColumn="1" w:lastColumn="0" w:noHBand="0" w:noVBand="1"/>
      </w:tblPr>
      <w:tblGrid>
        <w:gridCol w:w="400"/>
        <w:gridCol w:w="8672"/>
      </w:tblGrid>
      <w:tr w:rsidR="00226CAC" w14:paraId="0815C74D" w14:textId="77777777">
        <w:tc>
          <w:tcPr>
            <w:tcW w:w="400" w:type="dxa"/>
            <w:shd w:val="clear" w:color="auto" w:fill="0F9D8C"/>
          </w:tcPr>
          <w:p w14:paraId="1DC394B3" w14:textId="77777777" w:rsidR="00226CAC" w:rsidRDefault="00226CAC">
            <w:pPr>
              <w:spacing w:before="80" w:after="80"/>
              <w:rPr>
                <w:rFonts w:eastAsia="Nanum Gothic"/>
                <w:lang w:eastAsia="ko-KR"/>
              </w:rPr>
            </w:pPr>
          </w:p>
        </w:tc>
        <w:tc>
          <w:tcPr>
            <w:tcW w:w="8672" w:type="dxa"/>
            <w:shd w:val="clear" w:color="auto" w:fill="E6F7F4"/>
          </w:tcPr>
          <w:p w14:paraId="732C5DC2" w14:textId="77777777" w:rsidR="00226CAC" w:rsidRDefault="00000000">
            <w:pPr>
              <w:spacing w:before="80" w:after="80"/>
              <w:rPr>
                <w:rFonts w:eastAsia="Nanum Gothic"/>
                <w:lang w:eastAsia="ko-KR"/>
              </w:rPr>
            </w:pPr>
            <w:r>
              <w:rPr>
                <w:rFonts w:ascii="Nanum Gothic" w:eastAsia="Nanum Gothic" w:hAnsi="Nanum Gothic" w:cs="Nanum Gothic"/>
                <w:b/>
                <w:color w:val="0F9D8C"/>
                <w:sz w:val="20"/>
                <w:lang w:eastAsia="ko-KR"/>
              </w:rPr>
              <w:t>💡 비유</w:t>
            </w:r>
            <w:r>
              <w:rPr>
                <w:rFonts w:ascii="Apple SD Gothic Neo" w:eastAsia="Nanum Gothic" w:hAnsi="Apple SD Gothic Neo" w:cs="Apple SD Gothic Neo"/>
                <w:b/>
                <w:color w:val="0F9D8C"/>
                <w:sz w:val="20"/>
                <w:lang w:eastAsia="ko-KR"/>
              </w:rPr>
              <w:br/>
            </w:r>
            <w:r>
              <w:rPr>
                <w:rFonts w:ascii="Nanum Gothic" w:eastAsia="Nanum Gothic" w:hAnsi="Nanum Gothic" w:cs="Nanum Gothic"/>
                <w:color w:val="1A1A1A"/>
                <w:sz w:val="20"/>
                <w:lang w:eastAsia="ko-KR"/>
              </w:rPr>
              <w:t>범용 RDBMS(PostgreSQL)와 도메인 특화 DB의 차이와 유사합니다. PostgreSQL은 무엇이든 담을 수 있지만, TimescaleDB(시계열)나 PostGIS(지리정보)는 해당 도메인에서 훨씬 효율적입니다. 같은 기반 기술에서 출발해 특화 방향을 선택하는 것입니다.</w:t>
            </w:r>
          </w:p>
        </w:tc>
      </w:tr>
    </w:tbl>
    <w:p w14:paraId="468B9722" w14:textId="77777777" w:rsidR="00226CAC" w:rsidRDefault="00226CAC">
      <w:pPr>
        <w:rPr>
          <w:rFonts w:eastAsia="Nanum Gothic"/>
          <w:lang w:eastAsia="ko-KR"/>
        </w:rPr>
      </w:pPr>
    </w:p>
    <w:p w14:paraId="7431DC19" w14:textId="35A2F125" w:rsidR="00226CAC" w:rsidRDefault="001C5151">
      <w:pPr>
        <w:spacing w:before="160" w:after="40"/>
        <w:rPr>
          <w:rFonts w:eastAsia="Nanum Gothic"/>
          <w:lang w:eastAsia="ko-KR"/>
        </w:rPr>
      </w:pPr>
      <w:r>
        <w:rPr>
          <w:rFonts w:ascii="Nanum Gothic" w:eastAsia="Nanum Gothic" w:hAnsi="Nanum Gothic" w:cs="Nanum Gothic"/>
          <w:b/>
          <w:color w:val="024AD8"/>
          <w:sz w:val="24"/>
          <w:lang w:eastAsia="ko-KR"/>
        </w:rPr>
        <w:t>3.1.4.2</w:t>
      </w:r>
      <w:r w:rsidR="00000000">
        <w:rPr>
          <w:rFonts w:ascii="Nanum Gothic" w:eastAsia="Nanum Gothic" w:hAnsi="Nanum Gothic" w:cs="Nanum Gothic"/>
          <w:b/>
          <w:color w:val="024AD8"/>
          <w:sz w:val="24"/>
          <w:lang w:eastAsia="ko-KR"/>
        </w:rPr>
        <w:t/>
      </w:r>
      <w:r>
        <w:rPr>
          <w:rFonts w:ascii="Nanum Gothic" w:eastAsia="Nanum Gothic" w:hAnsi="Nanum Gothic" w:cs="Nanum Gothic"/>
          <w:b/>
          <w:color w:val="024AD8"/>
          <w:sz w:val="24"/>
          <w:lang w:eastAsia="ko-KR"/>
        </w:rPr>
        <w:t/>
      </w:r>
      <w:r w:rsidR="00000000">
        <w:rPr>
          <w:rFonts w:ascii="Nanum Gothic" w:eastAsia="Nanum Gothic" w:hAnsi="Nanum Gothic" w:cs="Nanum Gothic"/>
          <w:b/>
          <w:color w:val="024AD8"/>
          <w:sz w:val="24"/>
          <w:lang w:eastAsia="ko-KR"/>
        </w:rPr>
        <w:t> 핵심 기술: Fine-tuning vs RAG</w:t>
      </w:r>
    </w:p>
    <w:p w14:paraId="37D5A8BD" w14:textId="5DD4E30E"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Fine-tuning (파인튜닝</w:t>
      </w:r>
      <w:r w:rsidR="001C5151">
        <w:rPr>
          <w:rFonts w:ascii="Nanum Gothic" w:eastAsia="Nanum Gothic" w:hAnsi="Nanum Gothic" w:cs="Nanum Gothic"/>
          <w:b/>
          <w:color w:val="1A1A1A"/>
          <w:sz w:val="20"/>
          <w:lang w:eastAsia="ko-KR"/>
        </w:rPr>
        <w:t xml:space="preserve"> – </w:t>
      </w:r>
      <w:r w:rsidR="001C5151">
        <w:rPr>
          <w:rFonts w:ascii="Nanum Gothic" w:eastAsia="Nanum Gothic" w:hAnsi="Nanum Gothic" w:cs="Nanum Gothic" w:hint="eastAsia"/>
          <w:b/>
          <w:color w:val="1A1A1A"/>
          <w:sz w:val="20"/>
          <w:lang w:eastAsia="ko-KR"/>
        </w:rPr>
        <w:t>미세조정</w:t>
      </w:r>
      <w:r>
        <w:rPr>
          <w:rFonts w:ascii="Nanum Gothic" w:eastAsia="Nanum Gothic" w:hAnsi="Nanum Gothic" w:cs="Nanum Gothic"/>
          <w:b/>
          <w:color w:val="1A1A1A"/>
          <w:sz w:val="20"/>
          <w:lang w:eastAsia="ko-KR"/>
        </w:rPr>
        <w:t>)</w:t>
      </w:r>
    </w:p>
    <w:p w14:paraId="1AB725AA" w14:textId="45BAE37C"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기존 LLM의 파라미터를 도메인 데이터로 추가 학습. 쉽게 말하면: "일반 의사에게 특정 병원의 진료 기록 10만 건을 추가로 공부시키는 것."</w:t>
      </w:r>
    </w:p>
    <w:tbl>
      <w:tblPr>
        <w:tblStyle w:val="af9"/>
        <w:tblW w:w="0" w:type="auto"/>
        <w:tblLook w:val="04A0" w:firstRow="1" w:lastRow="0" w:firstColumn="1" w:lastColumn="0" w:noHBand="0" w:noVBand="1"/>
      </w:tblPr>
      <w:tblGrid>
        <w:gridCol w:w="4536"/>
        <w:gridCol w:w="4536"/>
      </w:tblGrid>
      <w:tr w:rsidR="00226CAC" w14:paraId="353F3A07" w14:textId="77777777" w:rsidTr="001C5151">
        <w:tc>
          <w:tcPr>
            <w:tcW w:w="4536" w:type="dxa"/>
            <w:shd w:val="clear" w:color="auto" w:fill="024AD8"/>
          </w:tcPr>
          <w:p w14:paraId="7F2CBDC6" w14:textId="77777777" w:rsidR="00226CAC" w:rsidRDefault="00000000">
            <w:pPr>
              <w:spacing w:before="60" w:after="60"/>
            </w:pPr>
            <w:r>
              <w:rPr>
                <w:rFonts w:ascii="Nanum Gothic" w:eastAsia="Nanum Gothic" w:hAnsi="Nanum Gothic" w:cs="Nanum Gothic"/>
                <w:b/>
                <w:color w:val="FFFFFF"/>
                <w:sz w:val="20"/>
              </w:rPr>
              <w:t>장점</w:t>
            </w:r>
          </w:p>
        </w:tc>
        <w:tc>
          <w:tcPr>
            <w:tcW w:w="4536" w:type="dxa"/>
            <w:shd w:val="clear" w:color="auto" w:fill="024AD8"/>
          </w:tcPr>
          <w:p w14:paraId="72795F05" w14:textId="77777777" w:rsidR="00226CAC" w:rsidRDefault="00000000">
            <w:pPr>
              <w:spacing w:before="60" w:after="60"/>
            </w:pPr>
            <w:r>
              <w:rPr>
                <w:rFonts w:ascii="Nanum Gothic" w:eastAsia="Nanum Gothic" w:hAnsi="Nanum Gothic" w:cs="Nanum Gothic"/>
                <w:b/>
                <w:color w:val="FFFFFF"/>
                <w:sz w:val="20"/>
              </w:rPr>
              <w:t>단점</w:t>
            </w:r>
          </w:p>
        </w:tc>
      </w:tr>
      <w:tr w:rsidR="00226CAC" w14:paraId="28654442" w14:textId="77777777" w:rsidTr="001C5151">
        <w:tc>
          <w:tcPr>
            <w:tcW w:w="4536" w:type="dxa"/>
          </w:tcPr>
          <w:p w14:paraId="55A1F81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응답 스타일·형식 커스터마이징 가능</w:t>
            </w:r>
          </w:p>
        </w:tc>
        <w:tc>
          <w:tcPr>
            <w:tcW w:w="4536" w:type="dxa"/>
          </w:tcPr>
          <w:p w14:paraId="41B719CA" w14:textId="3B4072FD"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학습 비용 </w:t>
            </w:r>
            <w:r w:rsidR="001C5151">
              <w:rPr>
                <w:rFonts w:ascii="Nanum Gothic" w:eastAsia="Nanum Gothic" w:hAnsi="Nanum Gothic" w:cs="Nanum Gothic" w:hint="eastAsia"/>
                <w:color w:val="1A1A1A"/>
                <w:sz w:val="20"/>
                <w:lang w:eastAsia="ko-KR"/>
              </w:rPr>
              <w:t>높음</w:t>
            </w:r>
            <w:r>
              <w:rPr>
                <w:rFonts w:ascii="Nanum Gothic" w:eastAsia="Nanum Gothic" w:hAnsi="Nanum Gothic" w:cs="Nanum Gothic"/>
                <w:color w:val="1A1A1A"/>
                <w:sz w:val="20"/>
                <w:lang w:eastAsia="ko-KR"/>
              </w:rPr>
              <w:t xml:space="preserve"> (GPU 시간·데이터 준비)</w:t>
            </w:r>
          </w:p>
        </w:tc>
      </w:tr>
      <w:tr w:rsidR="00226CAC" w14:paraId="29B9D41B" w14:textId="77777777" w:rsidTr="001C5151">
        <w:tc>
          <w:tcPr>
            <w:tcW w:w="4536" w:type="dxa"/>
          </w:tcPr>
          <w:p w14:paraId="4FF864B4" w14:textId="77777777" w:rsidR="00226CAC" w:rsidRDefault="00000000">
            <w:pPr>
              <w:spacing w:before="60" w:after="60"/>
            </w:pPr>
            <w:r>
              <w:rPr>
                <w:rFonts w:ascii="Nanum Gothic" w:eastAsia="Nanum Gothic" w:hAnsi="Nanum Gothic" w:cs="Nanum Gothic"/>
                <w:color w:val="1A1A1A"/>
                <w:sz w:val="20"/>
              </w:rPr>
              <w:t>빠른 추론 속도</w:t>
            </w:r>
          </w:p>
        </w:tc>
        <w:tc>
          <w:tcPr>
            <w:tcW w:w="4536" w:type="dxa"/>
          </w:tcPr>
          <w:p w14:paraId="073C273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새로운 정보 반영 느림 (재학습 필요)</w:t>
            </w:r>
          </w:p>
        </w:tc>
      </w:tr>
      <w:tr w:rsidR="00226CAC" w14:paraId="491912DE" w14:textId="77777777" w:rsidTr="001C5151">
        <w:tc>
          <w:tcPr>
            <w:tcW w:w="4536" w:type="dxa"/>
          </w:tcPr>
          <w:p w14:paraId="590AE932" w14:textId="77777777" w:rsidR="00226CAC" w:rsidRDefault="00000000">
            <w:pPr>
              <w:spacing w:before="60" w:after="60"/>
            </w:pPr>
            <w:r>
              <w:rPr>
                <w:rFonts w:ascii="Nanum Gothic" w:eastAsia="Nanum Gothic" w:hAnsi="Nanum Gothic" w:cs="Nanum Gothic"/>
                <w:color w:val="1A1A1A"/>
                <w:sz w:val="20"/>
              </w:rPr>
              <w:t>오프라인 배포 가능</w:t>
            </w:r>
          </w:p>
        </w:tc>
        <w:tc>
          <w:tcPr>
            <w:tcW w:w="4536" w:type="dxa"/>
          </w:tcPr>
          <w:p w14:paraId="12A117C1" w14:textId="77777777" w:rsidR="00226CAC" w:rsidRDefault="00000000">
            <w:pPr>
              <w:spacing w:before="60" w:after="60"/>
            </w:pPr>
            <w:r>
              <w:rPr>
                <w:rFonts w:ascii="Nanum Gothic" w:eastAsia="Nanum Gothic" w:hAnsi="Nanum Gothic" w:cs="Nanum Gothic"/>
                <w:color w:val="1A1A1A"/>
                <w:sz w:val="20"/>
              </w:rPr>
              <w:t>데이터 편향 위험</w:t>
            </w:r>
          </w:p>
        </w:tc>
      </w:tr>
    </w:tbl>
    <w:p w14:paraId="61F59AA0" w14:textId="77777777" w:rsidR="00226CAC" w:rsidRDefault="00226CAC"/>
    <w:p w14:paraId="2639CD02"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RAG (검색 증강 생성, Retrieval-Augmented Generation)</w:t>
      </w:r>
    </w:p>
    <w:p w14:paraId="127A9A40" w14:textId="20FF2D52"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LLM이 답변 전 외부 지식</w:t>
      </w:r>
      <w:r w:rsidR="001C5151">
        <w:rPr>
          <w:rFonts w:ascii="Nanum Gothic" w:eastAsia="Nanum Gothic" w:hAnsi="Nanum Gothic" w:cs="Nanum Gothic" w:hint="eastAsia"/>
          <w:color w:val="1A1A1A"/>
          <w:sz w:val="20"/>
          <w:lang w:eastAsia="ko-KR"/>
        </w:rPr>
        <w:t xml:space="preserve">을(웹 검색, </w:t>
      </w:r>
      <w:r w:rsidR="001C5151">
        <w:rPr>
          <w:rFonts w:ascii="Nanum Gothic" w:eastAsia="Nanum Gothic" w:hAnsi="Nanum Gothic" w:cs="Nanum Gothic"/>
          <w:color w:val="1A1A1A"/>
          <w:sz w:val="20"/>
          <w:lang w:eastAsia="ko-KR"/>
        </w:rPr>
        <w:t xml:space="preserve">DB, </w:t>
      </w:r>
      <w:r w:rsidR="001C5151">
        <w:rPr>
          <w:rFonts w:ascii="Nanum Gothic" w:eastAsia="Nanum Gothic" w:hAnsi="Nanum Gothic" w:cs="Nanum Gothic" w:hint="eastAsia"/>
          <w:color w:val="1A1A1A"/>
          <w:sz w:val="20"/>
          <w:lang w:eastAsia="ko-KR"/>
        </w:rPr>
        <w:t>문서 등)</w:t>
      </w:r>
      <w:r>
        <w:rPr>
          <w:rFonts w:ascii="Nanum Gothic" w:eastAsia="Nanum Gothic" w:hAnsi="Nanum Gothic" w:cs="Nanum Gothic"/>
          <w:color w:val="1A1A1A"/>
          <w:sz w:val="20"/>
          <w:lang w:eastAsia="ko-KR"/>
        </w:rPr>
        <w:t xml:space="preserve"> 검색해 관련 </w:t>
      </w:r>
      <w:r w:rsidR="001C5151">
        <w:rPr>
          <w:rFonts w:ascii="Nanum Gothic" w:eastAsia="Nanum Gothic" w:hAnsi="Nanum Gothic" w:cs="Nanum Gothic" w:hint="eastAsia"/>
          <w:color w:val="1A1A1A"/>
          <w:sz w:val="20"/>
          <w:lang w:eastAsia="ko-KR"/>
        </w:rPr>
        <w:t>원천 데이터</w:t>
      </w:r>
      <w:r>
        <w:rPr>
          <w:rFonts w:ascii="Nanum Gothic" w:eastAsia="Nanum Gothic" w:hAnsi="Nanum Gothic" w:cs="Nanum Gothic"/>
          <w:color w:val="1A1A1A"/>
          <w:sz w:val="20"/>
          <w:lang w:eastAsia="ko-KR"/>
        </w:rPr>
        <w:t>를 찾아 참조. 쉽게 말하면: "시험 중 책을 참조할 수 있는 오픈북 시험처럼, AI가 답변 전 사내 문서·최신 정보를 먼저 검색."</w:t>
      </w:r>
    </w:p>
    <w:tbl>
      <w:tblPr>
        <w:tblStyle w:val="af9"/>
        <w:tblW w:w="0" w:type="auto"/>
        <w:tblLook w:val="04A0" w:firstRow="1" w:lastRow="0" w:firstColumn="1" w:lastColumn="0" w:noHBand="0" w:noVBand="1"/>
      </w:tblPr>
      <w:tblGrid>
        <w:gridCol w:w="4536"/>
        <w:gridCol w:w="4536"/>
      </w:tblGrid>
      <w:tr w:rsidR="00226CAC" w14:paraId="65946309" w14:textId="77777777" w:rsidTr="001C5151">
        <w:tc>
          <w:tcPr>
            <w:tcW w:w="4536" w:type="dxa"/>
            <w:shd w:val="clear" w:color="auto" w:fill="024AD8"/>
          </w:tcPr>
          <w:p w14:paraId="047C3889" w14:textId="77777777" w:rsidR="00226CAC" w:rsidRDefault="00000000">
            <w:pPr>
              <w:spacing w:before="60" w:after="60"/>
            </w:pPr>
            <w:r>
              <w:rPr>
                <w:rFonts w:ascii="Nanum Gothic" w:eastAsia="Nanum Gothic" w:hAnsi="Nanum Gothic" w:cs="Nanum Gothic"/>
                <w:b/>
                <w:color w:val="FFFFFF"/>
                <w:sz w:val="20"/>
              </w:rPr>
              <w:t>장점</w:t>
            </w:r>
          </w:p>
        </w:tc>
        <w:tc>
          <w:tcPr>
            <w:tcW w:w="4536" w:type="dxa"/>
            <w:shd w:val="clear" w:color="auto" w:fill="024AD8"/>
          </w:tcPr>
          <w:p w14:paraId="2C91847C" w14:textId="77777777" w:rsidR="00226CAC" w:rsidRDefault="00000000">
            <w:pPr>
              <w:spacing w:before="60" w:after="60"/>
            </w:pPr>
            <w:r>
              <w:rPr>
                <w:rFonts w:ascii="Nanum Gothic" w:eastAsia="Nanum Gothic" w:hAnsi="Nanum Gothic" w:cs="Nanum Gothic"/>
                <w:b/>
                <w:color w:val="FFFFFF"/>
                <w:sz w:val="20"/>
              </w:rPr>
              <w:t>단점</w:t>
            </w:r>
          </w:p>
        </w:tc>
      </w:tr>
      <w:tr w:rsidR="00226CAC" w14:paraId="6B062270" w14:textId="77777777" w:rsidTr="001C5151">
        <w:tc>
          <w:tcPr>
            <w:tcW w:w="4536" w:type="dxa"/>
          </w:tcPr>
          <w:p w14:paraId="08A82FE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최신 정보 즉시 반영 가능</w:t>
            </w:r>
          </w:p>
        </w:tc>
        <w:tc>
          <w:tcPr>
            <w:tcW w:w="4536" w:type="dxa"/>
          </w:tcPr>
          <w:p w14:paraId="37419BE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검색 품질이 답변 품질에 직접 영향</w:t>
            </w:r>
          </w:p>
        </w:tc>
      </w:tr>
      <w:tr w:rsidR="00226CAC" w14:paraId="61C48097" w14:textId="77777777" w:rsidTr="001C5151">
        <w:tc>
          <w:tcPr>
            <w:tcW w:w="4536" w:type="dxa"/>
          </w:tcPr>
          <w:p w14:paraId="65640DC2" w14:textId="77777777" w:rsidR="00226CAC" w:rsidRDefault="00000000">
            <w:pPr>
              <w:spacing w:before="60" w:after="60"/>
            </w:pPr>
            <w:r>
              <w:rPr>
                <w:rFonts w:ascii="Nanum Gothic" w:eastAsia="Nanum Gothic" w:hAnsi="Nanum Gothic" w:cs="Nanum Gothic"/>
                <w:color w:val="1A1A1A"/>
                <w:sz w:val="20"/>
              </w:rPr>
              <w:t>학습 비용 없음</w:t>
            </w:r>
          </w:p>
        </w:tc>
        <w:tc>
          <w:tcPr>
            <w:tcW w:w="4536" w:type="dxa"/>
          </w:tcPr>
          <w:p w14:paraId="4A70BB0B"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응답 속도 다소 느릴 수 있음</w:t>
            </w:r>
          </w:p>
        </w:tc>
      </w:tr>
      <w:tr w:rsidR="00226CAC" w14:paraId="25A2D5D6" w14:textId="77777777" w:rsidTr="001C5151">
        <w:tc>
          <w:tcPr>
            <w:tcW w:w="4536" w:type="dxa"/>
          </w:tcPr>
          <w:p w14:paraId="4A861AC3" w14:textId="77777777" w:rsidR="00226CAC" w:rsidRDefault="00000000">
            <w:pPr>
              <w:spacing w:before="60" w:after="60"/>
            </w:pPr>
            <w:r>
              <w:rPr>
                <w:rFonts w:ascii="Nanum Gothic" w:eastAsia="Nanum Gothic" w:hAnsi="Nanum Gothic" w:cs="Nanum Gothic"/>
                <w:color w:val="1A1A1A"/>
                <w:sz w:val="20"/>
              </w:rPr>
              <w:t>출처 추적 가능</w:t>
            </w:r>
          </w:p>
        </w:tc>
        <w:tc>
          <w:tcPr>
            <w:tcW w:w="4536" w:type="dxa"/>
          </w:tcPr>
          <w:p w14:paraId="15BD98F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검색 인프라(벡터 DB 등) 필요</w:t>
            </w:r>
          </w:p>
        </w:tc>
      </w:tr>
    </w:tbl>
    <w:p w14:paraId="72F247DC" w14:textId="77777777" w:rsidR="00226CAC" w:rsidRDefault="00226CAC">
      <w:pPr>
        <w:rPr>
          <w:rFonts w:eastAsia="Nanum Gothic"/>
          <w:lang w:eastAsia="ko-KR"/>
        </w:rPr>
      </w:pPr>
    </w:p>
    <w:p w14:paraId="53BBA9F3"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이 과정에서 언제 만나는가</w:t>
      </w:r>
      <w:r>
        <w:rPr>
          <w:rFonts w:ascii="Nanum Gothic" w:eastAsia="Nanum Gothic" w:hAnsi="Nanum Gothic" w:cs="Nanum Gothic"/>
          <w:color w:val="1A1A1A"/>
          <w:sz w:val="20"/>
          <w:lang w:eastAsia="ko-KR"/>
        </w:rPr>
        <w:t>:</w:t>
      </w:r>
    </w:p>
    <w:p w14:paraId="61739FD3"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Fine-tuning: 후반 모듈(에이전트 커스터마이징) 실습에서 개념 재등장</w:t>
      </w:r>
    </w:p>
    <w:p w14:paraId="2BC7459C" w14:textId="23723AB6"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RAG: </w:t>
      </w:r>
      <w:r w:rsidR="001C5151">
        <w:rPr>
          <w:rFonts w:ascii="Nanum Gothic" w:eastAsia="Nanum Gothic" w:hAnsi="Nanum Gothic" w:cs="Nanum Gothic"/>
          <w:color w:val="1A1A1A"/>
          <w:sz w:val="20"/>
          <w:lang w:eastAsia="ko-KR"/>
        </w:rPr>
        <w:t>AI</w:t>
      </w:r>
      <w:r w:rsidR="001C5151">
        <w:rPr>
          <w:rFonts w:ascii="Nanum Gothic" w:eastAsia="Nanum Gothic" w:hAnsi="Nanum Gothic" w:cs="Nanum Gothic" w:hint="eastAsia"/>
          <w:color w:val="1A1A1A"/>
          <w:sz w:val="20"/>
          <w:lang w:eastAsia="ko-KR"/>
        </w:rPr>
        <w:t>플랫폼</w:t>
      </w:r>
      <w:r>
        <w:rPr>
          <w:rFonts w:ascii="Nanum Gothic" w:eastAsia="Nanum Gothic" w:hAnsi="Nanum Gothic" w:cs="Nanum Gothic"/>
          <w:color w:val="1A1A1A"/>
          <w:sz w:val="20"/>
          <w:lang w:eastAsia="ko-KR"/>
        </w:rPr>
        <w:t xml:space="preserve">의 </w:t>
      </w:r>
      <w:r>
        <w:rPr>
          <w:rFonts w:ascii="Nanum Gothic" w:eastAsia="Nanum Gothic" w:hAnsi="Nanum Gothic" w:cs="Nanum Gothic"/>
          <w:b/>
          <w:color w:val="1A1A1A"/>
          <w:sz w:val="20"/>
          <w:lang w:eastAsia="ko-KR"/>
        </w:rPr>
        <w:t>지식 베이스(RAG 관리)</w:t>
      </w:r>
      <w:r>
        <w:rPr>
          <w:rFonts w:ascii="Nanum Gothic" w:eastAsia="Nanum Gothic" w:hAnsi="Nanum Gothic" w:cs="Nanum Gothic"/>
          <w:color w:val="1A1A1A"/>
          <w:sz w:val="20"/>
          <w:lang w:eastAsia="ko-KR"/>
        </w:rPr>
        <w:t xml:space="preserve"> 기능으로 직접 실습 (세션4~5)</w:t>
      </w:r>
    </w:p>
    <w:p w14:paraId="16C630FD" w14:textId="77777777" w:rsidR="00226CAC" w:rsidRDefault="00000000">
      <w:pPr>
        <w:spacing w:before="160" w:after="40"/>
      </w:pPr>
      <w:r>
        <w:rPr>
          <w:rFonts w:ascii="Nanum Gothic" w:eastAsia="Nanum Gothic" w:hAnsi="Nanum Gothic" w:cs="Nanum Gothic"/>
          <w:b/>
          <w:color w:val="024AD8"/>
          <w:sz w:val="24"/>
        </w:rPr>
        <w:t>3.1.4.3 대표 사례</w:t>
      </w:r>
    </w:p>
    <w:tbl>
      <w:tblPr>
        <w:tblStyle w:val="af9"/>
        <w:tblW w:w="0" w:type="auto"/>
        <w:tblLook w:val="04A0" w:firstRow="1" w:lastRow="0" w:firstColumn="1" w:lastColumn="0" w:noHBand="0" w:noVBand="1"/>
      </w:tblPr>
      <w:tblGrid>
        <w:gridCol w:w="3024"/>
        <w:gridCol w:w="3024"/>
        <w:gridCol w:w="3024"/>
      </w:tblGrid>
      <w:tr w:rsidR="00226CAC" w14:paraId="500FD906" w14:textId="77777777" w:rsidTr="001C5151">
        <w:tc>
          <w:tcPr>
            <w:tcW w:w="3024" w:type="dxa"/>
            <w:shd w:val="clear" w:color="auto" w:fill="024AD8"/>
          </w:tcPr>
          <w:p w14:paraId="4C52200B" w14:textId="77777777" w:rsidR="00226CAC" w:rsidRDefault="00000000">
            <w:pPr>
              <w:spacing w:before="60" w:after="60"/>
            </w:pPr>
            <w:r>
              <w:rPr>
                <w:rFonts w:ascii="Nanum Gothic" w:eastAsia="Nanum Gothic" w:hAnsi="Nanum Gothic" w:cs="Nanum Gothic"/>
                <w:b/>
                <w:color w:val="FFFFFF"/>
                <w:sz w:val="20"/>
              </w:rPr>
              <w:t>제품·서비스</w:t>
            </w:r>
          </w:p>
        </w:tc>
        <w:tc>
          <w:tcPr>
            <w:tcW w:w="3024" w:type="dxa"/>
            <w:shd w:val="clear" w:color="auto" w:fill="024AD8"/>
          </w:tcPr>
          <w:p w14:paraId="05A42070" w14:textId="77777777" w:rsidR="00226CAC" w:rsidRDefault="00000000">
            <w:pPr>
              <w:spacing w:before="60" w:after="60"/>
            </w:pPr>
            <w:r>
              <w:rPr>
                <w:rFonts w:ascii="Nanum Gothic" w:eastAsia="Nanum Gothic" w:hAnsi="Nanum Gothic" w:cs="Nanum Gothic"/>
                <w:b/>
                <w:color w:val="FFFFFF"/>
                <w:sz w:val="20"/>
              </w:rPr>
              <w:t>도메인</w:t>
            </w:r>
          </w:p>
        </w:tc>
        <w:tc>
          <w:tcPr>
            <w:tcW w:w="3024" w:type="dxa"/>
            <w:shd w:val="clear" w:color="auto" w:fill="024AD8"/>
          </w:tcPr>
          <w:p w14:paraId="047D2562" w14:textId="77777777" w:rsidR="00226CAC" w:rsidRDefault="00000000">
            <w:pPr>
              <w:spacing w:before="60" w:after="60"/>
            </w:pPr>
            <w:r>
              <w:rPr>
                <w:rFonts w:ascii="Nanum Gothic" w:eastAsia="Nanum Gothic" w:hAnsi="Nanum Gothic" w:cs="Nanum Gothic"/>
                <w:b/>
                <w:color w:val="FFFFFF"/>
                <w:sz w:val="20"/>
              </w:rPr>
              <w:t>특화 방식</w:t>
            </w:r>
          </w:p>
        </w:tc>
      </w:tr>
      <w:tr w:rsidR="00226CAC" w14:paraId="7D8C0560" w14:textId="77777777" w:rsidTr="001C5151">
        <w:tc>
          <w:tcPr>
            <w:tcW w:w="3024" w:type="dxa"/>
          </w:tcPr>
          <w:p w14:paraId="0B058C68" w14:textId="77777777" w:rsidR="00226CAC" w:rsidRDefault="00000000">
            <w:pPr>
              <w:spacing w:before="60" w:after="60"/>
            </w:pPr>
            <w:r>
              <w:rPr>
                <w:rFonts w:ascii="Nanum Gothic" w:eastAsia="Nanum Gothic" w:hAnsi="Nanum Gothic" w:cs="Nanum Gothic"/>
                <w:b/>
                <w:color w:val="1A1A1A"/>
                <w:sz w:val="20"/>
              </w:rPr>
              <w:t>BloombergGPT</w:t>
            </w:r>
          </w:p>
        </w:tc>
        <w:tc>
          <w:tcPr>
            <w:tcW w:w="3024" w:type="dxa"/>
          </w:tcPr>
          <w:p w14:paraId="6EE8215C" w14:textId="77777777" w:rsidR="00226CAC" w:rsidRDefault="00000000">
            <w:pPr>
              <w:spacing w:before="60" w:after="60"/>
            </w:pPr>
            <w:r>
              <w:rPr>
                <w:rFonts w:ascii="Nanum Gothic" w:eastAsia="Nanum Gothic" w:hAnsi="Nanum Gothic" w:cs="Nanum Gothic"/>
                <w:color w:val="1A1A1A"/>
                <w:sz w:val="20"/>
              </w:rPr>
              <w:t>금융</w:t>
            </w:r>
          </w:p>
        </w:tc>
        <w:tc>
          <w:tcPr>
            <w:tcW w:w="3024" w:type="dxa"/>
          </w:tcPr>
          <w:p w14:paraId="5A54AD5F"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금융 데이터 5,000억 토큰으로 Fine-tuning (Bloomberg 내부 보고서·뉴스·데이터)</w:t>
            </w:r>
          </w:p>
        </w:tc>
      </w:tr>
      <w:tr w:rsidR="00226CAC" w14:paraId="11DA2388" w14:textId="77777777" w:rsidTr="001C5151">
        <w:tc>
          <w:tcPr>
            <w:tcW w:w="3024" w:type="dxa"/>
          </w:tcPr>
          <w:p w14:paraId="7FB73B57" w14:textId="77777777" w:rsidR="00226CAC" w:rsidRDefault="00000000">
            <w:pPr>
              <w:spacing w:before="60" w:after="60"/>
            </w:pPr>
            <w:r>
              <w:rPr>
                <w:rFonts w:ascii="Nanum Gothic" w:eastAsia="Nanum Gothic" w:hAnsi="Nanum Gothic" w:cs="Nanum Gothic"/>
                <w:b/>
                <w:color w:val="1A1A1A"/>
                <w:sz w:val="20"/>
              </w:rPr>
              <w:t>ChatLaw</w:t>
            </w:r>
          </w:p>
        </w:tc>
        <w:tc>
          <w:tcPr>
            <w:tcW w:w="3024" w:type="dxa"/>
          </w:tcPr>
          <w:p w14:paraId="336C8865" w14:textId="77777777" w:rsidR="00226CAC" w:rsidRDefault="00000000">
            <w:pPr>
              <w:spacing w:before="60" w:after="60"/>
            </w:pPr>
            <w:r>
              <w:rPr>
                <w:rFonts w:ascii="Nanum Gothic" w:eastAsia="Nanum Gothic" w:hAnsi="Nanum Gothic" w:cs="Nanum Gothic"/>
                <w:color w:val="1A1A1A"/>
                <w:sz w:val="20"/>
              </w:rPr>
              <w:t>법률</w:t>
            </w:r>
          </w:p>
        </w:tc>
        <w:tc>
          <w:tcPr>
            <w:tcW w:w="3024" w:type="dxa"/>
          </w:tcPr>
          <w:p w14:paraId="65B9540B"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중국 법률 판례·법령 특화 LLM</w:t>
            </w:r>
          </w:p>
        </w:tc>
      </w:tr>
      <w:tr w:rsidR="00226CAC" w14:paraId="5460677E" w14:textId="77777777" w:rsidTr="001C5151">
        <w:tc>
          <w:tcPr>
            <w:tcW w:w="3024" w:type="dxa"/>
          </w:tcPr>
          <w:p w14:paraId="7891E3B5" w14:textId="77777777" w:rsidR="00226CAC" w:rsidRDefault="00000000">
            <w:pPr>
              <w:spacing w:before="60" w:after="60"/>
            </w:pPr>
            <w:r>
              <w:rPr>
                <w:rFonts w:ascii="Nanum Gothic" w:eastAsia="Nanum Gothic" w:hAnsi="Nanum Gothic" w:cs="Nanum Gothic"/>
                <w:b/>
                <w:color w:val="1A1A1A"/>
                <w:sz w:val="20"/>
              </w:rPr>
              <w:t>Med-PaLM 2</w:t>
            </w:r>
          </w:p>
        </w:tc>
        <w:tc>
          <w:tcPr>
            <w:tcW w:w="3024" w:type="dxa"/>
          </w:tcPr>
          <w:p w14:paraId="0FD985A7" w14:textId="77777777" w:rsidR="00226CAC" w:rsidRDefault="00000000">
            <w:pPr>
              <w:spacing w:before="60" w:after="60"/>
            </w:pPr>
            <w:r>
              <w:rPr>
                <w:rFonts w:ascii="Nanum Gothic" w:eastAsia="Nanum Gothic" w:hAnsi="Nanum Gothic" w:cs="Nanum Gothic"/>
                <w:color w:val="1A1A1A"/>
                <w:sz w:val="20"/>
              </w:rPr>
              <w:t>의료</w:t>
            </w:r>
          </w:p>
        </w:tc>
        <w:tc>
          <w:tcPr>
            <w:tcW w:w="3024" w:type="dxa"/>
          </w:tcPr>
          <w:p w14:paraId="26E9048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의료 문헌·임상 데이터 특화, USMLE 수준 답변</w:t>
            </w:r>
          </w:p>
        </w:tc>
      </w:tr>
      <w:tr w:rsidR="00226CAC" w14:paraId="52F04B46" w14:textId="77777777" w:rsidTr="001C5151">
        <w:tc>
          <w:tcPr>
            <w:tcW w:w="3024" w:type="dxa"/>
          </w:tcPr>
          <w:p w14:paraId="48BD0123" w14:textId="77777777" w:rsidR="00226CAC" w:rsidRDefault="00000000">
            <w:pPr>
              <w:spacing w:before="60" w:after="60"/>
            </w:pPr>
            <w:r>
              <w:rPr>
                <w:rFonts w:ascii="Nanum Gothic" w:eastAsia="Nanum Gothic" w:hAnsi="Nanum Gothic" w:cs="Nanum Gothic"/>
                <w:b/>
                <w:color w:val="1A1A1A"/>
                <w:sz w:val="20"/>
              </w:rPr>
              <w:t>AIR Studio</w:t>
            </w:r>
          </w:p>
        </w:tc>
        <w:tc>
          <w:tcPr>
            <w:tcW w:w="3024" w:type="dxa"/>
          </w:tcPr>
          <w:p w14:paraId="15E17B1A" w14:textId="77777777" w:rsidR="00226CAC" w:rsidRDefault="00000000">
            <w:pPr>
              <w:spacing w:before="60" w:after="60"/>
            </w:pPr>
            <w:r>
              <w:rPr>
                <w:rFonts w:ascii="Nanum Gothic" w:eastAsia="Nanum Gothic" w:hAnsi="Nanum Gothic" w:cs="Nanum Gothic"/>
                <w:color w:val="1A1A1A"/>
                <w:sz w:val="20"/>
              </w:rPr>
              <w:t>기업 커스텀</w:t>
            </w:r>
          </w:p>
        </w:tc>
        <w:tc>
          <w:tcPr>
            <w:tcW w:w="3024" w:type="dxa"/>
          </w:tcPr>
          <w:p w14:paraId="063C50B1"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사내 문서 기반 RAG + 에이전트 구성</w:t>
            </w:r>
          </w:p>
        </w:tc>
      </w:tr>
    </w:tbl>
    <w:p w14:paraId="6784A660" w14:textId="77777777" w:rsidR="00226CAC" w:rsidRDefault="00226CAC">
      <w:pPr>
        <w:rPr>
          <w:rFonts w:eastAsia="Nanum Gothic"/>
          <w:lang w:eastAsia="ko-KR"/>
        </w:rPr>
      </w:pPr>
    </w:p>
    <w:tbl>
      <w:tblPr>
        <w:tblStyle w:val="af9"/>
        <w:tblW w:w="0" w:type="auto"/>
        <w:tblLayout w:type="fixed"/>
        <w:tblLook w:val="04A0" w:firstRow="1" w:lastRow="0" w:firstColumn="1" w:lastColumn="0" w:noHBand="0" w:noVBand="1"/>
      </w:tblPr>
      <w:tblGrid>
        <w:gridCol w:w="400"/>
        <w:gridCol w:w="8672"/>
      </w:tblGrid>
      <w:tr w:rsidR="00226CAC" w14:paraId="4D206E8B" w14:textId="77777777">
        <w:tc>
          <w:tcPr>
            <w:tcW w:w="400" w:type="dxa"/>
            <w:shd w:val="clear" w:color="auto" w:fill="024AD8"/>
          </w:tcPr>
          <w:p w14:paraId="66EFAAEE" w14:textId="77777777" w:rsidR="00226CAC" w:rsidRDefault="00226CAC">
            <w:pPr>
              <w:spacing w:before="80" w:after="80"/>
              <w:rPr>
                <w:rFonts w:eastAsia="Nanum Gothic"/>
                <w:lang w:eastAsia="ko-KR"/>
              </w:rPr>
            </w:pPr>
          </w:p>
        </w:tc>
        <w:tc>
          <w:tcPr>
            <w:tcW w:w="8672" w:type="dxa"/>
            <w:shd w:val="clear" w:color="auto" w:fill="F0F6FF"/>
          </w:tcPr>
          <w:p w14:paraId="137D688C" w14:textId="199B3F7A" w:rsidR="00226CAC" w:rsidRDefault="00000000">
            <w:pPr>
              <w:spacing w:before="80" w:after="80"/>
              <w:rPr>
                <w:rFonts w:eastAsia="Nanum Gothic"/>
                <w:lang w:eastAsia="ko-KR"/>
              </w:rPr>
            </w:pPr>
            <w:r>
              <w:rPr>
                <w:rFonts w:ascii="Nanum Gothic" w:eastAsia="Nanum Gothic" w:hAnsi="Nanum Gothic" w:cs="Nanum Gothic"/>
                <w:b/>
                <w:color w:val="024AD8"/>
                <w:sz w:val="20"/>
                <w:lang w:eastAsia="ko-KR"/>
              </w:rPr>
              <w:t>⭐ 핵심</w:t>
            </w:r>
            <w:r>
              <w:rPr>
                <w:rFonts w:ascii="Apple SD Gothic Neo" w:eastAsia="Nanum Gothic" w:hAnsi="Apple SD Gothic Neo" w:cs="Apple SD Gothic Neo"/>
                <w:b/>
                <w:color w:val="024AD8"/>
                <w:sz w:val="20"/>
                <w:lang w:eastAsia="ko-KR"/>
              </w:rPr>
              <w:br/>
            </w:r>
            <w:r>
              <w:rPr>
                <w:rFonts w:ascii="Nanum Gothic" w:eastAsia="Nanum Gothic" w:hAnsi="Nanum Gothic" w:cs="Nanum Gothic"/>
                <w:color w:val="1A1A1A"/>
                <w:sz w:val="20"/>
                <w:lang w:eastAsia="ko-KR"/>
              </w:rPr>
              <w:t>BloombergGPT 학습 데이터 규모 — 금융 5,000억 토큰.</w:t>
            </w:r>
            <w:r w:rsidR="00FF2B12">
              <w:rPr>
                <w:rFonts w:ascii="Apple SD Gothic Neo" w:eastAsia="Nanum Gothic" w:hAnsi="Apple SD Gothic Neo" w:cs="Apple SD Gothic Neo"/>
                <w:color w:val="1A1A1A"/>
                <w:sz w:val="20"/>
                <w:lang w:eastAsia="ko-KR"/>
              </w:rPr>
              <w:br/>
            </w:r>
            <w:r>
              <w:rPr>
                <w:rFonts w:ascii="Nanum Gothic" w:eastAsia="Nanum Gothic" w:hAnsi="Nanum Gothic" w:cs="Nanum Gothic"/>
                <w:color w:val="1A1A1A"/>
                <w:sz w:val="20"/>
                <w:lang w:eastAsia="ko-KR"/>
              </w:rPr>
              <w:t xml:space="preserve">GPT-4의 학습 데이터가 수 조 토큰임을 감안하면, Vertical AI는 </w:t>
            </w:r>
            <w:r>
              <w:rPr>
                <w:rFonts w:ascii="Nanum Gothic" w:eastAsia="Nanum Gothic" w:hAnsi="Nanum Gothic" w:cs="Nanum Gothic"/>
                <w:b/>
                <w:color w:val="1A1A1A"/>
                <w:sz w:val="20"/>
                <w:lang w:eastAsia="ko-KR"/>
              </w:rPr>
              <w:t>데이터 규모보다 데이터 품질과 도메인 집중도</w:t>
            </w:r>
            <w:r>
              <w:rPr>
                <w:rFonts w:ascii="Nanum Gothic" w:eastAsia="Nanum Gothic" w:hAnsi="Nanum Gothic" w:cs="Nanum Gothic"/>
                <w:color w:val="1A1A1A"/>
                <w:sz w:val="20"/>
                <w:lang w:eastAsia="ko-KR"/>
              </w:rPr>
              <w:t>가 핵심입니다.</w:t>
            </w:r>
          </w:p>
        </w:tc>
      </w:tr>
    </w:tbl>
    <w:p w14:paraId="703DA05C" w14:textId="77777777" w:rsidR="00226CAC" w:rsidRDefault="00226CAC">
      <w:pPr>
        <w:rPr>
          <w:rFonts w:eastAsia="Nanum Gothic"/>
          <w:lang w:eastAsia="ko-KR"/>
        </w:rPr>
      </w:pPr>
    </w:p>
    <w:p w14:paraId="073DEFC6" w14:textId="377AE79A" w:rsidR="00226CAC" w:rsidRDefault="001C5151">
      <w:pPr>
        <w:spacing w:before="160" w:after="40"/>
        <w:rPr>
          <w:rFonts w:eastAsia="Nanum Gothic"/>
          <w:lang w:eastAsia="ko-KR"/>
        </w:rPr>
      </w:pPr>
      <w:r>
        <w:rPr>
          <w:rFonts w:ascii="Nanum Gothic" w:eastAsia="Nanum Gothic" w:hAnsi="Nanum Gothic" w:cs="Nanum Gothic"/>
          <w:b/>
          <w:color w:val="024AD8"/>
          <w:sz w:val="24"/>
          <w:lang w:eastAsia="ko-KR"/>
        </w:rPr>
        <w:t>3.1.4.4</w:t>
      </w:r>
      <w:r w:rsidR="00000000">
        <w:rPr>
          <w:rFonts w:ascii="Nanum Gothic" w:eastAsia="Nanum Gothic" w:hAnsi="Nanum Gothic" w:cs="Nanum Gothic"/>
          <w:b/>
          <w:color w:val="024AD8"/>
          <w:sz w:val="24"/>
          <w:lang w:eastAsia="ko-KR"/>
        </w:rPr>
        <w:t/>
      </w:r>
      <w:r>
        <w:rPr>
          <w:rFonts w:ascii="Nanum Gothic" w:eastAsia="Nanum Gothic" w:hAnsi="Nanum Gothic" w:cs="Nanum Gothic"/>
          <w:b/>
          <w:color w:val="024AD8"/>
          <w:sz w:val="24"/>
          <w:lang w:eastAsia="ko-KR"/>
        </w:rPr>
        <w:t/>
      </w:r>
      <w:r w:rsidR="00000000">
        <w:rPr>
          <w:rFonts w:ascii="Nanum Gothic" w:eastAsia="Nanum Gothic" w:hAnsi="Nanum Gothic" w:cs="Nanum Gothic"/>
          <w:b/>
          <w:color w:val="024AD8"/>
          <w:sz w:val="24"/>
          <w:lang w:eastAsia="ko-KR"/>
        </w:rPr>
        <w:t> 직무별 Vertical AI 활용 시나리오</w:t>
      </w:r>
    </w:p>
    <w:p w14:paraId="6E242644"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법무팀</w:t>
      </w:r>
      <w:r>
        <w:rPr>
          <w:rFonts w:ascii="Nanum Gothic" w:eastAsia="Nanum Gothic" w:hAnsi="Nanum Gothic" w:cs="Nanum Gothic"/>
          <w:color w:val="1A1A1A"/>
          <w:sz w:val="20"/>
          <w:lang w:eastAsia="ko-KR"/>
        </w:rPr>
        <w:t>: 계약서 위험 조항 자동 탐지 AI 구축 → 사내 계약 양식·판례 데이터로 Fine-tuning 또는 RAG 적용 → 법무 담당자가 전체 계약서 검토 시간 단축</w:t>
      </w:r>
    </w:p>
    <w:p w14:paraId="7BDCE667"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HR팀</w:t>
      </w:r>
      <w:r>
        <w:rPr>
          <w:rFonts w:ascii="Nanum Gothic" w:eastAsia="Nanum Gothic" w:hAnsi="Nanum Gothic" w:cs="Nanum Gothic"/>
          <w:color w:val="1A1A1A"/>
          <w:sz w:val="20"/>
          <w:lang w:eastAsia="ko-KR"/>
        </w:rPr>
        <w:t>: 사내 복지·채용·규정 질의응답 AI → 사내 인사 규정 문서로 RAG 구성 → 직원이 자주 묻는 질문에 즉시 정확한 답변 제공</w:t>
      </w:r>
    </w:p>
    <w:p w14:paraId="647FE63E"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기술지원팀</w:t>
      </w:r>
      <w:r>
        <w:rPr>
          <w:rFonts w:ascii="Nanum Gothic" w:eastAsia="Nanum Gothic" w:hAnsi="Nanum Gothic" w:cs="Nanum Gothic"/>
          <w:color w:val="1A1A1A"/>
          <w:sz w:val="20"/>
          <w:lang w:eastAsia="ko-KR"/>
        </w:rPr>
        <w:t>: 제품 트러블슈팅 AI 어시스턴트 → 제품 매뉴얼·장애 이력으로 RAG 구성 → 1차 문의 자동 처리, 엔지니어는 복잡한 케이스에 집중</w:t>
      </w:r>
    </w:p>
    <w:tbl>
      <w:tblPr>
        <w:tblStyle w:val="af9"/>
        <w:tblW w:w="0" w:type="auto"/>
        <w:tblLayout w:type="fixed"/>
        <w:tblLook w:val="04A0" w:firstRow="1" w:lastRow="0" w:firstColumn="1" w:lastColumn="0" w:noHBand="0" w:noVBand="1"/>
      </w:tblPr>
      <w:tblGrid>
        <w:gridCol w:w="400"/>
        <w:gridCol w:w="8672"/>
      </w:tblGrid>
      <w:tr w:rsidR="00226CAC" w14:paraId="32231256" w14:textId="77777777">
        <w:tc>
          <w:tcPr>
            <w:tcW w:w="400" w:type="dxa"/>
            <w:shd w:val="clear" w:color="auto" w:fill="6B46C1"/>
          </w:tcPr>
          <w:p w14:paraId="19B0B6DC" w14:textId="77777777" w:rsidR="00226CAC" w:rsidRDefault="00226CAC">
            <w:pPr>
              <w:spacing w:before="80" w:after="80"/>
              <w:rPr>
                <w:rFonts w:eastAsia="Nanum Gothic"/>
                <w:lang w:eastAsia="ko-KR"/>
              </w:rPr>
            </w:pPr>
          </w:p>
        </w:tc>
        <w:tc>
          <w:tcPr>
            <w:tcW w:w="8672" w:type="dxa"/>
            <w:shd w:val="clear" w:color="auto" w:fill="F3EEFB"/>
          </w:tcPr>
          <w:p w14:paraId="2B63E3B3" w14:textId="7777777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내가 속한 조직이나 팀의 도메인 지식을 AI에 담는다면, 어떤 데이터를 학습시키고 싶은가? 그 데이터를 모으는 데 어떤 어려움이 있을까?</w:t>
            </w:r>
          </w:p>
        </w:tc>
      </w:tr>
    </w:tbl>
    <w:p w14:paraId="06832B96" w14:textId="77777777" w:rsidR="00226CAC" w:rsidRDefault="00226CAC">
      <w:pPr>
        <w:rPr>
          <w:rFonts w:eastAsia="Nanum Gothic"/>
          <w:lang w:eastAsia="ko-KR"/>
        </w:rPr>
      </w:pPr>
    </w:p>
    <w:p w14:paraId="712BD1C3" w14:textId="4C5A58A3" w:rsidR="00226CAC" w:rsidRDefault="00FF2B12">
      <w:pPr>
        <w:spacing w:before="200" w:after="40"/>
        <w:rPr>
          <w:rFonts w:eastAsia="Nanum Gothic"/>
          <w:lang w:eastAsia="ko-KR"/>
        </w:rPr>
      </w:pPr>
      <w:r>
        <w:rPr>
          <w:rFonts w:ascii="Nanum Gothic" w:eastAsia="Nanum Gothic" w:hAnsi="Nanum Gothic" w:cs="Nanum Gothic"/>
          <w:b/>
          <w:color w:val="024AD8"/>
          <w:sz w:val="28"/>
          <w:lang w:eastAsia="ko-KR"/>
        </w:rPr>
        <w:t>3.1.5</w:t>
      </w:r>
      <w:r w:rsidR="00000000">
        <w:rPr>
          <w:rFonts w:ascii="Nanum Gothic" w:eastAsia="Nanum Gothic" w:hAnsi="Nanum Gothic" w:cs="Nanum Gothic"/>
          <w:b/>
          <w:color w:val="024AD8"/>
          <w:sz w:val="28"/>
          <w:lang w:eastAsia="ko-KR"/>
        </w:rPr>
        <w:t> On-Device AI — "클라우드 없이 기기 안에서 작동하는 AI"</w:t>
      </w:r>
    </w:p>
    <w:p w14:paraId="391B0F7D" w14:textId="00C15851" w:rsidR="00226CAC" w:rsidRDefault="00FF2B12">
      <w:pPr>
        <w:spacing w:before="160" w:after="40"/>
        <w:rPr>
          <w:rFonts w:eastAsia="Nanum Gothic"/>
          <w:lang w:eastAsia="ko-KR"/>
        </w:rPr>
      </w:pPr>
      <w:r>
        <w:rPr>
          <w:rFonts w:ascii="Nanum Gothic" w:eastAsia="Nanum Gothic" w:hAnsi="Nanum Gothic" w:cs="Nanum Gothic"/>
          <w:b/>
          <w:color w:val="024AD8"/>
          <w:sz w:val="24"/>
          <w:lang w:eastAsia="ko-KR"/>
        </w:rPr>
        <w:t>3.1.5.1</w:t>
      </w:r>
      <w:r w:rsidR="00000000">
        <w:rPr>
          <w:rFonts w:ascii="Nanum Gothic" w:eastAsia="Nanum Gothic" w:hAnsi="Nanum Gothic" w:cs="Nanum Gothic"/>
          <w:b/>
          <w:color w:val="024AD8"/>
          <w:sz w:val="24"/>
          <w:lang w:eastAsia="ko-KR"/>
        </w:rPr>
        <w:t/>
      </w:r>
      <w:r>
        <w:rPr>
          <w:rFonts w:ascii="Nanum Gothic" w:eastAsia="Nanum Gothic" w:hAnsi="Nanum Gothic" w:cs="Nanum Gothic"/>
          <w:b/>
          <w:color w:val="024AD8"/>
          <w:sz w:val="24"/>
          <w:lang w:eastAsia="ko-KR"/>
        </w:rPr>
        <w:t/>
      </w:r>
      <w:r w:rsidR="00000000">
        <w:rPr>
          <w:rFonts w:ascii="Nanum Gothic" w:eastAsia="Nanum Gothic" w:hAnsi="Nanum Gothic" w:cs="Nanum Gothic"/>
          <w:b/>
          <w:color w:val="024AD8"/>
          <w:sz w:val="24"/>
          <w:lang w:eastAsia="ko-KR"/>
        </w:rPr>
        <w:t> 개념 이해: 왜 "기기 안에서"인가</w:t>
      </w:r>
    </w:p>
    <w:p w14:paraId="5E2E0C9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지금까지의 AI 서비스는 대부분 이렇게 작동했습니다:</w:t>
      </w:r>
    </w:p>
    <w:tbl>
      <w:tblPr>
        <w:tblStyle w:val="af9"/>
        <w:tblW w:w="0" w:type="auto"/>
        <w:tblLook w:val="04A0" w:firstRow="1" w:lastRow="0" w:firstColumn="1" w:lastColumn="0" w:noHBand="0" w:noVBand="1"/>
      </w:tblPr>
      <w:tblGrid>
        <w:gridCol w:w="9072"/>
      </w:tblGrid>
      <w:tr w:rsidR="00226CAC" w14:paraId="27C444C9" w14:textId="77777777">
        <w:tc>
          <w:tcPr>
            <w:tcW w:w="9072" w:type="dxa"/>
            <w:shd w:val="clear" w:color="auto" w:fill="F7F7F7"/>
          </w:tcPr>
          <w:p w14:paraId="27A6096C"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사용자</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입력</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인터넷</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클라우드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서버</w:t>
            </w:r>
            <w:r>
              <w:rPr>
                <w:rFonts w:ascii="D2Coding" w:hAnsi="D2Coding" w:eastAsia="D2Coding" w:cs="D2Coding"/>
                <w:color w:val="1A1A1A"/>
                <w:sz w:val="19"/>
                <w:lang w:eastAsia="ko-KR"/>
              </w:rPr>
              <w:t xml:space="preserve">(LLM) → </w:t>
            </w:r>
            <w:r>
              <w:rPr>
                <w:rFonts w:ascii="Nanum Gothic" w:hAnsi="Nanum Gothic" w:eastAsia="Nanum Gothic" w:cs="Nanum Gothic"/>
                <w:color w:val="1A1A1A"/>
                <w:sz w:val="19"/>
                <w:lang w:eastAsia="ko-KR"/>
              </w:rPr>
              <w:t>인터넷</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결과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반환</w:t>
            </w:r>
          </w:p>
        </w:tc>
      </w:tr>
    </w:tbl>
    <w:p w14:paraId="2F8F909D" w14:textId="77777777" w:rsidR="00226CAC" w:rsidRDefault="00226CAC">
      <w:pPr>
        <w:rPr>
          <w:rFonts w:eastAsia="Nanum Gothic"/>
          <w:lang w:eastAsia="ko-KR"/>
        </w:rPr>
      </w:pPr>
    </w:p>
    <w:p w14:paraId="31AB965A" w14:textId="77777777" w:rsidR="00226CAC" w:rsidRDefault="00000000">
      <w:pPr>
        <w:spacing w:before="60" w:after="60"/>
      </w:pPr>
      <w:r>
        <w:rPr>
          <w:rFonts w:ascii="Nanum Gothic" w:eastAsia="Nanum Gothic" w:hAnsi="Nanum Gothic" w:cs="Nanum Gothic"/>
          <w:color w:val="1A1A1A"/>
          <w:sz w:val="20"/>
        </w:rPr>
        <w:t>On-Device AI는 이 흐름을 바꿉니다:</w:t>
      </w:r>
    </w:p>
    <w:tbl>
      <w:tblPr>
        <w:tblStyle w:val="af9"/>
        <w:tblW w:w="0" w:type="auto"/>
        <w:tblLook w:val="04A0" w:firstRow="1" w:lastRow="0" w:firstColumn="1" w:lastColumn="0" w:noHBand="0" w:noVBand="1"/>
      </w:tblPr>
      <w:tblGrid>
        <w:gridCol w:w="9072"/>
      </w:tblGrid>
      <w:tr w:rsidR="00226CAC" w14:paraId="70F95F74" w14:textId="77777777">
        <w:tc>
          <w:tcPr>
            <w:tcW w:w="9072" w:type="dxa"/>
            <w:shd w:val="clear" w:color="auto" w:fill="F7F7F7"/>
          </w:tcPr>
          <w:p w14:paraId="1EB3C0D5"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사용자</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입력</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기기</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내</w:t>
            </w:r>
            <w:r>
              <w:rPr>
                <w:rFonts w:ascii="D2Coding" w:hAnsi="D2Coding" w:eastAsia="D2Coding" w:cs="D2Coding"/>
                <w:color w:val="1A1A1A"/>
                <w:sz w:val="19"/>
                <w:lang w:eastAsia="ko-KR"/>
              </w:rPr>
              <w:t xml:space="preserve"> LLM → </w:t>
            </w:r>
            <w:r>
              <w:rPr>
                <w:rFonts w:ascii="Nanum Gothic" w:hAnsi="Nanum Gothic" w:eastAsia="Nanum Gothic" w:cs="Nanum Gothic"/>
                <w:color w:val="1A1A1A"/>
                <w:sz w:val="19"/>
                <w:lang w:eastAsia="ko-KR"/>
              </w:rPr>
              <w:t>결과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반환</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인터넷</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없음</w:t>
            </w:r>
            <w:r>
              <w:rPr>
                <w:rFonts w:ascii="Nanum Gothic" w:hAnsi="Nanum Gothic" w:eastAsia="Nanum Gothic" w:cs="Nanum Gothic"/>
                <w:color w:val="1A1A1A"/>
                <w:sz w:val="19"/>
                <w:lang w:eastAsia="ko-KR"/>
              </w:rPr>
              <w:t>)</w:t>
            </w:r>
          </w:p>
        </w:tc>
      </w:tr>
    </w:tbl>
    <w:p w14:paraId="29CFC833" w14:textId="77777777" w:rsidR="00226CAC" w:rsidRDefault="00226CAC">
      <w:pPr>
        <w:rPr>
          <w:rFonts w:eastAsia="Nanum Gothic"/>
          <w:lang w:eastAsia="ko-KR"/>
        </w:rPr>
      </w:pPr>
    </w:p>
    <w:p w14:paraId="234004F3"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왜 이게 중요한가?</w:t>
      </w:r>
    </w:p>
    <w:p w14:paraId="6A0AAF7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1. </w:t>
      </w:r>
      <w:r>
        <w:rPr>
          <w:rFonts w:ascii="Nanum Gothic" w:eastAsia="Nanum Gothic" w:hAnsi="Nanum Gothic" w:cs="Nanum Gothic"/>
          <w:b/>
          <w:color w:val="1A1A1A"/>
          <w:sz w:val="20"/>
          <w:lang w:eastAsia="ko-KR"/>
        </w:rPr>
        <w:t>개인정보 보호</w:t>
      </w:r>
      <w:r>
        <w:rPr>
          <w:rFonts w:ascii="Nanum Gothic" w:eastAsia="Nanum Gothic" w:hAnsi="Nanum Gothic" w:cs="Nanum Gothic"/>
          <w:color w:val="1A1A1A"/>
          <w:sz w:val="20"/>
          <w:lang w:eastAsia="ko-KR"/>
        </w:rPr>
        <w:t>: 입력 데이터가 기기 밖으로 나가지 않음</w:t>
      </w:r>
    </w:p>
    <w:p w14:paraId="36FB9772"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2. </w:t>
      </w:r>
      <w:r>
        <w:rPr>
          <w:rFonts w:ascii="Nanum Gothic" w:eastAsia="Nanum Gothic" w:hAnsi="Nanum Gothic" w:cs="Nanum Gothic"/>
          <w:b/>
          <w:color w:val="1A1A1A"/>
          <w:sz w:val="20"/>
          <w:lang w:eastAsia="ko-KR"/>
        </w:rPr>
        <w:t>오프라인 동작</w:t>
      </w:r>
      <w:r>
        <w:rPr>
          <w:rFonts w:ascii="Nanum Gothic" w:eastAsia="Nanum Gothic" w:hAnsi="Nanum Gothic" w:cs="Nanum Gothic"/>
          <w:color w:val="1A1A1A"/>
          <w:sz w:val="20"/>
          <w:lang w:eastAsia="ko-KR"/>
        </w:rPr>
        <w:t>: 인터넷 연결 없이도 AI 사용 가능</w:t>
      </w:r>
    </w:p>
    <w:p w14:paraId="6CEDB100"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3. </w:t>
      </w:r>
      <w:r>
        <w:rPr>
          <w:rFonts w:ascii="Nanum Gothic" w:eastAsia="Nanum Gothic" w:hAnsi="Nanum Gothic" w:cs="Nanum Gothic"/>
          <w:b/>
          <w:color w:val="1A1A1A"/>
          <w:sz w:val="20"/>
          <w:lang w:eastAsia="ko-KR"/>
        </w:rPr>
        <w:t>응답 속도</w:t>
      </w:r>
      <w:r>
        <w:rPr>
          <w:rFonts w:ascii="Nanum Gothic" w:eastAsia="Nanum Gothic" w:hAnsi="Nanum Gothic" w:cs="Nanum Gothic"/>
          <w:color w:val="1A1A1A"/>
          <w:sz w:val="20"/>
          <w:lang w:eastAsia="ko-KR"/>
        </w:rPr>
        <w:t>: 네트워크 지연 없음 → 더 빠른 반응</w:t>
      </w:r>
    </w:p>
    <w:p w14:paraId="75AC3CDD"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4. </w:t>
      </w:r>
      <w:r>
        <w:rPr>
          <w:rFonts w:ascii="Nanum Gothic" w:eastAsia="Nanum Gothic" w:hAnsi="Nanum Gothic" w:cs="Nanum Gothic"/>
          <w:b/>
          <w:color w:val="1A1A1A"/>
          <w:sz w:val="20"/>
          <w:lang w:eastAsia="ko-KR"/>
        </w:rPr>
        <w:t>기업 보안</w:t>
      </w:r>
      <w:r>
        <w:rPr>
          <w:rFonts w:ascii="Nanum Gothic" w:eastAsia="Nanum Gothic" w:hAnsi="Nanum Gothic" w:cs="Nanum Gothic"/>
          <w:color w:val="1A1A1A"/>
          <w:sz w:val="20"/>
          <w:lang w:eastAsia="ko-KR"/>
        </w:rPr>
        <w:t>: 사내 민감 정보를 외부 서버에 보내지 않아도 됨</w:t>
      </w:r>
    </w:p>
    <w:tbl>
      <w:tblPr>
        <w:tblStyle w:val="af9"/>
        <w:tblW w:w="0" w:type="auto"/>
        <w:tblLayout w:type="fixed"/>
        <w:tblLook w:val="04A0" w:firstRow="1" w:lastRow="0" w:firstColumn="1" w:lastColumn="0" w:noHBand="0" w:noVBand="1"/>
      </w:tblPr>
      <w:tblGrid>
        <w:gridCol w:w="400"/>
        <w:gridCol w:w="8672"/>
      </w:tblGrid>
      <w:tr w:rsidR="00226CAC" w14:paraId="70045B3F" w14:textId="77777777">
        <w:tc>
          <w:tcPr>
            <w:tcW w:w="400" w:type="dxa"/>
            <w:shd w:val="clear" w:color="auto" w:fill="0F9D8C"/>
          </w:tcPr>
          <w:p w14:paraId="6BA7F1D4" w14:textId="77777777" w:rsidR="00226CAC" w:rsidRDefault="00226CAC">
            <w:pPr>
              <w:spacing w:before="80" w:after="80"/>
              <w:rPr>
                <w:rFonts w:eastAsia="Nanum Gothic"/>
                <w:lang w:eastAsia="ko-KR"/>
              </w:rPr>
            </w:pPr>
          </w:p>
        </w:tc>
        <w:tc>
          <w:tcPr>
            <w:tcW w:w="8672" w:type="dxa"/>
            <w:shd w:val="clear" w:color="auto" w:fill="E6F7F4"/>
          </w:tcPr>
          <w:p w14:paraId="24F5427C" w14:textId="77777777" w:rsidR="00226CAC" w:rsidRDefault="00000000">
            <w:pPr>
              <w:spacing w:before="80" w:after="80"/>
              <w:rPr>
                <w:rFonts w:eastAsia="Nanum Gothic"/>
                <w:lang w:eastAsia="ko-KR"/>
              </w:rPr>
            </w:pPr>
            <w:r>
              <w:rPr>
                <w:rFonts w:ascii="Nanum Gothic" w:eastAsia="Nanum Gothic" w:hAnsi="Nanum Gothic" w:cs="Nanum Gothic"/>
                <w:b/>
                <w:color w:val="0F9D8C"/>
                <w:sz w:val="20"/>
                <w:lang w:eastAsia="ko-KR"/>
              </w:rPr>
              <w:t>💡 비유</w:t>
            </w:r>
            <w:r>
              <w:rPr>
                <w:rFonts w:ascii="Apple SD Gothic Neo" w:eastAsia="Nanum Gothic" w:hAnsi="Apple SD Gothic Neo" w:cs="Apple SD Gothic Neo"/>
                <w:b/>
                <w:color w:val="0F9D8C"/>
                <w:sz w:val="20"/>
                <w:lang w:eastAsia="ko-KR"/>
              </w:rPr>
              <w:br/>
            </w:r>
            <w:r>
              <w:rPr>
                <w:rFonts w:ascii="Nanum Gothic" w:eastAsia="Nanum Gothic" w:hAnsi="Nanum Gothic" w:cs="Nanum Gothic"/>
                <w:color w:val="1A1A1A"/>
                <w:sz w:val="20"/>
                <w:lang w:eastAsia="ko-KR"/>
              </w:rPr>
              <w:t>클라우드 서비스 vs 온프레미스 서버의 차이와 유사합니다. 클라우드는 편리하지만 데이터를 외부에 맡기고, 온프레미스는 속도·보안·제어권을 자체 유지합니다. On-Device AI는 "AI를 온프레미스로 내재화"하는 방향입니다.</w:t>
            </w:r>
          </w:p>
        </w:tc>
      </w:tr>
    </w:tbl>
    <w:p w14:paraId="722D75AC" w14:textId="77777777" w:rsidR="00226CAC" w:rsidRDefault="00226CAC">
      <w:pPr>
        <w:rPr>
          <w:rFonts w:eastAsia="Nanum Gothic"/>
          <w:lang w:eastAsia="ko-KR"/>
        </w:rPr>
      </w:pPr>
    </w:p>
    <w:p w14:paraId="55083601" w14:textId="577EB0D3" w:rsidR="00226CAC" w:rsidRDefault="00FF2B12">
      <w:pPr>
        <w:spacing w:before="160" w:after="40"/>
        <w:rPr>
          <w:rFonts w:eastAsia="Nanum Gothic"/>
          <w:lang w:eastAsia="ko-KR"/>
        </w:rPr>
      </w:pPr>
      <w:r>
        <w:rPr>
          <w:rFonts w:ascii="Nanum Gothic" w:eastAsia="Nanum Gothic" w:hAnsi="Nanum Gothic" w:cs="Nanum Gothic"/>
          <w:b/>
          <w:color w:val="024AD8"/>
          <w:sz w:val="24"/>
          <w:lang w:eastAsia="ko-KR"/>
        </w:rPr>
        <w:t>3.1.5.2</w:t>
      </w:r>
      <w:r w:rsidR="00000000">
        <w:rPr>
          <w:rFonts w:ascii="Nanum Gothic" w:eastAsia="Nanum Gothic" w:hAnsi="Nanum Gothic" w:cs="Nanum Gothic"/>
          <w:b/>
          <w:color w:val="024AD8"/>
          <w:sz w:val="24"/>
          <w:lang w:eastAsia="ko-KR"/>
        </w:rPr>
        <w:t/>
      </w:r>
      <w:r>
        <w:rPr>
          <w:rFonts w:ascii="Nanum Gothic" w:eastAsia="Nanum Gothic" w:hAnsi="Nanum Gothic" w:cs="Nanum Gothic"/>
          <w:b/>
          <w:color w:val="024AD8"/>
          <w:sz w:val="24"/>
          <w:lang w:eastAsia="ko-KR"/>
        </w:rPr>
        <w:t/>
      </w:r>
      <w:r w:rsidR="00000000">
        <w:rPr>
          <w:rFonts w:ascii="Nanum Gothic" w:eastAsia="Nanum Gothic" w:hAnsi="Nanum Gothic" w:cs="Nanum Gothic"/>
          <w:b/>
          <w:color w:val="024AD8"/>
          <w:sz w:val="24"/>
          <w:lang w:eastAsia="ko-KR"/>
        </w:rPr>
        <w:t> 핵심 기술: Quantization과 Pruning</w:t>
      </w:r>
    </w:p>
    <w:p w14:paraId="370C9B3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lastRenderedPageBreak/>
        <w:t xml:space="preserve">On-Device AI가 가능한 이유는 </w:t>
      </w:r>
      <w:r>
        <w:rPr>
          <w:rFonts w:ascii="Nanum Gothic" w:eastAsia="Nanum Gothic" w:hAnsi="Nanum Gothic" w:cs="Nanum Gothic"/>
          <w:b/>
          <w:color w:val="1A1A1A"/>
          <w:sz w:val="20"/>
          <w:lang w:eastAsia="ko-KR"/>
        </w:rPr>
        <w:t>대형 모델을 작게 만드는 기술</w:t>
      </w:r>
      <w:r>
        <w:rPr>
          <w:rFonts w:ascii="Nanum Gothic" w:eastAsia="Nanum Gothic" w:hAnsi="Nanum Gothic" w:cs="Nanum Gothic"/>
          <w:color w:val="1A1A1A"/>
          <w:sz w:val="20"/>
          <w:lang w:eastAsia="ko-KR"/>
        </w:rPr>
        <w:t xml:space="preserve"> 덕분입니다.</w:t>
      </w:r>
    </w:p>
    <w:p w14:paraId="79AB07BB"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Quantization (양자화)</w:t>
      </w:r>
    </w:p>
    <w:p w14:paraId="31549C14" w14:textId="7504B099"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파라미터를 표현하는 숫자 정밀도를 낮추는 것.</w:t>
      </w:r>
    </w:p>
    <w:p w14:paraId="15F46A9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기존: 32-bit 부동소수점(float32) → 파라미터 1개 = 4바이트</w:t>
      </w:r>
    </w:p>
    <w:p w14:paraId="5CA99C43"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양자화 후: 4-bit 정수(int4) → 파라미터 1개 = 0.5바이트</w:t>
      </w:r>
    </w:p>
    <w:p w14:paraId="71DC90C7" w14:textId="77777777" w:rsidR="00226CAC" w:rsidRDefault="00000000">
      <w:pPr>
        <w:spacing w:before="60" w:after="60"/>
        <w:rPr>
          <w:rFonts w:ascii="Apple SD Gothic Neo" w:eastAsia="Nanum Gothic" w:hAnsi="Apple SD Gothic Neo" w:cs="Apple SD Gothic Neo"/>
          <w:color w:val="1A1A1A"/>
          <w:sz w:val="20"/>
          <w:lang w:eastAsia="ko-KR"/>
        </w:rPr>
      </w:pPr>
      <w:r>
        <w:rPr>
          <w:rFonts w:ascii="Nanum Gothic" w:eastAsia="Nanum Gothic" w:hAnsi="Nanum Gothic" w:cs="Nanum Gothic"/>
          <w:color w:val="1A1A1A"/>
          <w:sz w:val="20"/>
          <w:lang w:eastAsia="ko-KR"/>
        </w:rPr>
        <w:t xml:space="preserve">결과: </w:t>
      </w:r>
      <w:r>
        <w:rPr>
          <w:rFonts w:ascii="Nanum Gothic" w:eastAsia="Nanum Gothic" w:hAnsi="Nanum Gothic" w:cs="Nanum Gothic"/>
          <w:b/>
          <w:color w:val="1A1A1A"/>
          <w:sz w:val="20"/>
          <w:lang w:eastAsia="ko-KR"/>
        </w:rPr>
        <w:t>메모리 사용량 8배 감소</w:t>
      </w:r>
      <w:r>
        <w:rPr>
          <w:rFonts w:ascii="Nanum Gothic" w:eastAsia="Nanum Gothic" w:hAnsi="Nanum Gothic" w:cs="Nanum Gothic"/>
          <w:color w:val="1A1A1A"/>
          <w:sz w:val="20"/>
          <w:lang w:eastAsia="ko-KR"/>
        </w:rPr>
        <w:t>, 기기 탑재 가능 대가: 정밀도 다소 감소 → 성능 약간 저하</w:t>
      </w:r>
    </w:p>
    <w:p w14:paraId="6F2A460C" w14:textId="77777777" w:rsidR="007D76F6" w:rsidRDefault="007D76F6">
      <w:pPr>
        <w:spacing w:before="60" w:after="60"/>
        <w:rPr>
          <w:rFonts w:hint="eastAsia" w:eastAsia="Nanum Gothic"/>
          <w:lang w:eastAsia="ko-KR"/>
        </w:rPr>
      </w:pPr>
    </w:p>
    <w:p w14:paraId="35AB0559"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Pruning (가지치기)</w:t>
      </w:r>
    </w:p>
    <w:p w14:paraId="7CF9061D" w14:textId="334E3F2E"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중요도가 낮은 파라미터(가중치)를 제거. 마치 나무의 불필요한 가지를 잘라내듯, AI 모델의 불필요한 연결을 제거해 경량화.</w:t>
      </w:r>
    </w:p>
    <w:p w14:paraId="786C7E1E" w14:textId="77777777" w:rsidR="00226CAC" w:rsidRDefault="00000000">
      <w:pPr>
        <w:spacing w:before="60" w:after="60"/>
        <w:rPr>
          <w:rFonts w:ascii="Apple SD Gothic Neo" w:eastAsia="Nanum Gothic" w:hAnsi="Apple SD Gothic Neo" w:cs="Apple SD Gothic Neo"/>
          <w:color w:val="1A1A1A"/>
          <w:sz w:val="20"/>
          <w:lang w:eastAsia="ko-KR"/>
        </w:rPr>
      </w:pPr>
      <w:r>
        <w:rPr>
          <w:rFonts w:ascii="Nanum Gothic" w:eastAsia="Nanum Gothic" w:hAnsi="Nanum Gothic" w:cs="Nanum Gothic"/>
          <w:color w:val="1A1A1A"/>
          <w:sz w:val="20"/>
          <w:lang w:eastAsia="ko-KR"/>
        </w:rPr>
        <w:t>결과: 모델 크기 감소, 추론 속도 향상 대가: 역시 일부 성능 감소</w:t>
      </w:r>
    </w:p>
    <w:p w14:paraId="6A35B544" w14:textId="77777777" w:rsidR="007D76F6" w:rsidRDefault="007D76F6">
      <w:pPr>
        <w:spacing w:before="60" w:after="60"/>
        <w:rPr>
          <w:rFonts w:hint="eastAsia" w:eastAsia="Nanum Gothic"/>
          <w:lang w:eastAsia="ko-KR"/>
        </w:rPr>
      </w:pPr>
    </w:p>
    <w:p w14:paraId="752F4134" w14:textId="77777777" w:rsidR="00226CAC" w:rsidRDefault="00000000">
      <w:pPr>
        <w:spacing w:before="60" w:after="60"/>
      </w:pPr>
      <w:r>
        <w:rPr>
          <w:rFonts w:ascii="Nanum Gothic" w:eastAsia="Nanum Gothic" w:hAnsi="Nanum Gothic" w:cs="Nanum Gothic"/>
          <w:b/>
          <w:color w:val="1A1A1A"/>
          <w:sz w:val="20"/>
        </w:rPr>
        <w:t>트레이드오프 요약</w:t>
      </w:r>
      <w:r>
        <w:rPr>
          <w:rFonts w:ascii="Nanum Gothic" w:eastAsia="Nanum Gothic" w:hAnsi="Nanum Gothic" w:cs="Nanum Gothic"/>
          <w:color w:val="1A1A1A"/>
          <w:sz w:val="20"/>
        </w:rPr>
        <w:t>:</w:t>
      </w:r>
    </w:p>
    <w:tbl>
      <w:tblPr>
        <w:tblStyle w:val="af9"/>
        <w:tblW w:w="0" w:type="auto"/>
        <w:tblLook w:val="04A0" w:firstRow="1" w:lastRow="0" w:firstColumn="1" w:lastColumn="0" w:noHBand="0" w:noVBand="1"/>
      </w:tblPr>
      <w:tblGrid>
        <w:gridCol w:w="3024"/>
        <w:gridCol w:w="3024"/>
        <w:gridCol w:w="3024"/>
      </w:tblGrid>
      <w:tr w:rsidR="00226CAC" w14:paraId="09E029D5" w14:textId="77777777" w:rsidTr="007D76F6">
        <w:tc>
          <w:tcPr>
            <w:tcW w:w="3024" w:type="dxa"/>
            <w:shd w:val="clear" w:color="auto" w:fill="024AD8"/>
          </w:tcPr>
          <w:p w14:paraId="30E54EEB" w14:textId="77777777" w:rsidR="00226CAC" w:rsidRDefault="00000000">
            <w:pPr>
              <w:spacing w:before="60" w:after="60"/>
            </w:pPr>
            <w:r>
              <w:rPr>
                <w:rFonts w:ascii="Nanum Gothic" w:eastAsia="Nanum Gothic" w:hAnsi="Nanum Gothic" w:cs="Nanum Gothic"/>
                <w:b/>
                <w:color w:val="FFFFFF"/>
                <w:sz w:val="20"/>
              </w:rPr>
              <w:t>항목</w:t>
            </w:r>
          </w:p>
        </w:tc>
        <w:tc>
          <w:tcPr>
            <w:tcW w:w="3024" w:type="dxa"/>
            <w:shd w:val="clear" w:color="auto" w:fill="024AD8"/>
          </w:tcPr>
          <w:p w14:paraId="68115DEB" w14:textId="77777777" w:rsidR="00226CAC" w:rsidRDefault="00000000">
            <w:pPr>
              <w:spacing w:before="60" w:after="60"/>
            </w:pPr>
            <w:r>
              <w:rPr>
                <w:rFonts w:ascii="Nanum Gothic" w:eastAsia="Nanum Gothic" w:hAnsi="Nanum Gothic" w:cs="Nanum Gothic"/>
                <w:b/>
                <w:color w:val="FFFFFF"/>
                <w:sz w:val="20"/>
              </w:rPr>
              <w:t>클라우드 AI</w:t>
            </w:r>
          </w:p>
        </w:tc>
        <w:tc>
          <w:tcPr>
            <w:tcW w:w="3024" w:type="dxa"/>
            <w:shd w:val="clear" w:color="auto" w:fill="024AD8"/>
          </w:tcPr>
          <w:p w14:paraId="7D4CE452" w14:textId="77777777" w:rsidR="00226CAC" w:rsidRDefault="00000000">
            <w:pPr>
              <w:spacing w:before="60" w:after="60"/>
            </w:pPr>
            <w:r>
              <w:rPr>
                <w:rFonts w:ascii="Nanum Gothic" w:eastAsia="Nanum Gothic" w:hAnsi="Nanum Gothic" w:cs="Nanum Gothic"/>
                <w:b/>
                <w:color w:val="FFFFFF"/>
                <w:sz w:val="20"/>
              </w:rPr>
              <w:t>On-Device AI</w:t>
            </w:r>
          </w:p>
        </w:tc>
      </w:tr>
      <w:tr w:rsidR="00226CAC" w14:paraId="05AF39A6" w14:textId="77777777" w:rsidTr="007D76F6">
        <w:tc>
          <w:tcPr>
            <w:tcW w:w="3024" w:type="dxa"/>
          </w:tcPr>
          <w:p w14:paraId="77B19695" w14:textId="77777777" w:rsidR="00226CAC" w:rsidRDefault="00000000">
            <w:pPr>
              <w:spacing w:before="60" w:after="60"/>
            </w:pPr>
            <w:r>
              <w:rPr>
                <w:rFonts w:ascii="Nanum Gothic" w:eastAsia="Nanum Gothic" w:hAnsi="Nanum Gothic" w:cs="Nanum Gothic"/>
                <w:color w:val="1A1A1A"/>
                <w:sz w:val="20"/>
              </w:rPr>
              <w:t>모델 크기</w:t>
            </w:r>
          </w:p>
        </w:tc>
        <w:tc>
          <w:tcPr>
            <w:tcW w:w="3024" w:type="dxa"/>
          </w:tcPr>
          <w:p w14:paraId="72EAD9E5" w14:textId="77777777" w:rsidR="00226CAC" w:rsidRDefault="00000000">
            <w:pPr>
              <w:spacing w:before="60" w:after="60"/>
            </w:pPr>
            <w:r>
              <w:rPr>
                <w:rFonts w:ascii="Nanum Gothic" w:eastAsia="Nanum Gothic" w:hAnsi="Nanum Gothic" w:cs="Nanum Gothic"/>
                <w:color w:val="1A1A1A"/>
                <w:sz w:val="20"/>
              </w:rPr>
              <w:t>수천억 파라미터</w:t>
            </w:r>
          </w:p>
        </w:tc>
        <w:tc>
          <w:tcPr>
            <w:tcW w:w="3024" w:type="dxa"/>
          </w:tcPr>
          <w:p w14:paraId="36B62B7D" w14:textId="77777777" w:rsidR="00226CAC" w:rsidRDefault="00000000">
            <w:pPr>
              <w:spacing w:before="60" w:after="60"/>
            </w:pPr>
            <w:r>
              <w:rPr>
                <w:rFonts w:ascii="Nanum Gothic" w:eastAsia="Nanum Gothic" w:hAnsi="Nanum Gothic" w:cs="Nanum Gothic"/>
                <w:color w:val="1A1A1A"/>
                <w:sz w:val="20"/>
              </w:rPr>
              <w:t>수십억 파라미터 (압축)</w:t>
            </w:r>
          </w:p>
        </w:tc>
      </w:tr>
      <w:tr w:rsidR="00226CAC" w14:paraId="47A04984" w14:textId="77777777" w:rsidTr="007D76F6">
        <w:tc>
          <w:tcPr>
            <w:tcW w:w="3024" w:type="dxa"/>
          </w:tcPr>
          <w:p w14:paraId="2E43439D" w14:textId="77777777" w:rsidR="00226CAC" w:rsidRDefault="00000000">
            <w:pPr>
              <w:spacing w:before="60" w:after="60"/>
            </w:pPr>
            <w:r>
              <w:rPr>
                <w:rFonts w:ascii="Nanum Gothic" w:eastAsia="Nanum Gothic" w:hAnsi="Nanum Gothic" w:cs="Nanum Gothic"/>
                <w:color w:val="1A1A1A"/>
                <w:sz w:val="20"/>
              </w:rPr>
              <w:t>성능</w:t>
            </w:r>
          </w:p>
        </w:tc>
        <w:tc>
          <w:tcPr>
            <w:tcW w:w="3024" w:type="dxa"/>
          </w:tcPr>
          <w:p w14:paraId="65859B40" w14:textId="77777777" w:rsidR="00226CAC" w:rsidRDefault="00000000">
            <w:pPr>
              <w:spacing w:before="60" w:after="60"/>
            </w:pPr>
            <w:r>
              <w:rPr>
                <w:rFonts w:ascii="Nanum Gothic" w:eastAsia="Nanum Gothic" w:hAnsi="Nanum Gothic" w:cs="Nanum Gothic"/>
                <w:color w:val="1A1A1A"/>
                <w:sz w:val="20"/>
              </w:rPr>
              <w:t>높음</w:t>
            </w:r>
          </w:p>
        </w:tc>
        <w:tc>
          <w:tcPr>
            <w:tcW w:w="3024" w:type="dxa"/>
          </w:tcPr>
          <w:p w14:paraId="51A1CF73" w14:textId="77777777" w:rsidR="00226CAC" w:rsidRDefault="00000000">
            <w:pPr>
              <w:spacing w:before="60" w:after="60"/>
            </w:pPr>
            <w:r>
              <w:rPr>
                <w:rFonts w:ascii="Nanum Gothic" w:eastAsia="Nanum Gothic" w:hAnsi="Nanum Gothic" w:cs="Nanum Gothic"/>
                <w:color w:val="1A1A1A"/>
                <w:sz w:val="20"/>
              </w:rPr>
              <w:t>중간 (압축 대가)</w:t>
            </w:r>
          </w:p>
        </w:tc>
      </w:tr>
      <w:tr w:rsidR="00226CAC" w14:paraId="19B421FE" w14:textId="77777777" w:rsidTr="007D76F6">
        <w:tc>
          <w:tcPr>
            <w:tcW w:w="3024" w:type="dxa"/>
          </w:tcPr>
          <w:p w14:paraId="6B312584" w14:textId="77777777" w:rsidR="00226CAC" w:rsidRDefault="00000000">
            <w:pPr>
              <w:spacing w:before="60" w:after="60"/>
            </w:pPr>
            <w:r>
              <w:rPr>
                <w:rFonts w:ascii="Nanum Gothic" w:eastAsia="Nanum Gothic" w:hAnsi="Nanum Gothic" w:cs="Nanum Gothic"/>
                <w:color w:val="1A1A1A"/>
                <w:sz w:val="20"/>
              </w:rPr>
              <w:t>응답 속도</w:t>
            </w:r>
          </w:p>
        </w:tc>
        <w:tc>
          <w:tcPr>
            <w:tcW w:w="3024" w:type="dxa"/>
          </w:tcPr>
          <w:p w14:paraId="57792D9E" w14:textId="77777777" w:rsidR="00226CAC" w:rsidRDefault="00000000">
            <w:pPr>
              <w:spacing w:before="60" w:after="60"/>
            </w:pPr>
            <w:r>
              <w:rPr>
                <w:rFonts w:ascii="Nanum Gothic" w:eastAsia="Nanum Gothic" w:hAnsi="Nanum Gothic" w:cs="Nanum Gothic"/>
                <w:color w:val="1A1A1A"/>
                <w:sz w:val="20"/>
              </w:rPr>
              <w:t>네트워크 의존</w:t>
            </w:r>
          </w:p>
        </w:tc>
        <w:tc>
          <w:tcPr>
            <w:tcW w:w="3024" w:type="dxa"/>
          </w:tcPr>
          <w:p w14:paraId="5ED7D931" w14:textId="77777777" w:rsidR="00226CAC" w:rsidRDefault="00000000">
            <w:pPr>
              <w:spacing w:before="60" w:after="60"/>
            </w:pPr>
            <w:r>
              <w:rPr>
                <w:rFonts w:ascii="Nanum Gothic" w:eastAsia="Nanum Gothic" w:hAnsi="Nanum Gothic" w:cs="Nanum Gothic"/>
                <w:color w:val="1A1A1A"/>
                <w:sz w:val="20"/>
              </w:rPr>
              <w:t>빠름 (로컬)</w:t>
            </w:r>
          </w:p>
        </w:tc>
      </w:tr>
      <w:tr w:rsidR="00226CAC" w14:paraId="04CCC847" w14:textId="77777777" w:rsidTr="007D76F6">
        <w:tc>
          <w:tcPr>
            <w:tcW w:w="3024" w:type="dxa"/>
          </w:tcPr>
          <w:p w14:paraId="2E88C40C" w14:textId="77777777" w:rsidR="00226CAC" w:rsidRDefault="00000000">
            <w:pPr>
              <w:spacing w:before="60" w:after="60"/>
            </w:pPr>
            <w:r>
              <w:rPr>
                <w:rFonts w:ascii="Nanum Gothic" w:eastAsia="Nanum Gothic" w:hAnsi="Nanum Gothic" w:cs="Nanum Gothic"/>
                <w:color w:val="1A1A1A"/>
                <w:sz w:val="20"/>
              </w:rPr>
              <w:t>개인정보</w:t>
            </w:r>
          </w:p>
        </w:tc>
        <w:tc>
          <w:tcPr>
            <w:tcW w:w="3024" w:type="dxa"/>
          </w:tcPr>
          <w:p w14:paraId="4FD5D1BB" w14:textId="77777777" w:rsidR="00226CAC" w:rsidRDefault="00000000">
            <w:pPr>
              <w:spacing w:before="60" w:after="60"/>
            </w:pPr>
            <w:r>
              <w:rPr>
                <w:rFonts w:ascii="Nanum Gothic" w:eastAsia="Nanum Gothic" w:hAnsi="Nanum Gothic" w:cs="Nanum Gothic"/>
                <w:color w:val="1A1A1A"/>
                <w:sz w:val="20"/>
              </w:rPr>
              <w:t>외부 전송</w:t>
            </w:r>
          </w:p>
        </w:tc>
        <w:tc>
          <w:tcPr>
            <w:tcW w:w="3024" w:type="dxa"/>
          </w:tcPr>
          <w:p w14:paraId="58DBD6D0" w14:textId="77777777" w:rsidR="00226CAC" w:rsidRDefault="00000000">
            <w:pPr>
              <w:spacing w:before="60" w:after="60"/>
            </w:pPr>
            <w:r>
              <w:rPr>
                <w:rFonts w:ascii="Nanum Gothic" w:eastAsia="Nanum Gothic" w:hAnsi="Nanum Gothic" w:cs="Nanum Gothic"/>
                <w:color w:val="1A1A1A"/>
                <w:sz w:val="20"/>
              </w:rPr>
              <w:t>기기 내 처리</w:t>
            </w:r>
          </w:p>
        </w:tc>
      </w:tr>
      <w:tr w:rsidR="00226CAC" w14:paraId="6554F5C5" w14:textId="77777777" w:rsidTr="007D76F6">
        <w:tc>
          <w:tcPr>
            <w:tcW w:w="3024" w:type="dxa"/>
          </w:tcPr>
          <w:p w14:paraId="3F2BEFAF" w14:textId="77777777" w:rsidR="00226CAC" w:rsidRDefault="00000000">
            <w:pPr>
              <w:spacing w:before="60" w:after="60"/>
            </w:pPr>
            <w:r>
              <w:rPr>
                <w:rFonts w:ascii="Nanum Gothic" w:eastAsia="Nanum Gothic" w:hAnsi="Nanum Gothic" w:cs="Nanum Gothic"/>
                <w:color w:val="1A1A1A"/>
                <w:sz w:val="20"/>
              </w:rPr>
              <w:t>오프라인</w:t>
            </w:r>
          </w:p>
        </w:tc>
        <w:tc>
          <w:tcPr>
            <w:tcW w:w="3024" w:type="dxa"/>
          </w:tcPr>
          <w:p w14:paraId="1396E6A4" w14:textId="77777777" w:rsidR="00226CAC" w:rsidRDefault="00000000">
            <w:pPr>
              <w:spacing w:before="60" w:after="60"/>
            </w:pPr>
            <w:r>
              <w:rPr>
                <w:rFonts w:ascii="Nanum Gothic" w:eastAsia="Nanum Gothic" w:hAnsi="Nanum Gothic" w:cs="Nanum Gothic"/>
                <w:color w:val="1A1A1A"/>
                <w:sz w:val="20"/>
              </w:rPr>
              <w:t>불가</w:t>
            </w:r>
          </w:p>
        </w:tc>
        <w:tc>
          <w:tcPr>
            <w:tcW w:w="3024" w:type="dxa"/>
          </w:tcPr>
          <w:p w14:paraId="1F1AE1CB" w14:textId="77777777" w:rsidR="00226CAC" w:rsidRDefault="00000000">
            <w:pPr>
              <w:spacing w:before="60" w:after="60"/>
            </w:pPr>
            <w:r>
              <w:rPr>
                <w:rFonts w:ascii="Nanum Gothic" w:eastAsia="Nanum Gothic" w:hAnsi="Nanum Gothic" w:cs="Nanum Gothic"/>
                <w:color w:val="1A1A1A"/>
                <w:sz w:val="20"/>
              </w:rPr>
              <w:t>가능</w:t>
            </w:r>
          </w:p>
        </w:tc>
      </w:tr>
      <w:tr w:rsidR="00226CAC" w14:paraId="4F15E90F" w14:textId="77777777" w:rsidTr="007D76F6">
        <w:tc>
          <w:tcPr>
            <w:tcW w:w="3024" w:type="dxa"/>
          </w:tcPr>
          <w:p w14:paraId="07657C48" w14:textId="77777777" w:rsidR="00226CAC" w:rsidRDefault="00000000">
            <w:pPr>
              <w:spacing w:before="60" w:after="60"/>
            </w:pPr>
            <w:r>
              <w:rPr>
                <w:rFonts w:ascii="Nanum Gothic" w:eastAsia="Nanum Gothic" w:hAnsi="Nanum Gothic" w:cs="Nanum Gothic"/>
                <w:color w:val="1A1A1A"/>
                <w:sz w:val="20"/>
              </w:rPr>
              <w:t>운영 비용</w:t>
            </w:r>
          </w:p>
        </w:tc>
        <w:tc>
          <w:tcPr>
            <w:tcW w:w="3024" w:type="dxa"/>
          </w:tcPr>
          <w:p w14:paraId="5B5D9758" w14:textId="77777777" w:rsidR="00226CAC" w:rsidRDefault="00000000">
            <w:pPr>
              <w:spacing w:before="60" w:after="60"/>
            </w:pPr>
            <w:r>
              <w:rPr>
                <w:rFonts w:ascii="Nanum Gothic" w:eastAsia="Nanum Gothic" w:hAnsi="Nanum Gothic" w:cs="Nanum Gothic"/>
                <w:color w:val="1A1A1A"/>
                <w:sz w:val="20"/>
              </w:rPr>
              <w:t>API 과금</w:t>
            </w:r>
          </w:p>
        </w:tc>
        <w:tc>
          <w:tcPr>
            <w:tcW w:w="3024" w:type="dxa"/>
          </w:tcPr>
          <w:p w14:paraId="3083E5DC" w14:textId="77777777" w:rsidR="00226CAC" w:rsidRDefault="00000000">
            <w:pPr>
              <w:spacing w:before="60" w:after="60"/>
            </w:pPr>
            <w:r>
              <w:rPr>
                <w:rFonts w:ascii="Nanum Gothic" w:eastAsia="Nanum Gothic" w:hAnsi="Nanum Gothic" w:cs="Nanum Gothic"/>
                <w:color w:val="1A1A1A"/>
                <w:sz w:val="20"/>
              </w:rPr>
              <w:t>기기 구입 후 무료</w:t>
            </w:r>
          </w:p>
        </w:tc>
      </w:tr>
    </w:tbl>
    <w:p w14:paraId="169AD0E0" w14:textId="77777777" w:rsidR="00226CAC" w:rsidRDefault="00226CAC"/>
    <w:p w14:paraId="4C4BCE7B" w14:textId="389E034F" w:rsidR="00226CAC" w:rsidRDefault="007D76F6">
      <w:pPr>
        <w:spacing w:before="160" w:after="40"/>
      </w:pPr>
      <w:r>
        <w:rPr>
          <w:rFonts w:ascii="Nanum Gothic" w:eastAsia="Nanum Gothic" w:hAnsi="Nanum Gothic" w:cs="Nanum Gothic" w:hint="eastAsia"/>
          <w:b/>
          <w:color w:val="024AD8"/>
          <w:sz w:val="24"/>
          <w:lang w:eastAsia="ko-KR"/>
        </w:rPr>
        <w:t>3.1.5.3</w:t>
      </w:r>
      <w:r w:rsidR="00000000">
        <w:rPr>
          <w:rFonts w:ascii="Nanum Gothic" w:eastAsia="Nanum Gothic" w:hAnsi="Nanum Gothic" w:cs="Nanum Gothic"/>
          <w:b/>
          <w:color w:val="024AD8"/>
          <w:sz w:val="24"/>
        </w:rPr>
        <w:t/>
      </w:r>
      <w:r>
        <w:rPr>
          <w:rFonts w:ascii="Nanum Gothic" w:eastAsia="Nanum Gothic" w:hAnsi="Nanum Gothic" w:cs="Nanum Gothic" w:hint="eastAsia"/>
          <w:b/>
          <w:color w:val="024AD8"/>
          <w:sz w:val="24"/>
          <w:lang w:eastAsia="ko-KR"/>
        </w:rPr>
        <w:t/>
      </w:r>
      <w:r w:rsidR="00000000">
        <w:rPr>
          <w:rFonts w:ascii="Nanum Gothic" w:eastAsia="Nanum Gothic" w:hAnsi="Nanum Gothic" w:cs="Nanum Gothic"/>
          <w:b/>
          <w:color w:val="024AD8"/>
          <w:sz w:val="24"/>
        </w:rPr>
        <w:t> 대표 사례</w:t>
      </w:r>
    </w:p>
    <w:p w14:paraId="133D2BDD" w14:textId="4488F126" w:rsidR="00226CAC" w:rsidRDefault="00123A90">
      <w:pPr>
        <w:spacing w:before="60" w:after="60"/>
        <w:rPr>
          <w:rFonts w:hint="eastAsia" w:eastAsia="Nanum Gothic"/>
          <w:lang w:eastAsia="ko-KR"/>
        </w:rPr>
      </w:pPr>
      <w:r>
        <w:rPr>
          <w:rFonts w:ascii="Nanum Gothic" w:eastAsia="Nanum Gothic" w:hAnsi="Nanum Gothic" w:cs="Nanum Gothic"/>
          <w:b/>
          <w:color w:val="1A1A1A"/>
          <w:sz w:val="20"/>
        </w:rPr>
        <w:t>Samsung Galaxy AI</w:t>
      </w:r>
      <w:r w:rsidRPr="00123A90">
        <w:rPr>
          <w:rFonts w:ascii="Nanum Gothic" w:eastAsia="Nanum Gothic" w:hAnsi="Nanum Gothic" w:cs="Nanum Gothic"/>
          <w:b/>
          <w:iCs/>
          <w:color w:val="1A1A1A"/>
          <w:sz w:val="20"/>
        </w:rPr>
        <w:t xml:space="preserve"> </w:t>
      </w:r>
      <w:r>
        <w:rPr>
          <w:rFonts w:ascii="Nanum Gothic" w:eastAsia="Nanum Gothic" w:hAnsi="Nanum Gothic" w:cs="Nanum Gothic"/>
          <w:iCs/>
          <w:color w:val="1A1A1A"/>
          <w:sz w:val="20"/>
          <w:lang w:eastAsia="ko-KR"/>
        </w:rPr>
        <w:t>–</w:t>
      </w:r>
      <w:r w:rsidRPr="00123A90">
        <w:rPr>
          <w:rFonts w:ascii="Nanum Gothic" w:eastAsia="Nanum Gothic" w:hAnsi="Nanum Gothic" w:cs="Nanum Gothic"/>
          <w:iCs/>
          <w:color w:val="1A1A1A"/>
          <w:sz w:val="20"/>
          <w:lang w:eastAsia="ko-KR"/>
        </w:rPr>
        <w:t xml:space="preserve"> </w:t>
      </w:r>
      <w:r>
        <w:rPr>
          <w:rFonts w:ascii="Nanum Gothic" w:eastAsia="Nanum Gothic" w:hAnsi="Nanum Gothic" w:cs="Nanum Gothic"/>
          <w:i/>
          <w:color w:val="6B7280"/>
          <w:sz w:val="16"/>
          <w:szCs w:val="16"/>
        </w:rPr>
        <w:t xml:space="preserve">Samsung, </w:t>
      </w:r>
      <w:r w:rsidRPr="00123A90">
        <w:rPr>
          <w:rFonts w:ascii="Nanum Gothic" w:eastAsia="Nanum Gothic" w:hAnsi="Nanum Gothic" w:cs="Nanum Gothic"/>
          <w:i/>
          <w:color w:val="6B7280"/>
          <w:sz w:val="16"/>
          <w:szCs w:val="16"/>
        </w:rPr>
        <w:t>https://www.samsung.com/sec/galaxy-ai/</w:t>
      </w:r>
      <w:r>
        <w:rPr>
          <w:rFonts w:ascii="Apple SD Gothic Neo" w:eastAsia="Nanum Gothic" w:hAnsi="Apple SD Gothic Neo" w:cs="Apple SD Gothic Neo"/>
          <w:b/>
          <w:color w:val="1A1A1A"/>
          <w:sz w:val="20"/>
        </w:rPr>
        <w:br/>
      </w:r>
      <w:r w:rsidR="00000000">
        <w:rPr>
          <w:rFonts w:ascii="Nanum Gothic" w:eastAsia="Nanum Gothic" w:hAnsi="Nanum Gothic" w:cs="Nanum Gothic"/>
          <w:b/>
          <w:color w:val="1A1A1A"/>
          <w:sz w:val="20"/>
        </w:rPr>
        <w:t>Apple Intelligence</w:t>
      </w:r>
      <w:r w:rsidR="00000000" w:rsidRPr="00123A90">
        <w:rPr>
          <w:rFonts w:ascii="Nanum Gothic" w:eastAsia="Nanum Gothic" w:hAnsi="Nanum Gothic" w:cs="Nanum Gothic"/>
          <w:iCs/>
          <w:color w:val="1A1A1A"/>
          <w:sz w:val="20"/>
        </w:rPr>
        <w:t xml:space="preserve"> </w:t>
      </w:r>
      <w:r w:rsidR="007D76F6" w:rsidRPr="00123A90">
        <w:rPr>
          <w:rFonts w:ascii="Nanum Gothic" w:eastAsia="Nanum Gothic" w:hAnsi="Nanum Gothic" w:cs="Nanum Gothic" w:hint="eastAsia"/>
          <w:iCs/>
          <w:color w:val="1A1A1A"/>
          <w:sz w:val="20"/>
          <w:lang w:eastAsia="ko-KR"/>
        </w:rPr>
        <w:t xml:space="preserve">- </w:t>
      </w:r>
      <w:r w:rsidR="00000000" w:rsidRPr="007D76F6">
        <w:rPr>
          <w:rFonts w:ascii="Nanum Gothic" w:eastAsia="Nanum Gothic" w:hAnsi="Nanum Gothic" w:cs="Nanum Gothic"/>
          <w:i/>
          <w:color w:val="6B7280"/>
          <w:sz w:val="16"/>
          <w:szCs w:val="16"/>
        </w:rPr>
        <w:t>Apple Inc., 공식 페이지: https://www.apple.com/apple-intelligence</w:t>
      </w:r>
    </w:p>
    <w:tbl>
      <w:tblPr>
        <w:tblStyle w:val="af9"/>
        <w:tblW w:w="0" w:type="auto"/>
        <w:tblLayout w:type="fixed"/>
        <w:tblLook w:val="04A0" w:firstRow="1" w:lastRow="0" w:firstColumn="1" w:lastColumn="0" w:noHBand="0" w:noVBand="1"/>
      </w:tblPr>
      <w:tblGrid>
        <w:gridCol w:w="400"/>
        <w:gridCol w:w="8672"/>
      </w:tblGrid>
      <w:tr w:rsidR="00226CAC" w14:paraId="31B94850" w14:textId="77777777">
        <w:tc>
          <w:tcPr>
            <w:tcW w:w="400" w:type="dxa"/>
            <w:shd w:val="clear" w:color="auto" w:fill="4A5568"/>
          </w:tcPr>
          <w:p w14:paraId="2CC87555" w14:textId="77777777" w:rsidR="00226CAC" w:rsidRDefault="00226CAC">
            <w:pPr>
              <w:spacing w:before="80" w:after="80"/>
            </w:pPr>
          </w:p>
        </w:tc>
        <w:tc>
          <w:tcPr>
            <w:tcW w:w="8672" w:type="dxa"/>
            <w:shd w:val="clear" w:color="auto" w:fill="F7F7F7"/>
          </w:tcPr>
          <w:p w14:paraId="214A12A0" w14:textId="51F8BCD2" w:rsidR="00226CAC" w:rsidRDefault="00000000">
            <w:pPr>
              <w:spacing w:before="80" w:after="80"/>
            </w:pPr>
            <w:r>
              <w:rPr>
                <w:rFonts w:ascii="Nanum Gothic" w:eastAsia="Nanum Gothic" w:hAnsi="Nanum Gothic" w:cs="Nanum Gothic"/>
                <w:b/>
                <w:color w:val="4A5568"/>
                <w:sz w:val="20"/>
                <w:lang w:eastAsia="ko-KR"/>
              </w:rPr>
              <w:t>📌 Note</w:t>
            </w:r>
            <w:r>
              <w:rPr>
                <w:rFonts w:ascii="Apple SD Gothic Neo" w:eastAsia="Nanum Gothic" w:hAnsi="Apple SD Gothic Neo" w:cs="Apple SD Gothic Neo"/>
                <w:b/>
                <w:color w:val="4A5568"/>
                <w:sz w:val="20"/>
                <w:lang w:eastAsia="ko-KR"/>
              </w:rPr>
              <w:br/>
            </w:r>
            <w:r w:rsidR="00C571A8" w:rsidRPr="00C571A8">
              <w:rPr>
                <w:rFonts w:ascii="Nanum Gothic" w:eastAsia="Nanum Gothic" w:hAnsi="Nanum Gothic" w:cs="Nanum Gothic"/>
                <w:color w:val="1A1A1A"/>
                <w:sz w:val="20"/>
                <w:lang w:eastAsia="ko-KR"/>
              </w:rPr>
              <w:t xml:space="preserve">Apple Intelligence와 삼성 Galaxy AI 두 제품은 모두 '온디바이스 우선 + 클라우드 하이브리드' 방식에 가깝습니다. 간단한 작업은 기기 안에서 먼저 처리해 개인정보 노출을 줄이고, 더 큰 모델이 필요한 복잡한 작업은 클라우드로 보냅니다. 차이는 개인정보를 다루는 방식입니다. </w:t>
            </w:r>
            <w:r w:rsidR="00C571A8" w:rsidRPr="00C571A8">
              <w:rPr>
                <w:rFonts w:ascii="Nanum Gothic" w:eastAsia="Nanum Gothic" w:hAnsi="Nanum Gothic" w:cs="Nanum Gothic"/>
                <w:color w:val="1A1A1A"/>
                <w:sz w:val="20"/>
              </w:rPr>
              <w:t>Apple Intelligence는 Private Cloud Compute로 클라우드 처리 구간의 보호를 강조하고, 삼성 Galaxy AI는 Personal Data Engine과 '기기 전용 처리' 선택권으로 사용자가 처리 범위를 조절할 수 있게 합니다.</w:t>
            </w:r>
          </w:p>
        </w:tc>
      </w:tr>
    </w:tbl>
    <w:p w14:paraId="2C17E3C7" w14:textId="77777777" w:rsidR="00226CAC" w:rsidRDefault="00226CAC"/>
    <w:p w14:paraId="2B8A2468" w14:textId="77777777" w:rsidR="00226CAC" w:rsidRDefault="00000000">
      <w:pPr>
        <w:spacing w:before="60" w:after="60"/>
      </w:pPr>
      <w:r>
        <w:rPr>
          <w:rFonts w:ascii="Nanum Gothic" w:eastAsia="Nanum Gothic" w:hAnsi="Nanum Gothic" w:cs="Nanum Gothic"/>
          <w:color w:val="1A1A1A"/>
          <w:sz w:val="20"/>
        </w:rPr>
        <w:t>Apple Intelligence의 구조:</w:t>
      </w:r>
    </w:p>
    <w:p w14:paraId="6DA37ED3" w14:textId="77777777" w:rsidR="00226CAC" w:rsidRDefault="00000000">
      <w:pPr>
        <w:spacing w:before="40" w:after="40"/>
        <w:ind w:left="397"/>
      </w:pPr>
      <w:r>
        <w:rPr>
          <w:rFonts w:ascii="Nanum Gothic" w:eastAsia="Nanum Gothic" w:hAnsi="Nanum Gothic" w:cs="Nanum Gothic"/>
          <w:color w:val="1A1A1A"/>
          <w:sz w:val="20"/>
        </w:rPr>
        <w:t xml:space="preserve">• </w:t>
      </w:r>
      <w:r>
        <w:rPr>
          <w:rFonts w:ascii="Nanum Gothic" w:eastAsia="Nanum Gothic" w:hAnsi="Nanum Gothic" w:cs="Nanum Gothic"/>
          <w:b/>
          <w:color w:val="1A1A1A"/>
          <w:sz w:val="20"/>
        </w:rPr>
        <w:t>온디바이스 모델</w:t>
      </w:r>
      <w:r>
        <w:rPr>
          <w:rFonts w:ascii="Nanum Gothic" w:eastAsia="Nanum Gothic" w:hAnsi="Nanum Gothic" w:cs="Nanum Gothic"/>
          <w:color w:val="1A1A1A"/>
          <w:sz w:val="20"/>
        </w:rPr>
        <w:t>: iPhone·Mac 내 소형 모델로 기본 처리</w:t>
      </w:r>
    </w:p>
    <w:p w14:paraId="6069CEB6" w14:textId="0D77787B" w:rsidR="00226CAC" w:rsidRDefault="00000000" w:rsidP="00F8330E">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Pr>
          <w:rFonts w:ascii="Nanum Gothic" w:eastAsia="Nanum Gothic" w:hAnsi="Nanum Gothic" w:cs="Nanum Gothic"/>
          <w:b/>
          <w:color w:val="1A1A1A"/>
          <w:sz w:val="20"/>
          <w:lang w:eastAsia="ko-KR"/>
        </w:rPr>
        <w:t>Private Cloud Compute</w:t>
      </w:r>
      <w:r>
        <w:rPr>
          <w:rFonts w:ascii="Nanum Gothic" w:eastAsia="Nanum Gothic" w:hAnsi="Nanum Gothic" w:cs="Nanum Gothic"/>
          <w:color w:val="1A1A1A"/>
          <w:sz w:val="20"/>
          <w:lang w:eastAsia="ko-KR"/>
        </w:rPr>
        <w:t>: 더 복잡한 처리는 Apple 전용 서버로 전송</w:t>
      </w:r>
      <w:r w:rsidR="00F8330E">
        <w:rPr>
          <w:rFonts w:hint="eastAsia" w:eastAsia="Nanum Gothic" w:ascii="Nanum Gothic" w:hAnsi="Nanum Gothic" w:cs="Nanum Gothic"/>
          <w:lang w:eastAsia="ko-KR"/>
        </w:rPr>
        <w:t xml:space="preserve"> </w:t>
      </w:r>
      <w:r>
        <w:rPr>
          <w:rFonts w:ascii="Nanum Gothic" w:eastAsia="Nanum Gothic" w:hAnsi="Nanum Gothic" w:cs="Nanum Gothic"/>
          <w:color w:val="1A1A1A"/>
          <w:sz w:val="20"/>
          <w:lang w:eastAsia="ko-KR"/>
        </w:rPr>
        <w:t>(</w:t>
      </w:r>
      <w:r w:rsidR="00C571A8">
        <w:rPr>
          <w:rFonts w:ascii="Nanum Gothic" w:eastAsia="Nanum Gothic" w:hAnsi="Nanum Gothic" w:cs="Nanum Gothic" w:hint="eastAsia"/>
          <w:color w:val="1A1A1A"/>
          <w:sz w:val="20"/>
          <w:lang w:eastAsia="ko-KR"/>
        </w:rPr>
        <w:t>외부</w:t>
      </w:r>
      <w:r>
        <w:rPr>
          <w:rFonts w:ascii="Nanum Gothic" w:eastAsia="Nanum Gothic" w:hAnsi="Nanum Gothic" w:cs="Nanum Gothic"/>
          <w:color w:val="1A1A1A"/>
          <w:sz w:val="20"/>
          <w:lang w:eastAsia="ko-KR"/>
        </w:rPr>
        <w:t xml:space="preserve"> 접근 차단, 암호화, 로그 미저장)</w:t>
      </w:r>
    </w:p>
    <w:p w14:paraId="562BF8BA" w14:textId="430F25FF" w:rsidR="00226CAC" w:rsidRDefault="00000000">
      <w:pPr>
        <w:spacing w:before="40" w:after="40"/>
        <w:ind w:left="397"/>
        <w:rPr>
          <w:rFonts w:ascii="Apple SD Gothic Neo" w:eastAsia="Nanum Gothic" w:hAnsi="Apple SD Gothic Neo" w:cs="Apple SD Gothic Neo"/>
          <w:color w:val="1A1A1A"/>
          <w:sz w:val="20"/>
          <w:lang w:eastAsia="ko-KR"/>
        </w:rPr>
      </w:pPr>
      <w:r>
        <w:rPr>
          <w:rFonts w:ascii="Nanum Gothic" w:eastAsia="Nanum Gothic" w:hAnsi="Nanum Gothic" w:cs="Nanum Gothic"/>
          <w:color w:val="1A1A1A"/>
          <w:sz w:val="20"/>
          <w:lang w:eastAsia="ko-KR"/>
        </w:rPr>
        <w:t>• Apple Silicon (A17 Pro / M 시리즈)의 Neural Engine 최적화</w:t>
      </w:r>
    </w:p>
    <w:p w14:paraId="79111772" w14:textId="090C8F65" w:rsidR="00C571A8" w:rsidRDefault="00C571A8" w:rsidP="00C571A8">
      <w:pPr>
        <w:spacing w:before="60" w:after="60"/>
        <w:rPr>
          <w:rFonts w:eastAsia="Nanum Gothic"/>
          <w:lang w:eastAsia="ko-KR"/>
        </w:rPr>
      </w:pPr>
      <w:r>
        <w:rPr>
          <w:rFonts w:ascii="Nanum Gothic" w:eastAsia="Nanum Gothic" w:hAnsi="Nanum Gothic" w:cs="Nanum Gothic" w:hint="eastAsia"/>
          <w:color w:val="1A1A1A"/>
          <w:sz w:val="20"/>
          <w:lang w:eastAsia="ko-KR"/>
        </w:rPr>
        <w:lastRenderedPageBreak/>
        <w:t xml:space="preserve">삼성 </w:t>
      </w:r>
      <w:r>
        <w:rPr>
          <w:rFonts w:ascii="Nanum Gothic" w:eastAsia="Nanum Gothic" w:hAnsi="Nanum Gothic" w:cs="Nanum Gothic"/>
          <w:color w:val="1A1A1A"/>
          <w:sz w:val="20"/>
          <w:lang w:eastAsia="ko-KR"/>
        </w:rPr>
        <w:t>Galaxy AI</w:t>
      </w:r>
      <w:r>
        <w:rPr>
          <w:rFonts w:ascii="Nanum Gothic" w:eastAsia="Nanum Gothic" w:hAnsi="Nanum Gothic" w:cs="Nanum Gothic"/>
          <w:color w:val="1A1A1A"/>
          <w:sz w:val="20"/>
          <w:lang w:eastAsia="ko-KR"/>
        </w:rPr>
        <w:t>의 구조:</w:t>
      </w:r>
    </w:p>
    <w:p w14:paraId="1FBD6E12" w14:textId="653D52CA" w:rsidR="00C571A8" w:rsidRDefault="00C571A8" w:rsidP="00C571A8">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Pr>
          <w:rFonts w:ascii="Nanum Gothic" w:eastAsia="Nanum Gothic" w:hAnsi="Nanum Gothic" w:cs="Nanum Gothic"/>
          <w:b/>
          <w:color w:val="1A1A1A"/>
          <w:sz w:val="20"/>
          <w:lang w:eastAsia="ko-KR"/>
        </w:rPr>
        <w:t>온디바이스 모델</w:t>
      </w:r>
      <w:r>
        <w:rPr>
          <w:rFonts w:ascii="Nanum Gothic" w:eastAsia="Nanum Gothic" w:hAnsi="Nanum Gothic" w:cs="Nanum Gothic"/>
          <w:color w:val="1A1A1A"/>
          <w:sz w:val="20"/>
          <w:lang w:eastAsia="ko-KR"/>
        </w:rPr>
        <w:t xml:space="preserve">: </w:t>
      </w:r>
      <w:r w:rsidRPr="00C571A8">
        <w:rPr>
          <w:rFonts w:ascii="Nanum Gothic" w:eastAsia="Nanum Gothic" w:hAnsi="Nanum Gothic" w:cs="Nanum Gothic"/>
          <w:color w:val="1A1A1A"/>
          <w:sz w:val="20"/>
          <w:lang w:eastAsia="ko-KR"/>
        </w:rPr>
        <w:t>Personal Data Engine·On Device Protection으로 개인 데이터가 기기 안에서 처리되도록 설계</w:t>
      </w:r>
    </w:p>
    <w:p w14:paraId="4134738B" w14:textId="1771753D" w:rsidR="00C571A8" w:rsidRDefault="00C571A8" w:rsidP="00C571A8">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Pr>
          <w:rFonts w:ascii="Nanum Gothic" w:eastAsia="Nanum Gothic" w:hAnsi="Nanum Gothic" w:cs="Nanum Gothic" w:hint="eastAsia"/>
          <w:b/>
          <w:color w:val="1A1A1A"/>
          <w:sz w:val="20"/>
          <w:lang w:eastAsia="ko-KR"/>
        </w:rPr>
        <w:t>클라우드 처리</w:t>
      </w:r>
      <w:r>
        <w:rPr>
          <w:rFonts w:ascii="Nanum Gothic" w:eastAsia="Nanum Gothic" w:hAnsi="Nanum Gothic" w:cs="Nanum Gothic"/>
          <w:color w:val="1A1A1A"/>
          <w:sz w:val="20"/>
          <w:lang w:eastAsia="ko-KR"/>
        </w:rPr>
        <w:t xml:space="preserve">: </w:t>
      </w:r>
      <w:r w:rsidRPr="00C571A8">
        <w:rPr>
          <w:rFonts w:ascii="Nanum Gothic" w:eastAsia="Nanum Gothic" w:hAnsi="Nanum Gothic" w:cs="Nanum Gothic"/>
          <w:color w:val="1A1A1A"/>
          <w:sz w:val="20"/>
          <w:lang w:eastAsia="ko-KR"/>
        </w:rPr>
        <w:t>기기 안에서 처리하기 어려운 무거운 작업은 클라우드에서</w:t>
      </w:r>
    </w:p>
    <w:p w14:paraId="14416E85" w14:textId="5D751265" w:rsidR="00C571A8" w:rsidRDefault="00C571A8" w:rsidP="00C571A8">
      <w:pPr>
        <w:spacing w:before="40" w:after="40"/>
        <w:ind w:left="397"/>
        <w:rPr>
          <w:rFonts w:ascii="Apple SD Gothic Neo" w:eastAsia="Nanum Gothic" w:hAnsi="Apple SD Gothic Neo" w:cs="Apple SD Gothic Neo"/>
          <w:color w:val="1A1A1A"/>
          <w:sz w:val="20"/>
          <w:lang w:eastAsia="ko-KR"/>
        </w:rPr>
      </w:pPr>
      <w:r>
        <w:rPr>
          <w:rFonts w:ascii="Nanum Gothic" w:eastAsia="Nanum Gothic" w:hAnsi="Nanum Gothic" w:cs="Nanum Gothic"/>
          <w:color w:val="1A1A1A"/>
          <w:sz w:val="20"/>
          <w:lang w:eastAsia="ko-KR"/>
        </w:rPr>
        <w:t xml:space="preserve">• </w:t>
      </w:r>
      <w:r w:rsidRPr="00C571A8">
        <w:rPr>
          <w:rFonts w:ascii="Nanum Gothic" w:eastAsia="Nanum Gothic" w:hAnsi="Nanum Gothic" w:cs="Nanum Gothic" w:hint="eastAsia"/>
          <w:b/>
          <w:bCs/>
          <w:color w:val="1A1A1A"/>
          <w:sz w:val="20"/>
          <w:lang w:eastAsia="ko-KR"/>
        </w:rPr>
        <w:t>사용자 선택</w:t>
      </w:r>
      <w:r>
        <w:rPr>
          <w:rFonts w:ascii="Nanum Gothic" w:eastAsia="Nanum Gothic" w:hAnsi="Nanum Gothic" w:cs="Nanum Gothic" w:hint="eastAsia"/>
          <w:color w:val="1A1A1A"/>
          <w:sz w:val="20"/>
          <w:lang w:eastAsia="ko-KR"/>
        </w:rPr>
        <w:t>:</w:t>
      </w:r>
      <w:r w:rsidRPr="00C571A8">
        <w:rPr>
          <w:rFonts w:hint="eastAsia" w:eastAsia="Nanum Gothic" w:ascii="Nanum Gothic" w:hAnsi="Nanum Gothic" w:cs="Nanum Gothic"/>
          <w:lang w:eastAsia="ko-KR"/>
        </w:rPr>
        <w:t xml:space="preserve"> </w:t>
      </w:r>
      <w:r w:rsidRPr="00C571A8">
        <w:rPr>
          <w:rFonts w:ascii="Nanum Gothic" w:eastAsia="Nanum Gothic" w:hAnsi="Nanum Gothic" w:cs="Nanum Gothic"/>
          <w:color w:val="1A1A1A"/>
          <w:sz w:val="20"/>
          <w:lang w:eastAsia="ko-KR"/>
        </w:rPr>
        <w:t>프라이버시 설정에서 '기기 전용 처리'를 켜 처리 범위를 기기 쪽으로 제한</w:t>
      </w:r>
    </w:p>
    <w:p w14:paraId="6DD16890" w14:textId="77777777" w:rsidR="00C571A8" w:rsidRDefault="00C571A8" w:rsidP="00C571A8">
      <w:pPr>
        <w:spacing w:before="40" w:after="40"/>
        <w:rPr>
          <w:rFonts w:hint="eastAsia" w:eastAsia="Nanum Gothic"/>
          <w:lang w:eastAsia="ko-KR"/>
        </w:rPr>
      </w:pPr>
    </w:p>
    <w:p w14:paraId="2DE6D931" w14:textId="77777777" w:rsidR="00226CAC" w:rsidRDefault="00000000">
      <w:pPr>
        <w:spacing w:before="60" w:after="60"/>
      </w:pPr>
      <w:r>
        <w:rPr>
          <w:rFonts w:ascii="Nanum Gothic" w:eastAsia="Nanum Gothic" w:hAnsi="Nanum Gothic" w:cs="Nanum Gothic"/>
          <w:b/>
          <w:color w:val="1A1A1A"/>
          <w:sz w:val="20"/>
        </w:rPr>
        <w:t>기타 사례</w:t>
      </w:r>
      <w:r>
        <w:rPr>
          <w:rFonts w:ascii="Nanum Gothic" w:eastAsia="Nanum Gothic" w:hAnsi="Nanum Gothic" w:cs="Nanum Gothic"/>
          <w:color w:val="1A1A1A"/>
          <w:sz w:val="20"/>
        </w:rPr>
        <w:t>:</w:t>
      </w:r>
    </w:p>
    <w:tbl>
      <w:tblPr>
        <w:tblStyle w:val="af9"/>
        <w:tblW w:w="0" w:type="auto"/>
        <w:tblLook w:val="04A0" w:firstRow="1" w:lastRow="0" w:firstColumn="1" w:lastColumn="0" w:noHBand="0" w:noVBand="1"/>
      </w:tblPr>
      <w:tblGrid>
        <w:gridCol w:w="4536"/>
        <w:gridCol w:w="4536"/>
      </w:tblGrid>
      <w:tr w:rsidR="00226CAC" w14:paraId="44FC405C" w14:textId="77777777" w:rsidTr="00C571A8">
        <w:tc>
          <w:tcPr>
            <w:tcW w:w="4536" w:type="dxa"/>
            <w:shd w:val="clear" w:color="auto" w:fill="024AD8"/>
          </w:tcPr>
          <w:p w14:paraId="0C2708E4" w14:textId="77777777" w:rsidR="00226CAC" w:rsidRDefault="00000000">
            <w:pPr>
              <w:spacing w:before="60" w:after="60"/>
            </w:pPr>
            <w:r>
              <w:rPr>
                <w:rFonts w:ascii="Nanum Gothic" w:eastAsia="Nanum Gothic" w:hAnsi="Nanum Gothic" w:cs="Nanum Gothic"/>
                <w:b/>
                <w:color w:val="FFFFFF"/>
                <w:sz w:val="20"/>
              </w:rPr>
              <w:t>제품</w:t>
            </w:r>
          </w:p>
        </w:tc>
        <w:tc>
          <w:tcPr>
            <w:tcW w:w="4536" w:type="dxa"/>
            <w:shd w:val="clear" w:color="auto" w:fill="024AD8"/>
          </w:tcPr>
          <w:p w14:paraId="508CCF5F" w14:textId="77777777" w:rsidR="00226CAC" w:rsidRDefault="00000000">
            <w:pPr>
              <w:spacing w:before="60" w:after="60"/>
            </w:pPr>
            <w:r>
              <w:rPr>
                <w:rFonts w:ascii="Nanum Gothic" w:eastAsia="Nanum Gothic" w:hAnsi="Nanum Gothic" w:cs="Nanum Gothic"/>
                <w:b/>
                <w:color w:val="FFFFFF"/>
                <w:sz w:val="20"/>
              </w:rPr>
              <w:t>구현 방식</w:t>
            </w:r>
          </w:p>
        </w:tc>
      </w:tr>
      <w:tr w:rsidR="00226CAC" w14:paraId="69D16206" w14:textId="77777777" w:rsidTr="00C571A8">
        <w:tc>
          <w:tcPr>
            <w:tcW w:w="4536" w:type="dxa"/>
          </w:tcPr>
          <w:p w14:paraId="1C3DE2E4" w14:textId="77777777" w:rsidR="00226CAC" w:rsidRDefault="00000000">
            <w:pPr>
              <w:spacing w:before="60" w:after="60"/>
            </w:pPr>
            <w:r>
              <w:rPr>
                <w:rFonts w:ascii="Nanum Gothic" w:eastAsia="Nanum Gothic" w:hAnsi="Nanum Gothic" w:cs="Nanum Gothic"/>
                <w:b/>
                <w:color w:val="1A1A1A"/>
                <w:sz w:val="20"/>
              </w:rPr>
              <w:t>Galaxy AI</w:t>
            </w:r>
            <w:r>
              <w:rPr>
                <w:rFonts w:ascii="Nanum Gothic" w:eastAsia="Nanum Gothic" w:hAnsi="Nanum Gothic" w:cs="Nanum Gothic"/>
                <w:color w:val="1A1A1A"/>
                <w:sz w:val="20"/>
              </w:rPr>
              <w:t xml:space="preserve"> (삼성)</w:t>
            </w:r>
          </w:p>
        </w:tc>
        <w:tc>
          <w:tcPr>
            <w:tcW w:w="4536" w:type="dxa"/>
          </w:tcPr>
          <w:p w14:paraId="0D35F3A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Exynos/Snapdragon 기반 온디바이스 AI 기능</w:t>
            </w:r>
          </w:p>
        </w:tc>
      </w:tr>
      <w:tr w:rsidR="00226CAC" w14:paraId="06173F81" w14:textId="77777777" w:rsidTr="00C571A8">
        <w:tc>
          <w:tcPr>
            <w:tcW w:w="4536" w:type="dxa"/>
          </w:tcPr>
          <w:p w14:paraId="20AA72E6" w14:textId="77777777" w:rsidR="00226CAC" w:rsidRDefault="00000000">
            <w:pPr>
              <w:spacing w:before="60" w:after="60"/>
            </w:pPr>
            <w:r>
              <w:rPr>
                <w:rFonts w:ascii="Nanum Gothic" w:eastAsia="Nanum Gothic" w:hAnsi="Nanum Gothic" w:cs="Nanum Gothic"/>
                <w:b/>
                <w:color w:val="1A1A1A"/>
                <w:sz w:val="20"/>
              </w:rPr>
              <w:t>Gemini Nano</w:t>
            </w:r>
            <w:r>
              <w:rPr>
                <w:rFonts w:ascii="Nanum Gothic" w:eastAsia="Nanum Gothic" w:hAnsi="Nanum Gothic" w:cs="Nanum Gothic"/>
                <w:color w:val="1A1A1A"/>
                <w:sz w:val="20"/>
              </w:rPr>
              <w:t xml:space="preserve"> (Google)</w:t>
            </w:r>
          </w:p>
        </w:tc>
        <w:tc>
          <w:tcPr>
            <w:tcW w:w="4536" w:type="dxa"/>
          </w:tcPr>
          <w:p w14:paraId="4606988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안드로이드용 초경량 Gemini — Pixel 기기 내장</w:t>
            </w:r>
          </w:p>
        </w:tc>
      </w:tr>
      <w:tr w:rsidR="00226CAC" w14:paraId="0E31BC93" w14:textId="77777777" w:rsidTr="00C571A8">
        <w:tc>
          <w:tcPr>
            <w:tcW w:w="4536" w:type="dxa"/>
          </w:tcPr>
          <w:p w14:paraId="44EBE904" w14:textId="77777777" w:rsidR="00226CAC" w:rsidRDefault="00000000">
            <w:pPr>
              <w:spacing w:before="60" w:after="60"/>
            </w:pPr>
            <w:r>
              <w:rPr>
                <w:rFonts w:ascii="Nanum Gothic" w:eastAsia="Nanum Gothic" w:hAnsi="Nanum Gothic" w:cs="Nanum Gothic"/>
                <w:b/>
                <w:color w:val="1A1A1A"/>
                <w:sz w:val="20"/>
              </w:rPr>
              <w:t>Solar Mini</w:t>
            </w:r>
          </w:p>
        </w:tc>
        <w:tc>
          <w:tcPr>
            <w:tcW w:w="4536" w:type="dxa"/>
          </w:tcPr>
          <w:p w14:paraId="29571E4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업스테이지의 한국어 최적화 온디바이스 모델</w:t>
            </w:r>
          </w:p>
        </w:tc>
      </w:tr>
      <w:tr w:rsidR="00226CAC" w14:paraId="34589E73" w14:textId="77777777" w:rsidTr="00C571A8">
        <w:tc>
          <w:tcPr>
            <w:tcW w:w="4536" w:type="dxa"/>
          </w:tcPr>
          <w:p w14:paraId="251C1604" w14:textId="77777777" w:rsidR="00226CAC" w:rsidRDefault="00000000">
            <w:pPr>
              <w:spacing w:before="60" w:after="60"/>
            </w:pPr>
            <w:r>
              <w:rPr>
                <w:rFonts w:ascii="Nanum Gothic" w:eastAsia="Nanum Gothic" w:hAnsi="Nanum Gothic" w:cs="Nanum Gothic"/>
                <w:b/>
                <w:color w:val="1A1A1A"/>
                <w:sz w:val="20"/>
              </w:rPr>
              <w:t>Phi-3 Mini</w:t>
            </w:r>
            <w:r>
              <w:rPr>
                <w:rFonts w:ascii="Nanum Gothic" w:eastAsia="Nanum Gothic" w:hAnsi="Nanum Gothic" w:cs="Nanum Gothic"/>
                <w:color w:val="1A1A1A"/>
                <w:sz w:val="20"/>
              </w:rPr>
              <w:t xml:space="preserve"> (Microsoft)</w:t>
            </w:r>
          </w:p>
        </w:tc>
        <w:tc>
          <w:tcPr>
            <w:tcW w:w="4536" w:type="dxa"/>
          </w:tcPr>
          <w:p w14:paraId="41855D49" w14:textId="77777777" w:rsidR="00226CAC" w:rsidRDefault="00000000">
            <w:pPr>
              <w:spacing w:before="60" w:after="60"/>
              <w:rPr>
                <w:rFonts w:hint="eastAsia" w:eastAsia="Nanum Gothic"/>
                <w:lang w:eastAsia="ko-KR"/>
              </w:rPr>
            </w:pPr>
            <w:r>
              <w:rPr>
                <w:rFonts w:ascii="Nanum Gothic" w:eastAsia="Nanum Gothic" w:hAnsi="Nanum Gothic" w:cs="Nanum Gothic"/>
                <w:color w:val="1A1A1A"/>
                <w:sz w:val="20"/>
                <w:lang w:eastAsia="ko-KR"/>
              </w:rPr>
              <w:t>38억 파라미터 소형 모델 — 기기·엣지 배포용</w:t>
            </w:r>
          </w:p>
        </w:tc>
      </w:tr>
      <w:tr w:rsidR="00923B07" w14:paraId="610BA9AB" w14:textId="77777777" w:rsidTr="00C571A8">
        <w:tc>
          <w:tcPr>
            <w:tcW w:w="4536" w:type="dxa"/>
          </w:tcPr>
          <w:p w14:paraId="3E7C3D7A" w14:textId="6A623246" w:rsidR="00923B07" w:rsidRDefault="00923B07">
            <w:pPr>
              <w:spacing w:before="60" w:after="60"/>
              <w:rPr>
                <w:rFonts w:ascii="Apple SD Gothic Neo" w:eastAsia="Nanum Gothic" w:hAnsi="Apple SD Gothic Neo" w:cs="Apple SD Gothic Neo"/>
                <w:b/>
                <w:color w:val="1A1A1A"/>
                <w:sz w:val="20"/>
                <w:lang w:eastAsia="ko-KR"/>
              </w:rPr>
            </w:pPr>
            <w:r>
              <w:rPr>
                <w:rFonts w:ascii="Nanum Gothic" w:eastAsia="Nanum Gothic" w:hAnsi="Nanum Gothic" w:cs="Nanum Gothic"/>
                <w:b/>
                <w:color w:val="1A1A1A"/>
                <w:sz w:val="20"/>
                <w:lang w:eastAsia="ko-KR"/>
              </w:rPr>
              <w:t>Local LLM (Open Source)</w:t>
            </w:r>
          </w:p>
        </w:tc>
        <w:tc>
          <w:tcPr>
            <w:tcW w:w="4536" w:type="dxa"/>
          </w:tcPr>
          <w:p w14:paraId="3F4F520E" w14:textId="11D5BE82" w:rsidR="00923B07" w:rsidRDefault="00923B07">
            <w:pPr>
              <w:spacing w:before="60" w:after="60"/>
              <w:rPr>
                <w:rFonts w:ascii="Apple SD Gothic Neo" w:eastAsia="Nanum Gothic" w:hAnsi="Apple SD Gothic Neo" w:cs="Apple SD Gothic Neo" w:hint="eastAsia"/>
                <w:color w:val="1A1A1A"/>
                <w:sz w:val="20"/>
                <w:lang w:eastAsia="ko-KR"/>
              </w:rPr>
            </w:pPr>
            <w:r>
              <w:rPr>
                <w:rFonts w:ascii="Nanum Gothic" w:eastAsia="Nanum Gothic" w:hAnsi="Nanum Gothic" w:cs="Nanum Gothic" w:hint="eastAsia"/>
                <w:color w:val="1A1A1A"/>
                <w:sz w:val="20"/>
                <w:lang w:eastAsia="ko-KR"/>
              </w:rPr>
              <w:t xml:space="preserve">오픈 </w:t>
            </w:r>
            <w:r>
              <w:rPr>
                <w:rFonts w:ascii="Nanum Gothic" w:eastAsia="Nanum Gothic" w:hAnsi="Nanum Gothic" w:cs="Nanum Gothic"/>
                <w:color w:val="1A1A1A"/>
                <w:sz w:val="20"/>
                <w:lang w:eastAsia="ko-KR"/>
              </w:rPr>
              <w:t xml:space="preserve">LLM </w:t>
            </w:r>
            <w:r>
              <w:rPr>
                <w:rFonts w:ascii="Nanum Gothic" w:eastAsia="Nanum Gothic" w:hAnsi="Nanum Gothic" w:cs="Nanum Gothic" w:hint="eastAsia"/>
                <w:color w:val="1A1A1A"/>
                <w:sz w:val="20"/>
                <w:lang w:eastAsia="ko-KR"/>
              </w:rPr>
              <w:t xml:space="preserve">모델을 </w:t>
            </w:r>
            <w:r>
              <w:rPr>
                <w:rFonts w:ascii="Nanum Gothic" w:eastAsia="Nanum Gothic" w:hAnsi="Nanum Gothic" w:cs="Nanum Gothic"/>
                <w:color w:val="1A1A1A"/>
                <w:sz w:val="20"/>
                <w:lang w:eastAsia="ko-KR"/>
              </w:rPr>
              <w:t>Ollama/LM Studio</w:t>
            </w:r>
            <w:r>
              <w:rPr>
                <w:rFonts w:ascii="Nanum Gothic" w:eastAsia="Nanum Gothic" w:hAnsi="Nanum Gothic" w:cs="Nanum Gothic" w:hint="eastAsia"/>
                <w:color w:val="1A1A1A"/>
                <w:sz w:val="20"/>
                <w:lang w:eastAsia="ko-KR"/>
              </w:rPr>
              <w:t xml:space="preserve">로 로컬 </w:t>
            </w:r>
            <w:r>
              <w:rPr>
                <w:rFonts w:ascii="Nanum Gothic" w:eastAsia="Nanum Gothic" w:hAnsi="Nanum Gothic" w:cs="Nanum Gothic"/>
                <w:color w:val="1A1A1A"/>
                <w:sz w:val="20"/>
                <w:lang w:eastAsia="ko-KR"/>
              </w:rPr>
              <w:t xml:space="preserve">PC </w:t>
            </w:r>
            <w:r>
              <w:rPr>
                <w:rFonts w:ascii="Nanum Gothic" w:eastAsia="Nanum Gothic" w:hAnsi="Nanum Gothic" w:cs="Nanum Gothic" w:hint="eastAsia"/>
                <w:color w:val="1A1A1A"/>
                <w:sz w:val="20"/>
                <w:lang w:eastAsia="ko-KR"/>
              </w:rPr>
              <w:t>및 노트북에 배포 후 실행</w:t>
            </w:r>
          </w:p>
        </w:tc>
      </w:tr>
    </w:tbl>
    <w:p w14:paraId="46C36EF4" w14:textId="77777777" w:rsidR="00226CAC" w:rsidRDefault="00226CAC">
      <w:pPr>
        <w:rPr>
          <w:rFonts w:eastAsia="Nanum Gothic"/>
          <w:lang w:eastAsia="ko-KR"/>
        </w:rPr>
      </w:pPr>
    </w:p>
    <w:p w14:paraId="528463ED" w14:textId="2902783A" w:rsidR="00226CAC" w:rsidRDefault="007D76F6">
      <w:pPr>
        <w:spacing w:before="160" w:after="40"/>
        <w:rPr>
          <w:rFonts w:eastAsia="Nanum Gothic"/>
          <w:lang w:eastAsia="ko-KR"/>
        </w:rPr>
      </w:pPr>
      <w:r>
        <w:rPr>
          <w:rFonts w:ascii="Nanum Gothic" w:eastAsia="Nanum Gothic" w:hAnsi="Nanum Gothic" w:cs="Nanum Gothic" w:hint="eastAsia"/>
          <w:b/>
          <w:color w:val="024AD8"/>
          <w:sz w:val="24"/>
          <w:lang w:eastAsia="ko-KR"/>
        </w:rPr>
        <w:t>3.1.5.4</w:t>
      </w:r>
      <w:r w:rsidR="00000000">
        <w:rPr>
          <w:rFonts w:ascii="Nanum Gothic" w:eastAsia="Nanum Gothic" w:hAnsi="Nanum Gothic" w:cs="Nanum Gothic"/>
          <w:b/>
          <w:color w:val="024AD8"/>
          <w:sz w:val="24"/>
          <w:lang w:eastAsia="ko-KR"/>
        </w:rPr>
        <w:t/>
      </w:r>
      <w:r>
        <w:rPr>
          <w:rFonts w:ascii="Nanum Gothic" w:eastAsia="Nanum Gothic" w:hAnsi="Nanum Gothic" w:cs="Nanum Gothic" w:hint="eastAsia"/>
          <w:b/>
          <w:color w:val="024AD8"/>
          <w:sz w:val="24"/>
          <w:lang w:eastAsia="ko-KR"/>
        </w:rPr>
        <w:t/>
      </w:r>
      <w:r w:rsidR="00000000">
        <w:rPr>
          <w:rFonts w:ascii="Nanum Gothic" w:eastAsia="Nanum Gothic" w:hAnsi="Nanum Gothic" w:cs="Nanum Gothic"/>
          <w:b/>
          <w:color w:val="024AD8"/>
          <w:sz w:val="24"/>
          <w:lang w:eastAsia="ko-KR"/>
        </w:rPr>
        <w:t> 기업 보안 정책과의 연결</w:t>
      </w:r>
    </w:p>
    <w:p w14:paraId="3BFA5A6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많은 기업이 "사내 데이터를 외부 AI 서비스에 입력하지 말 것"을 정책으로 운영합니다. On-Device AI는 이 문제의 기술적 해법 중 하나입니다.</w:t>
      </w:r>
    </w:p>
    <w:p w14:paraId="0E6B236C"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현실적 고려사항</w:t>
      </w:r>
      <w:r>
        <w:rPr>
          <w:rFonts w:ascii="Nanum Gothic" w:eastAsia="Nanum Gothic" w:hAnsi="Nanum Gothic" w:cs="Nanum Gothic"/>
          <w:color w:val="1A1A1A"/>
          <w:sz w:val="20"/>
          <w:lang w:eastAsia="ko-KR"/>
        </w:rPr>
        <w:t>:</w:t>
      </w:r>
    </w:p>
    <w:p w14:paraId="3F3A9F5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현재 On-Device AI의 성능은 대형 클라우드 AI보다 낮음</w:t>
      </w:r>
    </w:p>
    <w:p w14:paraId="46FF4317"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복잡한 분석·추론이 필요한 업무는 클라우드 AI가 우수</w:t>
      </w:r>
    </w:p>
    <w:p w14:paraId="49BDA092"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Pr>
          <w:rFonts w:ascii="Nanum Gothic" w:eastAsia="Nanum Gothic" w:hAnsi="Nanum Gothic" w:cs="Nanum Gothic"/>
          <w:b/>
          <w:color w:val="1A1A1A"/>
          <w:sz w:val="20"/>
          <w:lang w:eastAsia="ko-KR"/>
        </w:rPr>
        <w:t>전략</w:t>
      </w:r>
      <w:r>
        <w:rPr>
          <w:rFonts w:ascii="Nanum Gothic" w:eastAsia="Nanum Gothic" w:hAnsi="Nanum Gothic" w:cs="Nanum Gothic"/>
          <w:color w:val="1A1A1A"/>
          <w:sz w:val="20"/>
          <w:lang w:eastAsia="ko-KR"/>
        </w:rPr>
        <w:t>: 민감 데이터는 On-Device, 공개 가능한 데이터는 클라우드 — 하이브리드 접근</w:t>
      </w:r>
    </w:p>
    <w:p w14:paraId="0AC5EB5E" w14:textId="38A82D3B" w:rsidR="00226CAC" w:rsidRDefault="007D76F6">
      <w:pPr>
        <w:spacing w:before="160" w:after="40"/>
        <w:rPr>
          <w:rFonts w:eastAsia="Nanum Gothic"/>
          <w:lang w:eastAsia="ko-KR"/>
        </w:rPr>
      </w:pPr>
      <w:r>
        <w:rPr>
          <w:rFonts w:ascii="Nanum Gothic" w:eastAsia="Nanum Gothic" w:hAnsi="Nanum Gothic" w:cs="Nanum Gothic" w:hint="eastAsia"/>
          <w:b/>
          <w:color w:val="024AD8"/>
          <w:sz w:val="24"/>
          <w:lang w:eastAsia="ko-KR"/>
        </w:rPr>
        <w:t>3.1.5.5</w:t>
      </w:r>
      <w:r w:rsidR="00000000">
        <w:rPr>
          <w:rFonts w:ascii="Nanum Gothic" w:eastAsia="Nanum Gothic" w:hAnsi="Nanum Gothic" w:cs="Nanum Gothic"/>
          <w:b/>
          <w:color w:val="024AD8"/>
          <w:sz w:val="24"/>
          <w:lang w:eastAsia="ko-KR"/>
        </w:rPr>
        <w:t/>
      </w:r>
      <w:r>
        <w:rPr>
          <w:rFonts w:ascii="Nanum Gothic" w:eastAsia="Nanum Gothic" w:hAnsi="Nanum Gothic" w:cs="Nanum Gothic" w:hint="eastAsia"/>
          <w:b/>
          <w:color w:val="024AD8"/>
          <w:sz w:val="24"/>
          <w:lang w:eastAsia="ko-KR"/>
        </w:rPr>
        <w:t/>
      </w:r>
      <w:r w:rsidR="00000000">
        <w:rPr>
          <w:rFonts w:ascii="Nanum Gothic" w:eastAsia="Nanum Gothic" w:hAnsi="Nanum Gothic" w:cs="Nanum Gothic"/>
          <w:b/>
          <w:color w:val="024AD8"/>
          <w:sz w:val="24"/>
          <w:lang w:eastAsia="ko-KR"/>
        </w:rPr>
        <w:t> 직무별 On-Device AI 활용 시나리오</w:t>
      </w:r>
    </w:p>
    <w:p w14:paraId="65E31EF5"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현장 엔지니어</w:t>
      </w:r>
      <w:r>
        <w:rPr>
          <w:rFonts w:ascii="Nanum Gothic" w:eastAsia="Nanum Gothic" w:hAnsi="Nanum Gothic" w:cs="Nanum Gothic"/>
          <w:color w:val="1A1A1A"/>
          <w:sz w:val="20"/>
          <w:lang w:eastAsia="ko-KR"/>
        </w:rPr>
        <w:t>: 인터넷이 없는 공장·현장에서 AI 기반 장비 진단 → 온디바이스 모델이 장비 센서 데이터를 분석, 오프라인으로 즉시 결과 제공</w:t>
      </w:r>
    </w:p>
    <w:p w14:paraId="5527847B"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의료진</w:t>
      </w:r>
      <w:r>
        <w:rPr>
          <w:rFonts w:ascii="Nanum Gothic" w:eastAsia="Nanum Gothic" w:hAnsi="Nanum Gothic" w:cs="Nanum Gothic"/>
          <w:color w:val="1A1A1A"/>
          <w:sz w:val="20"/>
          <w:lang w:eastAsia="ko-KR"/>
        </w:rPr>
        <w:t>: 병원 내부 환자 데이터를 외부 서버에 보내지 않고 AI 보조 진단 → 의료법 준수, 환자 정보 보호</w:t>
      </w:r>
    </w:p>
    <w:p w14:paraId="6812369A"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영업직</w:t>
      </w:r>
      <w:r>
        <w:rPr>
          <w:rFonts w:ascii="Nanum Gothic" w:eastAsia="Nanum Gothic" w:hAnsi="Nanum Gothic" w:cs="Nanum Gothic"/>
          <w:color w:val="1A1A1A"/>
          <w:sz w:val="20"/>
          <w:lang w:eastAsia="ko-KR"/>
        </w:rPr>
        <w:t>: 고객 상담 중 실시간 AI 어시스턴트 (인터넷 불안정 환경) → 오프라인에서도 제품 추천·Q&amp;A 지원</w:t>
      </w:r>
    </w:p>
    <w:tbl>
      <w:tblPr>
        <w:tblStyle w:val="af9"/>
        <w:tblW w:w="0" w:type="auto"/>
        <w:tblLayout w:type="fixed"/>
        <w:tblLook w:val="04A0" w:firstRow="1" w:lastRow="0" w:firstColumn="1" w:lastColumn="0" w:noHBand="0" w:noVBand="1"/>
      </w:tblPr>
      <w:tblGrid>
        <w:gridCol w:w="400"/>
        <w:gridCol w:w="8672"/>
      </w:tblGrid>
      <w:tr w:rsidR="00226CAC" w14:paraId="43B65A33" w14:textId="77777777">
        <w:tc>
          <w:tcPr>
            <w:tcW w:w="400" w:type="dxa"/>
            <w:shd w:val="clear" w:color="auto" w:fill="6B46C1"/>
          </w:tcPr>
          <w:p w14:paraId="1DC59C92" w14:textId="77777777" w:rsidR="00226CAC" w:rsidRDefault="00226CAC">
            <w:pPr>
              <w:spacing w:before="80" w:after="80"/>
              <w:rPr>
                <w:rFonts w:eastAsia="Nanum Gothic"/>
                <w:lang w:eastAsia="ko-KR"/>
              </w:rPr>
            </w:pPr>
          </w:p>
        </w:tc>
        <w:tc>
          <w:tcPr>
            <w:tcW w:w="8672" w:type="dxa"/>
            <w:shd w:val="clear" w:color="auto" w:fill="F3EEFB"/>
          </w:tcPr>
          <w:p w14:paraId="411452B9" w14:textId="7777777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내 업무에서 "이 데이터는 외부 서버에 보내기 어렵다"고 느낀 적이 있다면? 그 데이터를 처리하기 위해 On-Device AI가 도움이 될 수 있을까?</w:t>
            </w:r>
          </w:p>
        </w:tc>
      </w:tr>
    </w:tbl>
    <w:p w14:paraId="45AF2BF2" w14:textId="77777777" w:rsidR="00226CAC" w:rsidRDefault="00226CAC">
      <w:pPr>
        <w:rPr>
          <w:rFonts w:eastAsia="Nanum Gothic"/>
          <w:lang w:eastAsia="ko-KR"/>
        </w:rPr>
      </w:pPr>
    </w:p>
    <w:p w14:paraId="6C35BF73" w14:textId="602A2C21" w:rsidR="00226CAC" w:rsidRDefault="007D76F6">
      <w:pPr>
        <w:spacing w:before="200" w:after="40"/>
      </w:pPr>
      <w:r>
        <w:rPr>
          <w:rFonts w:ascii="Nanum Gothic" w:eastAsia="Nanum Gothic" w:hAnsi="Nanum Gothic" w:cs="Nanum Gothic" w:hint="eastAsia"/>
          <w:b/>
          <w:color w:val="024AD8"/>
          <w:sz w:val="28"/>
          <w:lang w:eastAsia="ko-KR"/>
        </w:rPr>
        <w:t>3.1.6</w:t>
      </w:r>
      <w:r w:rsidR="00000000">
        <w:rPr>
          <w:rFonts w:ascii="Nanum Gothic" w:eastAsia="Nanum Gothic" w:hAnsi="Nanum Gothic" w:cs="Nanum Gothic"/>
          <w:b/>
          <w:color w:val="024AD8"/>
          <w:sz w:val="28"/>
        </w:rPr>
        <w:t> 3대 트렌드 비교 종합</w:t>
      </w:r>
    </w:p>
    <w:tbl>
      <w:tblPr>
        <w:tblStyle w:val="af9"/>
        <w:tblW w:w="0" w:type="auto"/>
        <w:tblLook w:val="04A0" w:firstRow="1" w:lastRow="0" w:firstColumn="1" w:lastColumn="0" w:noHBand="0" w:noVBand="1"/>
      </w:tblPr>
      <w:tblGrid>
        <w:gridCol w:w="2268"/>
        <w:gridCol w:w="2268"/>
        <w:gridCol w:w="2268"/>
        <w:gridCol w:w="2268"/>
      </w:tblGrid>
      <w:tr w:rsidR="00226CAC" w14:paraId="7C48D84F" w14:textId="77777777" w:rsidTr="008451E4">
        <w:tc>
          <w:tcPr>
            <w:tcW w:w="2268" w:type="dxa"/>
            <w:shd w:val="clear" w:color="auto" w:fill="024AD8"/>
          </w:tcPr>
          <w:p w14:paraId="64FE8521" w14:textId="77777777" w:rsidR="00226CAC" w:rsidRDefault="00000000">
            <w:pPr>
              <w:spacing w:before="60" w:after="60"/>
            </w:pPr>
            <w:r>
              <w:rPr>
                <w:rFonts w:ascii="Nanum Gothic" w:eastAsia="Nanum Gothic" w:hAnsi="Nanum Gothic" w:cs="Nanum Gothic"/>
                <w:b/>
                <w:color w:val="FFFFFF"/>
                <w:sz w:val="20"/>
              </w:rPr>
              <w:t>비교 항목</w:t>
            </w:r>
          </w:p>
        </w:tc>
        <w:tc>
          <w:tcPr>
            <w:tcW w:w="2268" w:type="dxa"/>
            <w:shd w:val="clear" w:color="auto" w:fill="024AD8"/>
          </w:tcPr>
          <w:p w14:paraId="1346217A" w14:textId="77777777" w:rsidR="00226CAC" w:rsidRDefault="00000000">
            <w:pPr>
              <w:spacing w:before="60" w:after="60"/>
            </w:pPr>
            <w:r>
              <w:rPr>
                <w:rFonts w:ascii="Nanum Gothic" w:eastAsia="Nanum Gothic" w:hAnsi="Nanum Gothic" w:cs="Nanum Gothic"/>
                <w:b/>
                <w:color w:val="FFFFFF"/>
                <w:sz w:val="20"/>
              </w:rPr>
              <w:t>Agentic AI</w:t>
            </w:r>
          </w:p>
        </w:tc>
        <w:tc>
          <w:tcPr>
            <w:tcW w:w="2268" w:type="dxa"/>
            <w:shd w:val="clear" w:color="auto" w:fill="024AD8"/>
          </w:tcPr>
          <w:p w14:paraId="047EFAAC" w14:textId="77777777" w:rsidR="00226CAC" w:rsidRDefault="00000000">
            <w:pPr>
              <w:spacing w:before="60" w:after="60"/>
            </w:pPr>
            <w:r>
              <w:rPr>
                <w:rFonts w:ascii="Nanum Gothic" w:eastAsia="Nanum Gothic" w:hAnsi="Nanum Gothic" w:cs="Nanum Gothic"/>
                <w:b/>
                <w:color w:val="FFFFFF"/>
                <w:sz w:val="20"/>
              </w:rPr>
              <w:t>Vertical AI</w:t>
            </w:r>
          </w:p>
        </w:tc>
        <w:tc>
          <w:tcPr>
            <w:tcW w:w="2268" w:type="dxa"/>
            <w:shd w:val="clear" w:color="auto" w:fill="024AD8"/>
          </w:tcPr>
          <w:p w14:paraId="1663588D" w14:textId="77777777" w:rsidR="00226CAC" w:rsidRDefault="00000000">
            <w:pPr>
              <w:spacing w:before="60" w:after="60"/>
            </w:pPr>
            <w:r>
              <w:rPr>
                <w:rFonts w:ascii="Nanum Gothic" w:eastAsia="Nanum Gothic" w:hAnsi="Nanum Gothic" w:cs="Nanum Gothic"/>
                <w:b/>
                <w:color w:val="FFFFFF"/>
                <w:sz w:val="20"/>
              </w:rPr>
              <w:t>On-Device AI</w:t>
            </w:r>
          </w:p>
        </w:tc>
      </w:tr>
      <w:tr w:rsidR="00226CAC" w14:paraId="50F5BD6B" w14:textId="77777777" w:rsidTr="008451E4">
        <w:tc>
          <w:tcPr>
            <w:tcW w:w="2268" w:type="dxa"/>
          </w:tcPr>
          <w:p w14:paraId="119F4CA8" w14:textId="77777777" w:rsidR="00226CAC" w:rsidRDefault="00000000">
            <w:pPr>
              <w:spacing w:before="60" w:after="60"/>
            </w:pPr>
            <w:r>
              <w:rPr>
                <w:rFonts w:ascii="Nanum Gothic" w:eastAsia="Nanum Gothic" w:hAnsi="Nanum Gothic" w:cs="Nanum Gothic"/>
                <w:b/>
                <w:color w:val="1A1A1A"/>
                <w:sz w:val="20"/>
              </w:rPr>
              <w:t>핵심 질문</w:t>
            </w:r>
          </w:p>
        </w:tc>
        <w:tc>
          <w:tcPr>
            <w:tcW w:w="2268" w:type="dxa"/>
          </w:tcPr>
          <w:p w14:paraId="274C898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자율적으로 여러 단계를 실행하는가?</w:t>
            </w:r>
          </w:p>
        </w:tc>
        <w:tc>
          <w:tcPr>
            <w:tcW w:w="2268" w:type="dxa"/>
          </w:tcPr>
          <w:p w14:paraId="3E45826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특정 도메인을 깊이 아는가?</w:t>
            </w:r>
          </w:p>
        </w:tc>
        <w:tc>
          <w:tcPr>
            <w:tcW w:w="2268" w:type="dxa"/>
          </w:tcPr>
          <w:p w14:paraId="0BA841E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클라우드 없이 기기에서 실행되는가?</w:t>
            </w:r>
          </w:p>
        </w:tc>
      </w:tr>
      <w:tr w:rsidR="00226CAC" w14:paraId="4488F301" w14:textId="77777777" w:rsidTr="008451E4">
        <w:tc>
          <w:tcPr>
            <w:tcW w:w="2268" w:type="dxa"/>
          </w:tcPr>
          <w:p w14:paraId="7E70A508" w14:textId="77777777" w:rsidR="00226CAC" w:rsidRDefault="00000000">
            <w:pPr>
              <w:spacing w:before="60" w:after="60"/>
            </w:pPr>
            <w:r>
              <w:rPr>
                <w:rFonts w:ascii="Nanum Gothic" w:eastAsia="Nanum Gothic" w:hAnsi="Nanum Gothic" w:cs="Nanum Gothic"/>
                <w:b/>
                <w:color w:val="1A1A1A"/>
                <w:sz w:val="20"/>
              </w:rPr>
              <w:lastRenderedPageBreak/>
              <w:t>강점</w:t>
            </w:r>
          </w:p>
        </w:tc>
        <w:tc>
          <w:tcPr>
            <w:tcW w:w="2268" w:type="dxa"/>
          </w:tcPr>
          <w:p w14:paraId="42782B1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반복·멀티스텝 업무 자동화</w:t>
            </w:r>
          </w:p>
        </w:tc>
        <w:tc>
          <w:tcPr>
            <w:tcW w:w="2268" w:type="dxa"/>
          </w:tcPr>
          <w:p w14:paraId="17196BD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도메인 정밀도·전문성</w:t>
            </w:r>
          </w:p>
        </w:tc>
        <w:tc>
          <w:tcPr>
            <w:tcW w:w="2268" w:type="dxa"/>
          </w:tcPr>
          <w:p w14:paraId="454A0AB1"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개인정보 보호·오프라인</w:t>
            </w:r>
          </w:p>
        </w:tc>
      </w:tr>
      <w:tr w:rsidR="00226CAC" w14:paraId="658C953B" w14:textId="77777777" w:rsidTr="008451E4">
        <w:tc>
          <w:tcPr>
            <w:tcW w:w="2268" w:type="dxa"/>
          </w:tcPr>
          <w:p w14:paraId="54DF4ADF" w14:textId="77777777" w:rsidR="00226CAC" w:rsidRDefault="00000000">
            <w:pPr>
              <w:spacing w:before="60" w:after="60"/>
            </w:pPr>
            <w:r>
              <w:rPr>
                <w:rFonts w:ascii="Nanum Gothic" w:eastAsia="Nanum Gothic" w:hAnsi="Nanum Gothic" w:cs="Nanum Gothic"/>
                <w:b/>
                <w:color w:val="1A1A1A"/>
                <w:sz w:val="20"/>
              </w:rPr>
              <w:t>한계</w:t>
            </w:r>
          </w:p>
        </w:tc>
        <w:tc>
          <w:tcPr>
            <w:tcW w:w="2268" w:type="dxa"/>
          </w:tcPr>
          <w:p w14:paraId="1548413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감독 없는 완전 자동화는 오류 위험</w:t>
            </w:r>
          </w:p>
        </w:tc>
        <w:tc>
          <w:tcPr>
            <w:tcW w:w="2268" w:type="dxa"/>
          </w:tcPr>
          <w:p w14:paraId="0FFB1D59" w14:textId="0086C35C" w:rsidR="00226CAC" w:rsidRDefault="008451E4">
            <w:pPr>
              <w:spacing w:before="60" w:after="60"/>
              <w:rPr>
                <w:rFonts w:eastAsia="Nanum Gothic"/>
                <w:lang w:eastAsia="ko-KR"/>
              </w:rPr>
            </w:pPr>
            <w:r>
              <w:rPr>
                <w:rFonts w:ascii="Nanum Gothic" w:eastAsia="Nanum Gothic" w:hAnsi="Nanum Gothic" w:cs="Nanum Gothic" w:hint="eastAsia"/>
                <w:color w:val="1A1A1A"/>
                <w:sz w:val="20"/>
                <w:lang w:eastAsia="ko-KR"/>
              </w:rPr>
              <w:t xml:space="preserve">높은 </w:t>
            </w:r>
            <w:r w:rsidR="00000000">
              <w:rPr>
                <w:rFonts w:ascii="Nanum Gothic" w:eastAsia="Nanum Gothic" w:hAnsi="Nanum Gothic" w:cs="Nanum Gothic"/>
                <w:color w:val="1A1A1A"/>
                <w:sz w:val="20"/>
                <w:lang w:eastAsia="ko-KR"/>
              </w:rPr>
              <w:t>학습 비용, 업데이트 느림</w:t>
            </w:r>
          </w:p>
        </w:tc>
        <w:tc>
          <w:tcPr>
            <w:tcW w:w="2268" w:type="dxa"/>
          </w:tcPr>
          <w:p w14:paraId="2FA1998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클라우드 대비 성능 낮음</w:t>
            </w:r>
          </w:p>
        </w:tc>
      </w:tr>
      <w:tr w:rsidR="00226CAC" w14:paraId="18B91C5E" w14:textId="77777777" w:rsidTr="008451E4">
        <w:tc>
          <w:tcPr>
            <w:tcW w:w="2268" w:type="dxa"/>
          </w:tcPr>
          <w:p w14:paraId="5D45DE8F" w14:textId="77777777" w:rsidR="00226CAC" w:rsidRDefault="00000000">
            <w:pPr>
              <w:spacing w:before="60" w:after="60"/>
            </w:pPr>
            <w:r>
              <w:rPr>
                <w:rFonts w:ascii="Nanum Gothic" w:eastAsia="Nanum Gothic" w:hAnsi="Nanum Gothic" w:cs="Nanum Gothic"/>
                <w:b/>
                <w:color w:val="1A1A1A"/>
                <w:sz w:val="20"/>
              </w:rPr>
              <w:t>이 과정 도구</w:t>
            </w:r>
          </w:p>
        </w:tc>
        <w:tc>
          <w:tcPr>
            <w:tcW w:w="2268" w:type="dxa"/>
          </w:tcPr>
          <w:p w14:paraId="5C7803E4" w14:textId="77777777" w:rsidR="00226CAC" w:rsidRDefault="00000000">
            <w:pPr>
              <w:spacing w:before="60" w:after="60"/>
            </w:pPr>
            <w:r>
              <w:rPr>
                <w:rFonts w:ascii="Nanum Gothic" w:eastAsia="Nanum Gothic" w:hAnsi="Nanum Gothic" w:cs="Nanum Gothic"/>
                <w:color w:val="1A1A1A"/>
                <w:sz w:val="20"/>
              </w:rPr>
              <w:t>Cursor, AIR Studio 에이전트</w:t>
            </w:r>
          </w:p>
        </w:tc>
        <w:tc>
          <w:tcPr>
            <w:tcW w:w="2268" w:type="dxa"/>
          </w:tcPr>
          <w:p w14:paraId="033A29E8" w14:textId="77777777" w:rsidR="00226CAC" w:rsidRDefault="00000000">
            <w:pPr>
              <w:spacing w:before="60" w:after="60"/>
            </w:pPr>
            <w:r>
              <w:rPr>
                <w:rFonts w:ascii="Nanum Gothic" w:eastAsia="Nanum Gothic" w:hAnsi="Nanum Gothic" w:cs="Nanum Gothic"/>
                <w:color w:val="1A1A1A"/>
                <w:sz w:val="20"/>
              </w:rPr>
              <w:t>AIR Studio 지식 베이스(RAG)</w:t>
            </w:r>
          </w:p>
        </w:tc>
        <w:tc>
          <w:tcPr>
            <w:tcW w:w="2268" w:type="dxa"/>
          </w:tcPr>
          <w:p w14:paraId="69666838" w14:textId="77777777" w:rsidR="00226CAC" w:rsidRDefault="00000000">
            <w:pPr>
              <w:spacing w:before="60" w:after="60"/>
            </w:pPr>
            <w:r>
              <w:rPr>
                <w:rFonts w:ascii="Nanum Gothic" w:eastAsia="Nanum Gothic" w:hAnsi="Nanum Gothic" w:cs="Nanum Gothic"/>
                <w:color w:val="1A1A1A"/>
                <w:sz w:val="20"/>
              </w:rPr>
              <w:t>Apple Intelligence, Galaxy AI</w:t>
            </w:r>
          </w:p>
        </w:tc>
      </w:tr>
      <w:tr w:rsidR="00226CAC" w14:paraId="6D42D51A" w14:textId="77777777" w:rsidTr="008451E4">
        <w:tc>
          <w:tcPr>
            <w:tcW w:w="2268" w:type="dxa"/>
          </w:tcPr>
          <w:p w14:paraId="1081FB79" w14:textId="77777777" w:rsidR="00226CAC" w:rsidRDefault="00000000">
            <w:pPr>
              <w:spacing w:before="60" w:after="60"/>
            </w:pPr>
            <w:r>
              <w:rPr>
                <w:rFonts w:ascii="Nanum Gothic" w:eastAsia="Nanum Gothic" w:hAnsi="Nanum Gothic" w:cs="Nanum Gothic"/>
                <w:b/>
                <w:color w:val="1A1A1A"/>
                <w:sz w:val="20"/>
              </w:rPr>
              <w:t>핵심 기술</w:t>
            </w:r>
          </w:p>
        </w:tc>
        <w:tc>
          <w:tcPr>
            <w:tcW w:w="2268" w:type="dxa"/>
          </w:tcPr>
          <w:p w14:paraId="659902B5" w14:textId="77777777" w:rsidR="00226CAC" w:rsidRDefault="00000000">
            <w:pPr>
              <w:spacing w:before="60" w:after="60"/>
            </w:pPr>
            <w:r>
              <w:rPr>
                <w:rFonts w:ascii="Nanum Gothic" w:eastAsia="Nanum Gothic" w:hAnsi="Nanum Gothic" w:cs="Nanum Gothic"/>
                <w:color w:val="1A1A1A"/>
                <w:sz w:val="20"/>
              </w:rPr>
              <w:t>Tool Use, ReAct</w:t>
            </w:r>
          </w:p>
        </w:tc>
        <w:tc>
          <w:tcPr>
            <w:tcW w:w="2268" w:type="dxa"/>
          </w:tcPr>
          <w:p w14:paraId="3A09CAF9" w14:textId="77777777" w:rsidR="00226CAC" w:rsidRDefault="00000000">
            <w:pPr>
              <w:spacing w:before="60" w:after="60"/>
            </w:pPr>
            <w:r>
              <w:rPr>
                <w:rFonts w:ascii="Nanum Gothic" w:eastAsia="Nanum Gothic" w:hAnsi="Nanum Gothic" w:cs="Nanum Gothic"/>
                <w:color w:val="1A1A1A"/>
                <w:sz w:val="20"/>
              </w:rPr>
              <w:t>Fine-tuning, RAG</w:t>
            </w:r>
          </w:p>
        </w:tc>
        <w:tc>
          <w:tcPr>
            <w:tcW w:w="2268" w:type="dxa"/>
          </w:tcPr>
          <w:p w14:paraId="24BC778B" w14:textId="77777777" w:rsidR="00226CAC" w:rsidRDefault="00000000">
            <w:pPr>
              <w:spacing w:before="60" w:after="60"/>
            </w:pPr>
            <w:r>
              <w:rPr>
                <w:rFonts w:ascii="Nanum Gothic" w:eastAsia="Nanum Gothic" w:hAnsi="Nanum Gothic" w:cs="Nanum Gothic"/>
                <w:color w:val="1A1A1A"/>
                <w:sz w:val="20"/>
              </w:rPr>
              <w:t>Quantization, Pruning</w:t>
            </w:r>
          </w:p>
        </w:tc>
      </w:tr>
    </w:tbl>
    <w:p w14:paraId="37F63CD5" w14:textId="77777777" w:rsidR="00226CAC" w:rsidRDefault="00226CAC"/>
    <w:tbl>
      <w:tblPr>
        <w:tblStyle w:val="af9"/>
        <w:tblW w:w="0" w:type="auto"/>
        <w:tblLayout w:type="fixed"/>
        <w:tblLook w:val="04A0" w:firstRow="1" w:lastRow="0" w:firstColumn="1" w:lastColumn="0" w:noHBand="0" w:noVBand="1"/>
      </w:tblPr>
      <w:tblGrid>
        <w:gridCol w:w="400"/>
        <w:gridCol w:w="8672"/>
      </w:tblGrid>
      <w:tr w:rsidR="00226CAC" w14:paraId="27F34248" w14:textId="77777777">
        <w:tc>
          <w:tcPr>
            <w:tcW w:w="400" w:type="dxa"/>
            <w:shd w:val="clear" w:color="auto" w:fill="2B6CB0"/>
          </w:tcPr>
          <w:p w14:paraId="7C8890EA" w14:textId="77777777" w:rsidR="00226CAC" w:rsidRDefault="00226CAC">
            <w:pPr>
              <w:spacing w:before="80" w:after="80"/>
            </w:pPr>
          </w:p>
        </w:tc>
        <w:tc>
          <w:tcPr>
            <w:tcW w:w="8672" w:type="dxa"/>
            <w:shd w:val="clear" w:color="auto" w:fill="EBF4FF"/>
          </w:tcPr>
          <w:p w14:paraId="1E2C6389" w14:textId="77777777" w:rsidR="00226CAC" w:rsidRDefault="00000000">
            <w:pPr>
              <w:spacing w:before="80" w:after="80"/>
              <w:rPr>
                <w:rFonts w:eastAsia="Nanum Gothic"/>
                <w:lang w:eastAsia="ko-KR"/>
              </w:rPr>
            </w:pPr>
            <w:r>
              <w:rPr>
                <w:rFonts w:ascii="Nanum Gothic" w:eastAsia="Nanum Gothic" w:hAnsi="Nanum Gothic" w:cs="Nanum Gothic"/>
                <w:b/>
                <w:color w:val="2B6CB0"/>
                <w:sz w:val="20"/>
                <w:lang w:eastAsia="ko-KR"/>
              </w:rPr>
              <w:t>✅ Tip</w:t>
            </w:r>
            <w:r>
              <w:rPr>
                <w:rFonts w:ascii="Apple SD Gothic Neo" w:eastAsia="Nanum Gothic" w:hAnsi="Apple SD Gothic Neo" w:cs="Apple SD Gothic Neo"/>
                <w:b/>
                <w:color w:val="2B6CB0"/>
                <w:sz w:val="20"/>
                <w:lang w:eastAsia="ko-KR"/>
              </w:rPr>
              <w:br/>
            </w:r>
            <w:r>
              <w:rPr>
                <w:rFonts w:ascii="Nanum Gothic" w:eastAsia="Nanum Gothic" w:hAnsi="Nanum Gothic" w:cs="Nanum Gothic"/>
                <w:color w:val="1A1A1A"/>
                <w:sz w:val="20"/>
                <w:lang w:eastAsia="ko-KR"/>
              </w:rPr>
              <w:t>복합 분류 예시 — AIR Studio = Vertical AI (RAG 기반 도메인 지식) + Agentic AI (에이전트 자율 실행) 두 트렌드가 결합된 제품입니다.</w:t>
            </w:r>
          </w:p>
        </w:tc>
      </w:tr>
    </w:tbl>
    <w:p w14:paraId="3A4290E2" w14:textId="77777777" w:rsidR="00226CAC" w:rsidRDefault="00226CAC">
      <w:pPr>
        <w:rPr>
          <w:rFonts w:eastAsia="Nanum Gothic"/>
          <w:lang w:eastAsia="ko-KR"/>
        </w:rPr>
      </w:pPr>
    </w:p>
    <w:p w14:paraId="26BD07F1" w14:textId="0EE4A498" w:rsidR="00226CAC" w:rsidRDefault="007D76F6">
      <w:pPr>
        <w:spacing w:before="200" w:after="40"/>
        <w:rPr>
          <w:rFonts w:eastAsia="Nanum Gothic"/>
          <w:lang w:eastAsia="ko-KR"/>
        </w:rPr>
      </w:pPr>
      <w:r>
        <w:rPr>
          <w:rFonts w:ascii="Nanum Gothic" w:eastAsia="Nanum Gothic" w:hAnsi="Nanum Gothic" w:cs="Nanum Gothic" w:hint="eastAsia"/>
          <w:b/>
          <w:color w:val="024AD8"/>
          <w:sz w:val="28"/>
          <w:lang w:eastAsia="ko-KR"/>
        </w:rPr>
        <w:t>3.1.7</w:t>
      </w:r>
      <w:r w:rsidR="00000000">
        <w:rPr>
          <w:rFonts w:ascii="Nanum Gothic" w:eastAsia="Nanum Gothic" w:hAnsi="Nanum Gothic" w:cs="Nanum Gothic"/>
          <w:b/>
          <w:color w:val="024AD8"/>
          <w:sz w:val="28"/>
          <w:lang w:eastAsia="ko-KR"/>
        </w:rPr>
        <w:t> 이 과정 도구의 트렌드 위치 매핑</w:t>
      </w:r>
    </w:p>
    <w:p w14:paraId="3CE67A3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 교육에서 사용하는 도구들이 3대 트렌드 어디에 위치하는지 확인합니다.</w:t>
      </w:r>
    </w:p>
    <w:tbl>
      <w:tblPr>
        <w:tblStyle w:val="af9"/>
        <w:tblW w:w="0" w:type="auto"/>
        <w:tblLook w:val="04A0" w:firstRow="1" w:lastRow="0" w:firstColumn="1" w:lastColumn="0" w:noHBand="0" w:noVBand="1"/>
      </w:tblPr>
      <w:tblGrid>
        <w:gridCol w:w="2268"/>
        <w:gridCol w:w="2268"/>
        <w:gridCol w:w="2268"/>
        <w:gridCol w:w="2268"/>
      </w:tblGrid>
      <w:tr w:rsidR="00226CAC" w14:paraId="36F19EC8" w14:textId="77777777" w:rsidTr="008451E4">
        <w:tc>
          <w:tcPr>
            <w:tcW w:w="2268" w:type="dxa"/>
            <w:shd w:val="clear" w:color="auto" w:fill="024AD8"/>
          </w:tcPr>
          <w:p w14:paraId="70EBB618" w14:textId="77777777" w:rsidR="00226CAC" w:rsidRDefault="00000000">
            <w:pPr>
              <w:spacing w:before="60" w:after="60"/>
            </w:pPr>
            <w:r>
              <w:rPr>
                <w:rFonts w:ascii="Nanum Gothic" w:eastAsia="Nanum Gothic" w:hAnsi="Nanum Gothic" w:cs="Nanum Gothic"/>
                <w:b/>
                <w:color w:val="FFFFFF"/>
                <w:sz w:val="20"/>
              </w:rPr>
              <w:t>도구</w:t>
            </w:r>
          </w:p>
        </w:tc>
        <w:tc>
          <w:tcPr>
            <w:tcW w:w="2268" w:type="dxa"/>
            <w:shd w:val="clear" w:color="auto" w:fill="024AD8"/>
          </w:tcPr>
          <w:p w14:paraId="1DB5AB4F" w14:textId="77777777" w:rsidR="00226CAC" w:rsidRDefault="00000000">
            <w:pPr>
              <w:spacing w:before="60" w:after="60"/>
            </w:pPr>
            <w:r>
              <w:rPr>
                <w:rFonts w:ascii="Nanum Gothic" w:eastAsia="Nanum Gothic" w:hAnsi="Nanum Gothic" w:cs="Nanum Gothic"/>
                <w:b/>
                <w:color w:val="FFFFFF"/>
                <w:sz w:val="20"/>
              </w:rPr>
              <w:t>주 트렌드</w:t>
            </w:r>
          </w:p>
        </w:tc>
        <w:tc>
          <w:tcPr>
            <w:tcW w:w="2268" w:type="dxa"/>
            <w:shd w:val="clear" w:color="auto" w:fill="024AD8"/>
          </w:tcPr>
          <w:p w14:paraId="5D79C173" w14:textId="77777777" w:rsidR="00226CAC" w:rsidRDefault="00000000">
            <w:pPr>
              <w:spacing w:before="60" w:after="60"/>
            </w:pPr>
            <w:r>
              <w:rPr>
                <w:rFonts w:ascii="Nanum Gothic" w:eastAsia="Nanum Gothic" w:hAnsi="Nanum Gothic" w:cs="Nanum Gothic"/>
                <w:b/>
                <w:color w:val="FFFFFF"/>
                <w:sz w:val="20"/>
              </w:rPr>
              <w:t>부 트렌드</w:t>
            </w:r>
          </w:p>
        </w:tc>
        <w:tc>
          <w:tcPr>
            <w:tcW w:w="2268" w:type="dxa"/>
            <w:shd w:val="clear" w:color="auto" w:fill="024AD8"/>
          </w:tcPr>
          <w:p w14:paraId="22FF4B1F" w14:textId="77777777" w:rsidR="00226CAC" w:rsidRDefault="00000000">
            <w:pPr>
              <w:spacing w:before="60" w:after="60"/>
            </w:pPr>
            <w:r>
              <w:rPr>
                <w:rFonts w:ascii="Nanum Gothic" w:eastAsia="Nanum Gothic" w:hAnsi="Nanum Gothic" w:cs="Nanum Gothic"/>
                <w:b/>
                <w:color w:val="FFFFFF"/>
                <w:sz w:val="20"/>
              </w:rPr>
              <w:t>이유</w:t>
            </w:r>
          </w:p>
        </w:tc>
      </w:tr>
      <w:tr w:rsidR="00226CAC" w14:paraId="49BD3613" w14:textId="77777777" w:rsidTr="008451E4">
        <w:tc>
          <w:tcPr>
            <w:tcW w:w="2268" w:type="dxa"/>
          </w:tcPr>
          <w:p w14:paraId="6E65332C" w14:textId="77777777" w:rsidR="00226CAC" w:rsidRDefault="00000000">
            <w:pPr>
              <w:spacing w:before="60" w:after="60"/>
            </w:pPr>
            <w:r>
              <w:rPr>
                <w:rFonts w:ascii="Nanum Gothic" w:eastAsia="Nanum Gothic" w:hAnsi="Nanum Gothic" w:cs="Nanum Gothic"/>
                <w:b/>
                <w:color w:val="1A1A1A"/>
                <w:sz w:val="20"/>
              </w:rPr>
              <w:t>AIR Studio</w:t>
            </w:r>
          </w:p>
        </w:tc>
        <w:tc>
          <w:tcPr>
            <w:tcW w:w="2268" w:type="dxa"/>
          </w:tcPr>
          <w:p w14:paraId="3B691AFE" w14:textId="77777777" w:rsidR="00226CAC" w:rsidRDefault="00000000">
            <w:pPr>
              <w:spacing w:before="60" w:after="60"/>
            </w:pPr>
            <w:r>
              <w:rPr>
                <w:rFonts w:ascii="Nanum Gothic" w:eastAsia="Nanum Gothic" w:hAnsi="Nanum Gothic" w:cs="Nanum Gothic"/>
                <w:color w:val="1A1A1A"/>
                <w:sz w:val="20"/>
              </w:rPr>
              <w:t>Vertical AI</w:t>
            </w:r>
          </w:p>
        </w:tc>
        <w:tc>
          <w:tcPr>
            <w:tcW w:w="2268" w:type="dxa"/>
          </w:tcPr>
          <w:p w14:paraId="4A3D4D6D" w14:textId="77777777" w:rsidR="00226CAC" w:rsidRDefault="00000000">
            <w:pPr>
              <w:spacing w:before="60" w:after="60"/>
            </w:pPr>
            <w:r>
              <w:rPr>
                <w:rFonts w:ascii="Nanum Gothic" w:eastAsia="Nanum Gothic" w:hAnsi="Nanum Gothic" w:cs="Nanum Gothic"/>
                <w:color w:val="1A1A1A"/>
                <w:sz w:val="20"/>
              </w:rPr>
              <w:t>Agentic AI</w:t>
            </w:r>
          </w:p>
        </w:tc>
        <w:tc>
          <w:tcPr>
            <w:tcW w:w="2268" w:type="dxa"/>
          </w:tcPr>
          <w:p w14:paraId="2CD02F8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RAG 기반 기업 지식 특화 + 에이전트 기능 포함</w:t>
            </w:r>
          </w:p>
        </w:tc>
      </w:tr>
      <w:tr w:rsidR="00226CAC" w14:paraId="0A2BB3C0" w14:textId="77777777" w:rsidTr="008451E4">
        <w:tc>
          <w:tcPr>
            <w:tcW w:w="2268" w:type="dxa"/>
          </w:tcPr>
          <w:p w14:paraId="7AD0486C" w14:textId="77777777" w:rsidR="00226CAC" w:rsidRDefault="00000000">
            <w:pPr>
              <w:spacing w:before="60" w:after="60"/>
            </w:pPr>
            <w:r>
              <w:rPr>
                <w:rFonts w:ascii="Nanum Gothic" w:eastAsia="Nanum Gothic" w:hAnsi="Nanum Gothic" w:cs="Nanum Gothic"/>
                <w:b/>
                <w:color w:val="1A1A1A"/>
                <w:sz w:val="20"/>
              </w:rPr>
              <w:t>Gemini (API)</w:t>
            </w:r>
          </w:p>
        </w:tc>
        <w:tc>
          <w:tcPr>
            <w:tcW w:w="2268" w:type="dxa"/>
          </w:tcPr>
          <w:p w14:paraId="2377490D" w14:textId="444D1A9C" w:rsidR="00226CAC" w:rsidRDefault="00000000">
            <w:pPr>
              <w:spacing w:before="60" w:after="60"/>
            </w:pPr>
            <w:r>
              <w:rPr>
                <w:rFonts w:ascii="Nanum Gothic" w:eastAsia="Nanum Gothic" w:hAnsi="Nanum Gothic" w:cs="Nanum Gothic"/>
                <w:color w:val="1A1A1A"/>
                <w:sz w:val="20"/>
              </w:rPr>
              <w:t>범용 LLM</w:t>
            </w:r>
          </w:p>
        </w:tc>
        <w:tc>
          <w:tcPr>
            <w:tcW w:w="2268" w:type="dxa"/>
          </w:tcPr>
          <w:p w14:paraId="323A4E44" w14:textId="77777777" w:rsidR="00226CAC" w:rsidRDefault="00000000">
            <w:pPr>
              <w:spacing w:before="60" w:after="60"/>
            </w:pPr>
            <w:r>
              <w:rPr>
                <w:rFonts w:ascii="Nanum Gothic" w:eastAsia="Nanum Gothic" w:hAnsi="Nanum Gothic" w:cs="Nanum Gothic"/>
                <w:color w:val="1A1A1A"/>
                <w:sz w:val="20"/>
              </w:rPr>
              <w:t>On-Device (Nano)</w:t>
            </w:r>
          </w:p>
        </w:tc>
        <w:tc>
          <w:tcPr>
            <w:tcW w:w="2268" w:type="dxa"/>
          </w:tcPr>
          <w:p w14:paraId="01D958A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다양한 형태 존재. Nano는 안드로이드 온디바이스</w:t>
            </w:r>
          </w:p>
        </w:tc>
      </w:tr>
      <w:tr w:rsidR="00226CAC" w14:paraId="63F5B1FC" w14:textId="77777777" w:rsidTr="008451E4">
        <w:tc>
          <w:tcPr>
            <w:tcW w:w="2268" w:type="dxa"/>
          </w:tcPr>
          <w:p w14:paraId="499B8A7E" w14:textId="77777777" w:rsidR="00226CAC" w:rsidRDefault="00000000">
            <w:pPr>
              <w:spacing w:before="60" w:after="60"/>
            </w:pPr>
            <w:r>
              <w:rPr>
                <w:rFonts w:ascii="Nanum Gothic" w:eastAsia="Nanum Gothic" w:hAnsi="Nanum Gothic" w:cs="Nanum Gothic"/>
                <w:b/>
                <w:color w:val="1A1A1A"/>
                <w:sz w:val="20"/>
              </w:rPr>
              <w:t>Cursor</w:t>
            </w:r>
          </w:p>
        </w:tc>
        <w:tc>
          <w:tcPr>
            <w:tcW w:w="2268" w:type="dxa"/>
          </w:tcPr>
          <w:p w14:paraId="6F1CE804" w14:textId="77777777" w:rsidR="00226CAC" w:rsidRDefault="00000000">
            <w:pPr>
              <w:spacing w:before="60" w:after="60"/>
            </w:pPr>
            <w:r>
              <w:rPr>
                <w:rFonts w:ascii="Nanum Gothic" w:eastAsia="Nanum Gothic" w:hAnsi="Nanum Gothic" w:cs="Nanum Gothic"/>
                <w:color w:val="1A1A1A"/>
                <w:sz w:val="20"/>
              </w:rPr>
              <w:t>Agentic AI</w:t>
            </w:r>
          </w:p>
        </w:tc>
        <w:tc>
          <w:tcPr>
            <w:tcW w:w="2268" w:type="dxa"/>
          </w:tcPr>
          <w:p w14:paraId="42FDD3B8" w14:textId="77777777" w:rsidR="00226CAC" w:rsidRDefault="00000000">
            <w:pPr>
              <w:spacing w:before="60" w:after="60"/>
            </w:pPr>
            <w:r>
              <w:rPr>
                <w:rFonts w:ascii="Nanum Gothic" w:eastAsia="Nanum Gothic" w:hAnsi="Nanum Gothic" w:cs="Nanum Gothic"/>
                <w:color w:val="1A1A1A"/>
                <w:sz w:val="20"/>
              </w:rPr>
              <w:t>—</w:t>
            </w:r>
          </w:p>
        </w:tc>
        <w:tc>
          <w:tcPr>
            <w:tcW w:w="2268" w:type="dxa"/>
          </w:tcPr>
          <w:p w14:paraId="1EB013D6"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코드베이스 자율 분석·수정. IDE 통합 AI 에이전트</w:t>
            </w:r>
          </w:p>
        </w:tc>
      </w:tr>
      <w:tr w:rsidR="00226CAC" w14:paraId="5F1A8483" w14:textId="77777777" w:rsidTr="008451E4">
        <w:tc>
          <w:tcPr>
            <w:tcW w:w="2268" w:type="dxa"/>
          </w:tcPr>
          <w:p w14:paraId="63BA080E" w14:textId="77777777" w:rsidR="00226CAC" w:rsidRDefault="00000000">
            <w:pPr>
              <w:spacing w:before="60" w:after="60"/>
            </w:pPr>
            <w:r>
              <w:rPr>
                <w:rFonts w:ascii="Nanum Gothic" w:eastAsia="Nanum Gothic" w:hAnsi="Nanum Gothic" w:cs="Nanum Gothic"/>
                <w:b/>
                <w:color w:val="1A1A1A"/>
                <w:sz w:val="20"/>
              </w:rPr>
              <w:t>AWS Bedrock</w:t>
            </w:r>
          </w:p>
        </w:tc>
        <w:tc>
          <w:tcPr>
            <w:tcW w:w="2268" w:type="dxa"/>
          </w:tcPr>
          <w:p w14:paraId="72D3F66C" w14:textId="224C4A83" w:rsidR="00226CAC" w:rsidRDefault="00000000">
            <w:pPr>
              <w:spacing w:before="60" w:after="60"/>
            </w:pPr>
            <w:r>
              <w:rPr>
                <w:rFonts w:ascii="Nanum Gothic" w:eastAsia="Nanum Gothic" w:hAnsi="Nanum Gothic" w:cs="Nanum Gothic"/>
                <w:color w:val="1A1A1A"/>
                <w:sz w:val="20"/>
              </w:rPr>
              <w:t>LLM 플랫폼</w:t>
            </w:r>
          </w:p>
        </w:tc>
        <w:tc>
          <w:tcPr>
            <w:tcW w:w="2268" w:type="dxa"/>
          </w:tcPr>
          <w:p w14:paraId="48A1784F" w14:textId="77777777" w:rsidR="00226CAC" w:rsidRDefault="00000000">
            <w:pPr>
              <w:spacing w:before="60" w:after="60"/>
            </w:pPr>
            <w:r>
              <w:rPr>
                <w:rFonts w:ascii="Nanum Gothic" w:eastAsia="Nanum Gothic" w:hAnsi="Nanum Gothic" w:cs="Nanum Gothic"/>
                <w:color w:val="1A1A1A"/>
                <w:sz w:val="20"/>
              </w:rPr>
              <w:t>Vertical AI 지원</w:t>
            </w:r>
          </w:p>
        </w:tc>
        <w:tc>
          <w:tcPr>
            <w:tcW w:w="2268" w:type="dxa"/>
          </w:tcPr>
          <w:p w14:paraId="759137E7" w14:textId="77777777" w:rsidR="00226CAC" w:rsidRDefault="00000000">
            <w:pPr>
              <w:spacing w:before="60" w:after="60"/>
            </w:pPr>
            <w:r>
              <w:rPr>
                <w:rFonts w:ascii="Nanum Gothic" w:eastAsia="Nanum Gothic" w:hAnsi="Nanum Gothic" w:cs="Nanum Gothic"/>
                <w:color w:val="1A1A1A"/>
                <w:sz w:val="20"/>
              </w:rPr>
              <w:t>Fine-tuning·RAG 구성 플랫폼으로 Vertical AI 구현 지원</w:t>
            </w:r>
          </w:p>
        </w:tc>
      </w:tr>
    </w:tbl>
    <w:p w14:paraId="175A8F80" w14:textId="77777777" w:rsidR="00226CAC" w:rsidRDefault="00226CAC"/>
    <w:p w14:paraId="16E54973" w14:textId="71767BAC" w:rsidR="00226CAC" w:rsidRDefault="008451E4">
      <w:pPr>
        <w:spacing w:before="200" w:after="40"/>
        <w:rPr>
          <w:rFonts w:eastAsia="Nanum Gothic"/>
          <w:lang w:eastAsia="ko-KR"/>
        </w:rPr>
      </w:pPr>
      <w:r>
        <w:rPr>
          <w:rFonts w:ascii="Nanum Gothic" w:eastAsia="Nanum Gothic" w:hAnsi="Nanum Gothic" w:cs="Nanum Gothic" w:hint="eastAsia"/>
          <w:b/>
          <w:color w:val="024AD8"/>
          <w:sz w:val="28"/>
          <w:lang w:eastAsia="ko-KR"/>
        </w:rPr>
        <w:t>3.1.8</w:t>
      </w:r>
      <w:r w:rsidR="00000000">
        <w:rPr>
          <w:rFonts w:ascii="Nanum Gothic" w:eastAsia="Nanum Gothic" w:hAnsi="Nanum Gothic" w:cs="Nanum Gothic"/>
          <w:b/>
          <w:color w:val="024AD8"/>
          <w:sz w:val="28"/>
          <w:lang w:eastAsia="ko-KR"/>
        </w:rPr>
        <w:t> 트렌드 분류 실습: 트렌드 매트릭스</w:t>
      </w:r>
    </w:p>
    <w:p w14:paraId="753F6F8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아래 표를 직접 채워보세요. 주트렌드: ○ / 부트렌드: △ / 해당없음: ✕</w:t>
      </w:r>
    </w:p>
    <w:tbl>
      <w:tblPr>
        <w:tblStyle w:val="af9"/>
        <w:tblW w:w="0" w:type="auto"/>
        <w:tblLook w:val="04A0" w:firstRow="1" w:lastRow="0" w:firstColumn="1" w:lastColumn="0" w:noHBand="0" w:noVBand="1"/>
      </w:tblPr>
      <w:tblGrid>
        <w:gridCol w:w="1815"/>
        <w:gridCol w:w="1815"/>
        <w:gridCol w:w="1814"/>
        <w:gridCol w:w="1814"/>
        <w:gridCol w:w="1814"/>
      </w:tblGrid>
      <w:tr w:rsidR="00226CAC" w14:paraId="1BC4C03C" w14:textId="77777777" w:rsidTr="008451E4">
        <w:tc>
          <w:tcPr>
            <w:tcW w:w="1815" w:type="dxa"/>
            <w:shd w:val="clear" w:color="auto" w:fill="024AD8"/>
          </w:tcPr>
          <w:p w14:paraId="1DA69B6F" w14:textId="77777777" w:rsidR="00226CAC" w:rsidRDefault="00000000">
            <w:pPr>
              <w:spacing w:before="60" w:after="60"/>
            </w:pPr>
            <w:r>
              <w:rPr>
                <w:rFonts w:ascii="Nanum Gothic" w:eastAsia="Nanum Gothic" w:hAnsi="Nanum Gothic" w:cs="Nanum Gothic"/>
                <w:b/>
                <w:color w:val="FFFFFF"/>
                <w:sz w:val="20"/>
              </w:rPr>
              <w:t>AI 제품</w:t>
            </w:r>
          </w:p>
        </w:tc>
        <w:tc>
          <w:tcPr>
            <w:tcW w:w="1815" w:type="dxa"/>
            <w:shd w:val="clear" w:color="auto" w:fill="024AD8"/>
          </w:tcPr>
          <w:p w14:paraId="1BA5C1E0" w14:textId="77777777" w:rsidR="00226CAC" w:rsidRDefault="00000000">
            <w:pPr>
              <w:spacing w:before="60" w:after="60"/>
            </w:pPr>
            <w:r>
              <w:rPr>
                <w:rFonts w:ascii="Nanum Gothic" w:eastAsia="Nanum Gothic" w:hAnsi="Nanum Gothic" w:cs="Nanum Gothic"/>
                <w:b/>
                <w:color w:val="FFFFFF"/>
                <w:sz w:val="20"/>
              </w:rPr>
              <w:t>Agentic AI</w:t>
            </w:r>
          </w:p>
        </w:tc>
        <w:tc>
          <w:tcPr>
            <w:tcW w:w="1814" w:type="dxa"/>
            <w:shd w:val="clear" w:color="auto" w:fill="024AD8"/>
          </w:tcPr>
          <w:p w14:paraId="410B6BF7" w14:textId="77777777" w:rsidR="00226CAC" w:rsidRDefault="00000000">
            <w:pPr>
              <w:spacing w:before="60" w:after="60"/>
            </w:pPr>
            <w:r>
              <w:rPr>
                <w:rFonts w:ascii="Nanum Gothic" w:eastAsia="Nanum Gothic" w:hAnsi="Nanum Gothic" w:cs="Nanum Gothic"/>
                <w:b/>
                <w:color w:val="FFFFFF"/>
                <w:sz w:val="20"/>
              </w:rPr>
              <w:t>Vertical AI</w:t>
            </w:r>
          </w:p>
        </w:tc>
        <w:tc>
          <w:tcPr>
            <w:tcW w:w="1814" w:type="dxa"/>
            <w:shd w:val="clear" w:color="auto" w:fill="024AD8"/>
          </w:tcPr>
          <w:p w14:paraId="6E39C868" w14:textId="77777777" w:rsidR="00226CAC" w:rsidRDefault="00000000">
            <w:pPr>
              <w:spacing w:before="60" w:after="60"/>
            </w:pPr>
            <w:r>
              <w:rPr>
                <w:rFonts w:ascii="Nanum Gothic" w:eastAsia="Nanum Gothic" w:hAnsi="Nanum Gothic" w:cs="Nanum Gothic"/>
                <w:b/>
                <w:color w:val="FFFFFF"/>
                <w:sz w:val="20"/>
              </w:rPr>
              <w:t>On-Device AI</w:t>
            </w:r>
          </w:p>
        </w:tc>
        <w:tc>
          <w:tcPr>
            <w:tcW w:w="1814" w:type="dxa"/>
            <w:shd w:val="clear" w:color="auto" w:fill="024AD8"/>
          </w:tcPr>
          <w:p w14:paraId="39CA2A47" w14:textId="77777777" w:rsidR="00226CAC" w:rsidRDefault="00000000">
            <w:pPr>
              <w:spacing w:before="60" w:after="60"/>
            </w:pPr>
            <w:r>
              <w:rPr>
                <w:rFonts w:ascii="Nanum Gothic" w:eastAsia="Nanum Gothic" w:hAnsi="Nanum Gothic" w:cs="Nanum Gothic"/>
                <w:b/>
                <w:color w:val="FFFFFF"/>
                <w:sz w:val="20"/>
              </w:rPr>
              <w:t>분류 이유 (1줄)</w:t>
            </w:r>
          </w:p>
        </w:tc>
      </w:tr>
      <w:tr w:rsidR="00226CAC" w14:paraId="3D8D604D" w14:textId="77777777" w:rsidTr="008451E4">
        <w:tc>
          <w:tcPr>
            <w:tcW w:w="1815" w:type="dxa"/>
          </w:tcPr>
          <w:p w14:paraId="660F7A7D" w14:textId="77777777" w:rsidR="00226CAC" w:rsidRDefault="00000000">
            <w:pPr>
              <w:spacing w:before="60" w:after="60"/>
            </w:pPr>
            <w:r>
              <w:rPr>
                <w:rFonts w:ascii="Nanum Gothic" w:eastAsia="Nanum Gothic" w:hAnsi="Nanum Gothic" w:cs="Nanum Gothic"/>
                <w:color w:val="1A1A1A"/>
                <w:sz w:val="20"/>
              </w:rPr>
              <w:t>AIR Studio</w:t>
            </w:r>
          </w:p>
        </w:tc>
        <w:tc>
          <w:tcPr>
            <w:tcW w:w="1815" w:type="dxa"/>
          </w:tcPr>
          <w:p w14:paraId="7ADAEC31" w14:textId="77777777" w:rsidR="00226CAC" w:rsidRDefault="00226CAC">
            <w:pPr>
              <w:spacing w:before="60" w:after="60"/>
            </w:pPr>
          </w:p>
        </w:tc>
        <w:tc>
          <w:tcPr>
            <w:tcW w:w="1814" w:type="dxa"/>
          </w:tcPr>
          <w:p w14:paraId="3BA40B63" w14:textId="77777777" w:rsidR="00226CAC" w:rsidRDefault="00226CAC">
            <w:pPr>
              <w:spacing w:before="60" w:after="60"/>
            </w:pPr>
          </w:p>
        </w:tc>
        <w:tc>
          <w:tcPr>
            <w:tcW w:w="1814" w:type="dxa"/>
          </w:tcPr>
          <w:p w14:paraId="1F55AAE9" w14:textId="77777777" w:rsidR="00226CAC" w:rsidRDefault="00226CAC">
            <w:pPr>
              <w:spacing w:before="60" w:after="60"/>
            </w:pPr>
          </w:p>
        </w:tc>
        <w:tc>
          <w:tcPr>
            <w:tcW w:w="1814" w:type="dxa"/>
          </w:tcPr>
          <w:p w14:paraId="348A6D3C" w14:textId="77777777" w:rsidR="00226CAC" w:rsidRDefault="00226CAC">
            <w:pPr>
              <w:spacing w:before="60" w:after="60"/>
            </w:pPr>
          </w:p>
        </w:tc>
      </w:tr>
      <w:tr w:rsidR="00226CAC" w14:paraId="367726B2" w14:textId="77777777" w:rsidTr="008451E4">
        <w:tc>
          <w:tcPr>
            <w:tcW w:w="1815" w:type="dxa"/>
          </w:tcPr>
          <w:p w14:paraId="73B44B14" w14:textId="77777777" w:rsidR="00226CAC" w:rsidRDefault="00000000">
            <w:pPr>
              <w:spacing w:before="60" w:after="60"/>
            </w:pPr>
            <w:r>
              <w:rPr>
                <w:rFonts w:ascii="Nanum Gothic" w:eastAsia="Nanum Gothic" w:hAnsi="Nanum Gothic" w:cs="Nanum Gothic"/>
                <w:color w:val="1A1A1A"/>
                <w:sz w:val="20"/>
              </w:rPr>
              <w:t>Gemini</w:t>
            </w:r>
          </w:p>
        </w:tc>
        <w:tc>
          <w:tcPr>
            <w:tcW w:w="1815" w:type="dxa"/>
          </w:tcPr>
          <w:p w14:paraId="66B127B0" w14:textId="77777777" w:rsidR="00226CAC" w:rsidRDefault="00226CAC">
            <w:pPr>
              <w:spacing w:before="60" w:after="60"/>
            </w:pPr>
          </w:p>
        </w:tc>
        <w:tc>
          <w:tcPr>
            <w:tcW w:w="1814" w:type="dxa"/>
          </w:tcPr>
          <w:p w14:paraId="354C7AA8" w14:textId="77777777" w:rsidR="00226CAC" w:rsidRDefault="00226CAC">
            <w:pPr>
              <w:spacing w:before="60" w:after="60"/>
            </w:pPr>
          </w:p>
        </w:tc>
        <w:tc>
          <w:tcPr>
            <w:tcW w:w="1814" w:type="dxa"/>
          </w:tcPr>
          <w:p w14:paraId="520A5233" w14:textId="77777777" w:rsidR="00226CAC" w:rsidRDefault="00226CAC">
            <w:pPr>
              <w:spacing w:before="60" w:after="60"/>
            </w:pPr>
          </w:p>
        </w:tc>
        <w:tc>
          <w:tcPr>
            <w:tcW w:w="1814" w:type="dxa"/>
          </w:tcPr>
          <w:p w14:paraId="71006031" w14:textId="77777777" w:rsidR="00226CAC" w:rsidRDefault="00226CAC">
            <w:pPr>
              <w:spacing w:before="60" w:after="60"/>
            </w:pPr>
          </w:p>
        </w:tc>
      </w:tr>
      <w:tr w:rsidR="00226CAC" w14:paraId="2FC3ECAA" w14:textId="77777777" w:rsidTr="008451E4">
        <w:tc>
          <w:tcPr>
            <w:tcW w:w="1815" w:type="dxa"/>
          </w:tcPr>
          <w:p w14:paraId="14144DEA" w14:textId="77777777" w:rsidR="00226CAC" w:rsidRDefault="00000000">
            <w:pPr>
              <w:spacing w:before="60" w:after="60"/>
            </w:pPr>
            <w:r>
              <w:rPr>
                <w:rFonts w:ascii="Nanum Gothic" w:eastAsia="Nanum Gothic" w:hAnsi="Nanum Gothic" w:cs="Nanum Gothic"/>
                <w:color w:val="1A1A1A"/>
                <w:sz w:val="20"/>
              </w:rPr>
              <w:t>Cursor</w:t>
            </w:r>
          </w:p>
        </w:tc>
        <w:tc>
          <w:tcPr>
            <w:tcW w:w="1815" w:type="dxa"/>
          </w:tcPr>
          <w:p w14:paraId="69FDB5EA" w14:textId="77777777" w:rsidR="00226CAC" w:rsidRDefault="00226CAC">
            <w:pPr>
              <w:spacing w:before="60" w:after="60"/>
            </w:pPr>
          </w:p>
        </w:tc>
        <w:tc>
          <w:tcPr>
            <w:tcW w:w="1814" w:type="dxa"/>
          </w:tcPr>
          <w:p w14:paraId="4538BCC8" w14:textId="77777777" w:rsidR="00226CAC" w:rsidRDefault="00226CAC">
            <w:pPr>
              <w:spacing w:before="60" w:after="60"/>
            </w:pPr>
          </w:p>
        </w:tc>
        <w:tc>
          <w:tcPr>
            <w:tcW w:w="1814" w:type="dxa"/>
          </w:tcPr>
          <w:p w14:paraId="2CAF1847" w14:textId="77777777" w:rsidR="00226CAC" w:rsidRDefault="00226CAC">
            <w:pPr>
              <w:spacing w:before="60" w:after="60"/>
            </w:pPr>
          </w:p>
        </w:tc>
        <w:tc>
          <w:tcPr>
            <w:tcW w:w="1814" w:type="dxa"/>
          </w:tcPr>
          <w:p w14:paraId="54432A8B" w14:textId="77777777" w:rsidR="00226CAC" w:rsidRDefault="00226CAC">
            <w:pPr>
              <w:spacing w:before="60" w:after="60"/>
            </w:pPr>
          </w:p>
        </w:tc>
      </w:tr>
      <w:tr w:rsidR="00226CAC" w14:paraId="5EF09926" w14:textId="77777777" w:rsidTr="008451E4">
        <w:tc>
          <w:tcPr>
            <w:tcW w:w="1815" w:type="dxa"/>
          </w:tcPr>
          <w:p w14:paraId="0A5B0B41" w14:textId="77777777" w:rsidR="00226CAC" w:rsidRDefault="00000000">
            <w:pPr>
              <w:spacing w:before="60" w:after="60"/>
            </w:pPr>
            <w:r>
              <w:rPr>
                <w:rFonts w:ascii="Nanum Gothic" w:eastAsia="Nanum Gothic" w:hAnsi="Nanum Gothic" w:cs="Nanum Gothic"/>
                <w:color w:val="1A1A1A"/>
                <w:sz w:val="20"/>
              </w:rPr>
              <w:t>Apple Intelligence</w:t>
            </w:r>
          </w:p>
        </w:tc>
        <w:tc>
          <w:tcPr>
            <w:tcW w:w="1815" w:type="dxa"/>
          </w:tcPr>
          <w:p w14:paraId="61CB79C1" w14:textId="77777777" w:rsidR="00226CAC" w:rsidRDefault="00226CAC">
            <w:pPr>
              <w:spacing w:before="60" w:after="60"/>
            </w:pPr>
          </w:p>
        </w:tc>
        <w:tc>
          <w:tcPr>
            <w:tcW w:w="1814" w:type="dxa"/>
          </w:tcPr>
          <w:p w14:paraId="560AC358" w14:textId="77777777" w:rsidR="00226CAC" w:rsidRDefault="00226CAC">
            <w:pPr>
              <w:spacing w:before="60" w:after="60"/>
            </w:pPr>
          </w:p>
        </w:tc>
        <w:tc>
          <w:tcPr>
            <w:tcW w:w="1814" w:type="dxa"/>
          </w:tcPr>
          <w:p w14:paraId="75F4E5D3" w14:textId="77777777" w:rsidR="00226CAC" w:rsidRDefault="00226CAC">
            <w:pPr>
              <w:spacing w:before="60" w:after="60"/>
            </w:pPr>
          </w:p>
        </w:tc>
        <w:tc>
          <w:tcPr>
            <w:tcW w:w="1814" w:type="dxa"/>
          </w:tcPr>
          <w:p w14:paraId="4F21CE35" w14:textId="77777777" w:rsidR="00226CAC" w:rsidRDefault="00226CAC">
            <w:pPr>
              <w:spacing w:before="60" w:after="60"/>
            </w:pPr>
          </w:p>
        </w:tc>
      </w:tr>
      <w:tr w:rsidR="00226CAC" w14:paraId="4F16B337" w14:textId="77777777" w:rsidTr="008451E4">
        <w:tc>
          <w:tcPr>
            <w:tcW w:w="1815" w:type="dxa"/>
          </w:tcPr>
          <w:p w14:paraId="4F303519" w14:textId="77777777" w:rsidR="00226CAC" w:rsidRDefault="00000000">
            <w:pPr>
              <w:spacing w:before="60" w:after="60"/>
            </w:pPr>
            <w:r>
              <w:rPr>
                <w:rFonts w:ascii="Nanum Gothic" w:eastAsia="Nanum Gothic" w:hAnsi="Nanum Gothic" w:cs="Nanum Gothic"/>
                <w:color w:val="1A1A1A"/>
                <w:sz w:val="20"/>
              </w:rPr>
              <w:t>BloombergGPT</w:t>
            </w:r>
          </w:p>
        </w:tc>
        <w:tc>
          <w:tcPr>
            <w:tcW w:w="1815" w:type="dxa"/>
          </w:tcPr>
          <w:p w14:paraId="0771E850" w14:textId="77777777" w:rsidR="00226CAC" w:rsidRDefault="00226CAC">
            <w:pPr>
              <w:spacing w:before="60" w:after="60"/>
            </w:pPr>
          </w:p>
        </w:tc>
        <w:tc>
          <w:tcPr>
            <w:tcW w:w="1814" w:type="dxa"/>
          </w:tcPr>
          <w:p w14:paraId="37E9EB94" w14:textId="77777777" w:rsidR="00226CAC" w:rsidRDefault="00226CAC">
            <w:pPr>
              <w:spacing w:before="60" w:after="60"/>
            </w:pPr>
          </w:p>
        </w:tc>
        <w:tc>
          <w:tcPr>
            <w:tcW w:w="1814" w:type="dxa"/>
          </w:tcPr>
          <w:p w14:paraId="23FF4E2E" w14:textId="77777777" w:rsidR="00226CAC" w:rsidRDefault="00226CAC">
            <w:pPr>
              <w:spacing w:before="60" w:after="60"/>
            </w:pPr>
          </w:p>
        </w:tc>
        <w:tc>
          <w:tcPr>
            <w:tcW w:w="1814" w:type="dxa"/>
          </w:tcPr>
          <w:p w14:paraId="14670425" w14:textId="77777777" w:rsidR="00226CAC" w:rsidRDefault="00226CAC">
            <w:pPr>
              <w:spacing w:before="60" w:after="60"/>
            </w:pPr>
          </w:p>
        </w:tc>
      </w:tr>
      <w:tr w:rsidR="00226CAC" w14:paraId="7AD371CF" w14:textId="77777777" w:rsidTr="008451E4">
        <w:tc>
          <w:tcPr>
            <w:tcW w:w="1815" w:type="dxa"/>
          </w:tcPr>
          <w:p w14:paraId="34E63287" w14:textId="77777777" w:rsidR="00226CAC" w:rsidRDefault="00000000">
            <w:pPr>
              <w:spacing w:before="60" w:after="60"/>
            </w:pPr>
            <w:r>
              <w:rPr>
                <w:rFonts w:ascii="Nanum Gothic" w:eastAsia="Nanum Gothic" w:hAnsi="Nanum Gothic" w:cs="Nanum Gothic"/>
                <w:color w:val="1A1A1A"/>
                <w:sz w:val="20"/>
              </w:rPr>
              <w:t>ChatLaw</w:t>
            </w:r>
          </w:p>
        </w:tc>
        <w:tc>
          <w:tcPr>
            <w:tcW w:w="1815" w:type="dxa"/>
          </w:tcPr>
          <w:p w14:paraId="7E2D2DF2" w14:textId="77777777" w:rsidR="00226CAC" w:rsidRDefault="00226CAC">
            <w:pPr>
              <w:spacing w:before="60" w:after="60"/>
            </w:pPr>
          </w:p>
        </w:tc>
        <w:tc>
          <w:tcPr>
            <w:tcW w:w="1814" w:type="dxa"/>
          </w:tcPr>
          <w:p w14:paraId="26489301" w14:textId="77777777" w:rsidR="00226CAC" w:rsidRDefault="00226CAC">
            <w:pPr>
              <w:spacing w:before="60" w:after="60"/>
            </w:pPr>
          </w:p>
        </w:tc>
        <w:tc>
          <w:tcPr>
            <w:tcW w:w="1814" w:type="dxa"/>
          </w:tcPr>
          <w:p w14:paraId="493C4B07" w14:textId="77777777" w:rsidR="00226CAC" w:rsidRDefault="00226CAC">
            <w:pPr>
              <w:spacing w:before="60" w:after="60"/>
            </w:pPr>
          </w:p>
        </w:tc>
        <w:tc>
          <w:tcPr>
            <w:tcW w:w="1814" w:type="dxa"/>
          </w:tcPr>
          <w:p w14:paraId="29173831" w14:textId="77777777" w:rsidR="00226CAC" w:rsidRDefault="00226CAC">
            <w:pPr>
              <w:spacing w:before="60" w:after="60"/>
            </w:pPr>
          </w:p>
        </w:tc>
      </w:tr>
    </w:tbl>
    <w:p w14:paraId="2CB2E7F7" w14:textId="0A7BFF14" w:rsidR="008451E4" w:rsidRDefault="001378B3" w:rsidP="001378B3">
      <w:pPr>
        <w:spacing w:before="240"/>
        <w:rPr>
          <w:rFonts w:hint="eastAsia" w:eastAsia="Nanum Gothic"/>
          <w:lang w:eastAsia="ko-KR"/>
        </w:rPr>
      </w:pPr>
      <w:r w:rsidRPr="008B48B9">
        <w:rPr>
          <w:rFonts w:ascii="Nanum Gothic" w:eastAsia="Nanum Gothic" w:hAnsi="Nanum Gothic" w:hint="eastAsia" w:cs="Nanum Gothic"/>
          <w:sz w:val="20"/>
          <w:szCs w:val="20"/>
          <w:lang w:eastAsia="ko-KR"/>
        </w:rPr>
        <w:t>작성 후</w:t>
      </w:r>
      <w:r>
        <w:rPr>
          <w:rFonts w:ascii="Nanum Gothic" w:eastAsia="Nanum Gothic" w:hAnsi="Nanum Gothic" w:hint="eastAsia" w:cs="Nanum Gothic"/>
          <w:sz w:val="20"/>
          <w:szCs w:val="20"/>
          <w:lang w:eastAsia="ko-KR"/>
        </w:rPr>
        <w:t xml:space="preserve"> 제출 바랍니다.</w:t>
      </w:r>
    </w:p>
    <w:tbl>
      <w:tblPr>
        <w:tblStyle w:val="af9"/>
        <w:tblW w:w="0" w:type="auto"/>
        <w:tblLayout w:type="fixed"/>
        <w:tblLook w:val="04A0" w:firstRow="1" w:lastRow="0" w:firstColumn="1" w:lastColumn="0" w:noHBand="0" w:noVBand="1"/>
      </w:tblPr>
      <w:tblGrid>
        <w:gridCol w:w="400"/>
        <w:gridCol w:w="8672"/>
      </w:tblGrid>
      <w:tr w:rsidR="00226CAC" w14:paraId="2E1D2240" w14:textId="77777777">
        <w:tc>
          <w:tcPr>
            <w:tcW w:w="400" w:type="dxa"/>
            <w:shd w:val="clear" w:color="auto" w:fill="2B6CB0"/>
          </w:tcPr>
          <w:p w14:paraId="5C6E2968" w14:textId="77777777" w:rsidR="00226CAC" w:rsidRDefault="00226CAC">
            <w:pPr>
              <w:spacing w:before="80" w:after="80"/>
            </w:pPr>
          </w:p>
        </w:tc>
        <w:tc>
          <w:tcPr>
            <w:tcW w:w="8672" w:type="dxa"/>
            <w:shd w:val="clear" w:color="auto" w:fill="EBF4FF"/>
          </w:tcPr>
          <w:p w14:paraId="09376B54" w14:textId="77777777" w:rsidR="00226CAC" w:rsidRDefault="00000000">
            <w:pPr>
              <w:spacing w:before="80" w:after="80"/>
              <w:rPr>
                <w:rFonts w:eastAsia="Nanum Gothic"/>
                <w:lang w:eastAsia="ko-KR"/>
              </w:rPr>
            </w:pPr>
            <w:r>
              <w:rPr>
                <w:rFonts w:ascii="Nanum Gothic" w:eastAsia="Nanum Gothic" w:hAnsi="Nanum Gothic" w:cs="Nanum Gothic"/>
                <w:b/>
                <w:color w:val="2B6CB0"/>
                <w:sz w:val="20"/>
                <w:lang w:eastAsia="ko-KR"/>
              </w:rPr>
              <w:t>✅ Tip</w:t>
            </w:r>
            <w:r>
              <w:rPr>
                <w:rFonts w:ascii="Apple SD Gothic Neo" w:eastAsia="Nanum Gothic" w:hAnsi="Apple SD Gothic Neo" w:cs="Apple SD Gothic Neo"/>
                <w:b/>
                <w:color w:val="2B6CB0"/>
                <w:sz w:val="20"/>
                <w:lang w:eastAsia="ko-KR"/>
              </w:rPr>
              <w:br/>
            </w:r>
            <w:r>
              <w:rPr>
                <w:rFonts w:ascii="Nanum Gothic" w:eastAsia="Nanum Gothic" w:hAnsi="Nanum Gothic" w:cs="Nanum Gothic"/>
                <w:color w:val="1A1A1A"/>
                <w:sz w:val="20"/>
                <w:lang w:eastAsia="ko-KR"/>
              </w:rPr>
              <w:t>틀린 분류보다 "이유를 쓸 수 없는 분류"가 더 위험합니다. 이유를 1줄이라도 쓸 수 있어야 진짜 이해한 것입니다.</w:t>
            </w:r>
          </w:p>
        </w:tc>
      </w:tr>
    </w:tbl>
    <w:p w14:paraId="2EB7B596" w14:textId="77777777" w:rsidR="00226CAC" w:rsidRDefault="00226CAC">
      <w:pPr>
        <w:rPr>
          <w:rFonts w:eastAsia="Nanum Gothic"/>
          <w:lang w:eastAsia="ko-KR"/>
        </w:rPr>
      </w:pPr>
    </w:p>
    <w:p w14:paraId="58BE0825" w14:textId="4DA79785" w:rsidR="00226CAC" w:rsidRDefault="001378B3">
      <w:pPr>
        <w:pBdr>
          <w:bottom w:val="single" w:sz="4" w:space="1" w:color="024AD8"/>
        </w:pBdr>
        <w:spacing w:before="280" w:after="80"/>
        <w:rPr>
          <w:rFonts w:eastAsia="Nanum Gothic"/>
          <w:lang w:eastAsia="ko-KR"/>
        </w:rPr>
      </w:pPr>
      <w:r>
        <w:rPr>
          <w:rFonts w:ascii="Nanum Gothic" w:eastAsia="Nanum Gothic" w:hAnsi="Nanum Gothic" w:cs="Nanum Gothic" w:hint="eastAsia"/>
          <w:b/>
          <w:color w:val="024AD8"/>
          <w:sz w:val="36"/>
          <w:lang w:eastAsia="ko-KR"/>
        </w:rPr>
        <w:lastRenderedPageBreak/>
        <w:t>3.2</w:t>
      </w:r>
      <w:r w:rsidR="00000000">
        <w:rPr>
          <w:rFonts w:ascii="Nanum Gothic" w:eastAsia="Nanum Gothic" w:hAnsi="Nanum Gothic" w:cs="Nanum Gothic"/>
          <w:b/>
          <w:color w:val="024AD8"/>
          <w:sz w:val="36"/>
          <w:lang w:eastAsia="ko-KR"/>
        </w:rPr>
        <w:t> 핵심 3줄 정리</w:t>
      </w:r>
    </w:p>
    <w:p w14:paraId="0D4B4651"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1. </w:t>
      </w:r>
      <w:r>
        <w:rPr>
          <w:rFonts w:ascii="Nanum Gothic" w:eastAsia="Nanum Gothic" w:hAnsi="Nanum Gothic" w:cs="Nanum Gothic"/>
          <w:b/>
          <w:color w:val="1A1A1A"/>
          <w:sz w:val="20"/>
          <w:lang w:eastAsia="ko-KR"/>
        </w:rPr>
        <w:t>Agentic AI는 멀티스텝 자율 실행이 핵심.</w:t>
      </w:r>
      <w:r>
        <w:rPr>
          <w:rFonts w:ascii="Nanum Gothic" w:eastAsia="Nanum Gothic" w:hAnsi="Nanum Gothic" w:cs="Nanum Gothic"/>
          <w:color w:val="1A1A1A"/>
          <w:sz w:val="20"/>
          <w:lang w:eastAsia="ko-KR"/>
        </w:rPr>
        <w:t xml:space="preserve"> 목표 하나로 여러 단계를 스스로 처리한다.</w:t>
      </w:r>
    </w:p>
    <w:p w14:paraId="1BD540DC"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2. </w:t>
      </w:r>
      <w:r>
        <w:rPr>
          <w:rFonts w:ascii="Nanum Gothic" w:eastAsia="Nanum Gothic" w:hAnsi="Nanum Gothic" w:cs="Nanum Gothic"/>
          <w:b/>
          <w:color w:val="1A1A1A"/>
          <w:sz w:val="20"/>
          <w:lang w:eastAsia="ko-KR"/>
        </w:rPr>
        <w:t>Vertical AI는 특정 도메인에 최적화된 AI다.</w:t>
      </w:r>
      <w:r>
        <w:rPr>
          <w:rFonts w:ascii="Nanum Gothic" w:eastAsia="Nanum Gothic" w:hAnsi="Nanum Gothic" w:cs="Nanum Gothic"/>
          <w:color w:val="1A1A1A"/>
          <w:sz w:val="20"/>
          <w:lang w:eastAsia="ko-KR"/>
        </w:rPr>
        <w:t xml:space="preserve"> Fine-tuning·RAG로 도메인 지식을 강화한다.</w:t>
      </w:r>
    </w:p>
    <w:p w14:paraId="5F25EA92"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3. </w:t>
      </w:r>
      <w:r>
        <w:rPr>
          <w:rFonts w:ascii="Nanum Gothic" w:eastAsia="Nanum Gothic" w:hAnsi="Nanum Gothic" w:cs="Nanum Gothic"/>
          <w:b/>
          <w:color w:val="1A1A1A"/>
          <w:sz w:val="20"/>
          <w:lang w:eastAsia="ko-KR"/>
        </w:rPr>
        <w:t>On-Device AI는 클라우드 없이 기기에서 실행된다.</w:t>
      </w:r>
      <w:r>
        <w:rPr>
          <w:rFonts w:ascii="Nanum Gothic" w:eastAsia="Nanum Gothic" w:hAnsi="Nanum Gothic" w:cs="Nanum Gothic"/>
          <w:color w:val="1A1A1A"/>
          <w:sz w:val="20"/>
          <w:lang w:eastAsia="ko-KR"/>
        </w:rPr>
        <w:t xml:space="preserve"> 개인정보 보호·오프라인 동작이 장점이다.</w:t>
      </w:r>
    </w:p>
    <w:p w14:paraId="4F2A76BB" w14:textId="0BE8A350"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3.3 심화 학습</w:t>
      </w:r>
      <w:r w:rsidR="001378B3">
        <w:rPr>
          <w:rFonts w:ascii="Nanum Gothic" w:eastAsia="Nanum Gothic" w:hAnsi="Nanum Gothic" w:cs="Nanum Gothic" w:hint="eastAsia"/>
          <w:b/>
          <w:color w:val="024AD8"/>
          <w:sz w:val="36"/>
          <w:lang w:eastAsia="ko-KR"/>
        </w:rPr>
        <w:t/>
      </w:r>
      <w:r>
        <w:rPr>
          <w:rFonts w:ascii="Nanum Gothic" w:eastAsia="Nanum Gothic" w:hAnsi="Nanum Gothic" w:cs="Nanum Gothic"/>
          <w:b/>
          <w:color w:val="024AD8"/>
          <w:sz w:val="36"/>
          <w:lang w:eastAsia="ko-KR"/>
        </w:rPr>
        <w:t> — 트렌드를 더 깊이 이해하려면</w:t>
      </w:r>
    </w:p>
    <w:p w14:paraId="2B19B109" w14:textId="531337FF" w:rsidR="00226CAC" w:rsidRDefault="00000000">
      <w:pPr>
        <w:spacing w:before="200" w:after="40"/>
        <w:rPr>
          <w:rFonts w:ascii="Apple SD Gothic Neo" w:eastAsia="Nanum Gothic" w:hAnsi="Apple SD Gothic Neo" w:cs="Apple SD Gothic Neo"/>
          <w:b/>
          <w:color w:val="024AD8"/>
          <w:sz w:val="28"/>
        </w:rPr>
      </w:pPr>
      <w:r>
        <w:rPr>
          <w:rFonts w:ascii="Nanum Gothic" w:eastAsia="Nanum Gothic" w:hAnsi="Nanum Gothic" w:cs="Nanum Gothic"/>
          <w:b/>
          <w:color w:val="024AD8"/>
          <w:sz w:val="28"/>
        </w:rPr>
        <w:t>3.3.1 Agentic AI 심화</w:t>
      </w:r>
      <w:r w:rsidR="001378B3">
        <w:rPr>
          <w:rFonts w:ascii="Nanum Gothic" w:eastAsia="Nanum Gothic" w:hAnsi="Nanum Gothic" w:cs="Nanum Gothic" w:hint="eastAsia"/>
          <w:b/>
          <w:color w:val="024AD8"/>
          <w:sz w:val="28"/>
          <w:lang w:eastAsia="ko-KR"/>
        </w:rPr>
        <w:t/>
      </w:r>
      <w:r>
        <w:rPr>
          <w:rFonts w:ascii="Nanum Gothic" w:eastAsia="Nanum Gothic" w:hAnsi="Nanum Gothic" w:cs="Nanum Gothic"/>
          <w:b/>
          <w:color w:val="024AD8"/>
          <w:sz w:val="28"/>
        </w:rPr>
        <w:t/>
      </w:r>
    </w:p>
    <w:p w14:paraId="234A7F31" w14:textId="460F8727" w:rsidR="009053AD" w:rsidRDefault="009053AD" w:rsidP="009053AD">
      <w:pPr>
        <w:spacing w:after="40"/>
        <w:rPr>
          <w:rFonts w:ascii="Apple SD Gothic Neo" w:eastAsia="Nanum Gothic" w:hAnsi="Apple SD Gothic Neo" w:cs="맑은 고딕"/>
          <w:sz w:val="20"/>
          <w:szCs w:val="20"/>
          <w:lang w:eastAsia="ko-KR"/>
        </w:rPr>
      </w:pPr>
      <w:r w:rsidRPr="009053AD">
        <w:rPr>
          <w:rFonts w:ascii="Nanum Gothic" w:eastAsia="Nanum Gothic" w:hAnsi="Nanum Gothic" w:cs="Nanum Gothic" w:hint="eastAsia"/>
          <w:b/>
          <w:bCs/>
          <w:sz w:val="20"/>
          <w:szCs w:val="20"/>
          <w:lang w:eastAsia="ko-KR"/>
        </w:rPr>
        <w:t>찾아서 정리할 것</w:t>
      </w:r>
      <w:r>
        <w:rPr>
          <w:rFonts w:ascii="Nanum Gothic" w:eastAsia="Nanum Gothic" w:hAnsi="Nanum Gothic" w:cs="Nanum Gothic" w:hint="eastAsia"/>
          <w:sz w:val="20"/>
          <w:szCs w:val="20"/>
          <w:lang w:eastAsia="ko-KR"/>
        </w:rPr>
        <w:t>: 도구(검색/</w:t>
      </w:r>
      <w:r>
        <w:rPr>
          <w:rFonts w:ascii="Nanum Gothic" w:eastAsia="Nanum Gothic" w:hAnsi="Nanum Gothic" w:cs="Nanum Gothic"/>
          <w:sz w:val="20"/>
          <w:szCs w:val="20"/>
          <w:lang w:eastAsia="ko-KR"/>
        </w:rPr>
        <w:t>API</w:t>
      </w:r>
      <w:r>
        <w:rPr>
          <w:rFonts w:ascii="Nanum Gothic" w:eastAsia="Nanum Gothic" w:hAnsi="Nanum Gothic" w:cs="Nanum Gothic" w:hint="eastAsia"/>
          <w:sz w:val="20"/>
          <w:szCs w:val="20"/>
          <w:lang w:eastAsia="ko-KR"/>
        </w:rPr>
        <w:t xml:space="preserve"> 등)를 호출해 여러 단계를 실행한 </w:t>
      </w:r>
      <w:r>
        <w:rPr>
          <w:rFonts w:ascii="Nanum Gothic" w:eastAsia="Nanum Gothic" w:hAnsi="Nanum Gothic" w:cs="Nanum Gothic"/>
          <w:sz w:val="20"/>
          <w:szCs w:val="20"/>
          <w:lang w:eastAsia="ko-KR"/>
        </w:rPr>
        <w:t xml:space="preserve">AI </w:t>
      </w:r>
      <w:r>
        <w:rPr>
          <w:rFonts w:ascii="Nanum Gothic" w:eastAsia="Nanum Gothic" w:hAnsi="Nanum Gothic" w:cs="Nanum Gothic" w:hint="eastAsia"/>
          <w:sz w:val="20"/>
          <w:szCs w:val="20"/>
          <w:lang w:eastAsia="ko-KR"/>
        </w:rPr>
        <w:t xml:space="preserve">사례를 찾고, </w:t>
      </w:r>
      <w:r>
        <w:rPr>
          <w:rFonts w:ascii="Nanum Gothic" w:eastAsia="Nanum Gothic" w:hAnsi="Nanum Gothic" w:cs="Nanum Gothic"/>
          <w:sz w:val="20"/>
          <w:szCs w:val="20"/>
          <w:lang w:eastAsia="ko-KR"/>
        </w:rPr>
        <w:t>“</w:t>
      </w:r>
      <w:r>
        <w:rPr>
          <w:rFonts w:ascii="Nanum Gothic" w:eastAsia="Nanum Gothic" w:hAnsi="Nanum Gothic" w:cs="Nanum Gothic" w:hint="eastAsia"/>
          <w:sz w:val="20"/>
          <w:szCs w:val="20"/>
          <w:lang w:eastAsia="ko-KR"/>
        </w:rPr>
        <w:t xml:space="preserve">무엇을 하려고 했는가 </w:t>
      </w:r>
      <w:r w:rsidRPr="009053AD">
        <w:rPr>
          <w:rFonts w:ascii="Nanum Gothic" w:eastAsia="Nanum Gothic" w:hAnsi="Nanum Gothic" w:cs="Nanum Gothic"/>
          <w:sz w:val="20"/>
          <w:szCs w:val="20"/>
          <w:lang w:eastAsia="ko-KR"/>
        </w:rPr>
        <w:t>→</w:t>
      </w:r>
      <w:r>
        <w:rPr>
          <w:rFonts w:ascii="Nanum Gothic" w:eastAsia="Nanum Gothic" w:hAnsi="Nanum Gothic" w:cs="Nanum Gothic" w:hint="eastAsia"/>
          <w:sz w:val="20"/>
          <w:szCs w:val="20"/>
          <w:lang w:eastAsia="ko-KR"/>
        </w:rPr>
        <w:t xml:space="preserve"> 어떤 도구를 썼는가 </w:t>
      </w:r>
      <w:r w:rsidRPr="009053AD">
        <w:rPr>
          <w:rFonts w:ascii="Nanum Gothic" w:eastAsia="Nanum Gothic" w:hAnsi="Nanum Gothic" w:cs="Nanum Gothic"/>
          <w:sz w:val="20"/>
          <w:szCs w:val="20"/>
          <w:lang w:eastAsia="ko-KR"/>
        </w:rPr>
        <w:t>→</w:t>
      </w:r>
      <w:r>
        <w:rPr>
          <w:rFonts w:ascii="Nanum Gothic" w:eastAsia="Nanum Gothic" w:hAnsi="Nanum Gothic" w:cs="Nanum Gothic" w:hint="eastAsia"/>
          <w:sz w:val="20"/>
          <w:szCs w:val="20"/>
          <w:lang w:eastAsia="ko-KR"/>
        </w:rPr>
        <w:t xml:space="preserve"> 결과가 무엇이었는가</w:t>
      </w:r>
      <w:r>
        <w:rPr>
          <w:rFonts w:ascii="Nanum Gothic" w:eastAsia="Nanum Gothic" w:hAnsi="Nanum Gothic" w:cs="Nanum Gothic"/>
          <w:sz w:val="20"/>
          <w:szCs w:val="20"/>
          <w:lang w:eastAsia="ko-KR"/>
        </w:rPr>
        <w:t>”</w:t>
      </w:r>
      <w:r>
        <w:rPr>
          <w:rFonts w:ascii="Nanum Gothic" w:eastAsia="Nanum Gothic" w:hAnsi="Nanum Gothic" w:cs="Nanum Gothic" w:hint="eastAsia"/>
          <w:sz w:val="20"/>
          <w:szCs w:val="20"/>
          <w:lang w:eastAsia="ko-KR"/>
        </w:rPr>
        <w:t>를 정리하도록 합니다.</w:t>
      </w:r>
    </w:p>
    <w:p w14:paraId="408CDD7E" w14:textId="35795A94" w:rsidR="009053AD" w:rsidRDefault="009053AD" w:rsidP="009053AD">
      <w:pPr>
        <w:spacing w:before="200" w:after="40"/>
        <w:rPr>
          <w:rFonts w:ascii="Apple SD Gothic Neo" w:eastAsia="Nanum Gothic" w:hAnsi="Apple SD Gothic Neo" w:cs="Apple SD Gothic Neo"/>
          <w:b/>
          <w:color w:val="024AD8"/>
          <w:sz w:val="28"/>
          <w:lang w:eastAsia="ko-KR"/>
        </w:rPr>
      </w:pPr>
      <w:r>
        <w:rPr>
          <w:rFonts w:ascii="Nanum Gothic" w:eastAsia="Nanum Gothic" w:hAnsi="Nanum Gothic" w:cs="Nanum Gothic"/>
          <w:b/>
          <w:color w:val="024AD8"/>
          <w:sz w:val="28"/>
          <w:lang w:eastAsia="ko-KR"/>
        </w:rPr>
        <w:t>3.3.2 Vertical AI 심화</w:t>
      </w:r>
      <w:r>
        <w:rPr>
          <w:rFonts w:ascii="Nanum Gothic" w:eastAsia="Nanum Gothic" w:hAnsi="Nanum Gothic" w:cs="Nanum Gothic" w:hint="eastAsia"/>
          <w:b/>
          <w:color w:val="024AD8"/>
          <w:sz w:val="28"/>
          <w:lang w:eastAsia="ko-KR"/>
        </w:rPr>
        <w:t/>
      </w:r>
      <w:r>
        <w:rPr>
          <w:rFonts w:ascii="Nanum Gothic" w:eastAsia="Nanum Gothic" w:hAnsi="Nanum Gothic" w:cs="Nanum Gothic"/>
          <w:b/>
          <w:color w:val="024AD8"/>
          <w:sz w:val="28"/>
          <w:lang w:eastAsia="ko-KR"/>
        </w:rPr>
        <w:t/>
      </w:r>
      <w:r>
        <w:rPr>
          <w:rFonts w:ascii="Nanum Gothic" w:eastAsia="Nanum Gothic" w:hAnsi="Nanum Gothic" w:cs="Nanum Gothic" w:hint="eastAsia"/>
          <w:b/>
          <w:color w:val="024AD8"/>
          <w:sz w:val="28"/>
          <w:lang w:eastAsia="ko-KR"/>
        </w:rPr>
        <w:t/>
      </w:r>
      <w:r>
        <w:rPr>
          <w:rFonts w:ascii="Nanum Gothic" w:eastAsia="Nanum Gothic" w:hAnsi="Nanum Gothic" w:cs="Nanum Gothic"/>
          <w:b/>
          <w:color w:val="024AD8"/>
          <w:sz w:val="28"/>
          <w:lang w:eastAsia="ko-KR"/>
        </w:rPr>
        <w:t xml:space="preserve"/>
      </w:r>
      <w:r>
        <w:rPr>
          <w:rFonts w:ascii="Nanum Gothic" w:eastAsia="Nanum Gothic" w:hAnsi="Nanum Gothic" w:cs="Nanum Gothic"/>
          <w:b/>
          <w:color w:val="024AD8"/>
          <w:sz w:val="28"/>
          <w:lang w:eastAsia="ko-KR"/>
        </w:rPr>
        <w:t/>
      </w:r>
      <w:r>
        <w:rPr>
          <w:rFonts w:ascii="Nanum Gothic" w:eastAsia="Nanum Gothic" w:hAnsi="Nanum Gothic" w:cs="Nanum Gothic"/>
          <w:b/>
          <w:color w:val="024AD8"/>
          <w:sz w:val="28"/>
          <w:lang w:eastAsia="ko-KR"/>
        </w:rPr>
        <w:t xml:space="preserve"/>
      </w:r>
    </w:p>
    <w:p w14:paraId="771A04AF" w14:textId="259D8356" w:rsidR="009053AD" w:rsidRPr="009053AD" w:rsidRDefault="009053AD" w:rsidP="009053AD">
      <w:pPr>
        <w:spacing w:after="40"/>
        <w:rPr>
          <w:rFonts w:ascii="Apple SD Gothic Neo" w:eastAsia="Nanum Gothic" w:hAnsi="Apple SD Gothic Neo" w:cs="맑은 고딕" w:hint="eastAsia"/>
          <w:sz w:val="20"/>
          <w:szCs w:val="20"/>
          <w:lang w:eastAsia="ko-KR"/>
        </w:rPr>
      </w:pPr>
      <w:r w:rsidRPr="009053AD">
        <w:rPr>
          <w:rFonts w:ascii="Nanum Gothic" w:eastAsia="Nanum Gothic" w:hAnsi="Nanum Gothic" w:cs="Nanum Gothic" w:hint="eastAsia"/>
          <w:b/>
          <w:bCs/>
          <w:sz w:val="20"/>
          <w:szCs w:val="20"/>
          <w:lang w:eastAsia="ko-KR"/>
        </w:rPr>
        <w:t>찾아서 정리할 것</w:t>
      </w:r>
      <w:r>
        <w:rPr>
          <w:rFonts w:ascii="Nanum Gothic" w:eastAsia="Nanum Gothic" w:hAnsi="Nanum Gothic" w:cs="Nanum Gothic" w:hint="eastAsia"/>
          <w:sz w:val="20"/>
          <w:szCs w:val="20"/>
          <w:lang w:eastAsia="ko-KR"/>
        </w:rPr>
        <w:t xml:space="preserve">: </w:t>
      </w:r>
      <w:r>
        <w:rPr>
          <w:rFonts w:ascii="Nanum Gothic" w:eastAsia="Nanum Gothic" w:hAnsi="Nanum Gothic" w:cs="Nanum Gothic" w:hint="eastAsia"/>
          <w:sz w:val="20"/>
          <w:szCs w:val="20"/>
          <w:lang w:eastAsia="ko-KR"/>
        </w:rPr>
        <w:t>금융</w:t>
      </w:r>
      <w:r w:rsidRPr="009053AD">
        <w:rPr>
          <w:rFonts w:ascii="Nanum Gothic" w:eastAsia="Nanum Gothic" w:hAnsi="Nanum Gothic" w:cs="Nanum Gothic"/>
          <w:sz w:val="20"/>
          <w:szCs w:val="20"/>
          <w:lang w:eastAsia="ko-KR"/>
        </w:rPr>
        <w:t>·</w:t>
      </w:r>
      <w:r>
        <w:rPr>
          <w:rFonts w:ascii="Nanum Gothic" w:eastAsia="Nanum Gothic" w:hAnsi="Nanum Gothic" w:cs="Nanum Gothic" w:hint="eastAsia"/>
          <w:sz w:val="20"/>
          <w:szCs w:val="20"/>
          <w:lang w:eastAsia="ko-KR"/>
        </w:rPr>
        <w:t>의료</w:t>
      </w:r>
      <w:r w:rsidRPr="009053AD">
        <w:rPr>
          <w:rFonts w:ascii="Nanum Gothic" w:eastAsia="Nanum Gothic" w:hAnsi="Nanum Gothic" w:cs="Nanum Gothic"/>
          <w:sz w:val="20"/>
          <w:szCs w:val="20"/>
          <w:lang w:eastAsia="ko-KR"/>
        </w:rPr>
        <w:t>·</w:t>
      </w:r>
      <w:r>
        <w:rPr>
          <w:rFonts w:ascii="Nanum Gothic" w:eastAsia="Nanum Gothic" w:hAnsi="Nanum Gothic" w:cs="Nanum Gothic" w:hint="eastAsia"/>
          <w:sz w:val="20"/>
          <w:szCs w:val="20"/>
          <w:lang w:eastAsia="ko-KR"/>
        </w:rPr>
        <w:t xml:space="preserve">법률처럼 특정 산업에 맞춘 </w:t>
      </w:r>
      <w:r>
        <w:rPr>
          <w:rFonts w:ascii="Nanum Gothic" w:eastAsia="Nanum Gothic" w:hAnsi="Nanum Gothic" w:cs="Nanum Gothic"/>
          <w:sz w:val="20"/>
          <w:szCs w:val="20"/>
          <w:lang w:eastAsia="ko-KR"/>
        </w:rPr>
        <w:t xml:space="preserve">AI </w:t>
      </w:r>
      <w:r>
        <w:rPr>
          <w:rFonts w:ascii="Nanum Gothic" w:eastAsia="Nanum Gothic" w:hAnsi="Nanum Gothic" w:cs="Nanum Gothic" w:hint="eastAsia"/>
          <w:sz w:val="20"/>
          <w:szCs w:val="20"/>
          <w:lang w:eastAsia="ko-KR"/>
        </w:rPr>
        <w:t xml:space="preserve">사례를 찾고, </w:t>
      </w:r>
      <w:r>
        <w:rPr>
          <w:rFonts w:ascii="Nanum Gothic" w:eastAsia="Nanum Gothic" w:hAnsi="Nanum Gothic" w:cs="Nanum Gothic"/>
          <w:sz w:val="20"/>
          <w:szCs w:val="20"/>
          <w:lang w:eastAsia="ko-KR"/>
        </w:rPr>
        <w:t>“</w:t>
      </w:r>
      <w:r>
        <w:rPr>
          <w:rFonts w:ascii="Nanum Gothic" w:eastAsia="Nanum Gothic" w:hAnsi="Nanum Gothic" w:cs="Nanum Gothic" w:hint="eastAsia"/>
          <w:sz w:val="20"/>
          <w:szCs w:val="20"/>
          <w:lang w:eastAsia="ko-KR"/>
        </w:rPr>
        <w:t xml:space="preserve">일반 </w:t>
      </w:r>
      <w:r>
        <w:rPr>
          <w:rFonts w:ascii="Nanum Gothic" w:eastAsia="Nanum Gothic" w:hAnsi="Nanum Gothic" w:cs="Nanum Gothic"/>
          <w:sz w:val="20"/>
          <w:szCs w:val="20"/>
          <w:lang w:eastAsia="ko-KR"/>
        </w:rPr>
        <w:t>AI</w:t>
      </w:r>
      <w:r>
        <w:rPr>
          <w:rFonts w:ascii="Nanum Gothic" w:eastAsia="Nanum Gothic" w:hAnsi="Nanum Gothic" w:cs="Nanum Gothic" w:hint="eastAsia"/>
          <w:sz w:val="20"/>
          <w:szCs w:val="20"/>
          <w:lang w:eastAsia="ko-KR"/>
        </w:rPr>
        <w:t>보다 어떤 점이 더 정확하거나 유용한가</w:t>
      </w:r>
      <w:r>
        <w:rPr>
          <w:rFonts w:ascii="Nanum Gothic" w:eastAsia="Nanum Gothic" w:hAnsi="Nanum Gothic" w:cs="Nanum Gothic"/>
          <w:sz w:val="20"/>
          <w:szCs w:val="20"/>
          <w:lang w:eastAsia="ko-KR"/>
        </w:rPr>
        <w:t>”</w:t>
      </w:r>
      <w:r>
        <w:rPr>
          <w:rFonts w:ascii="Nanum Gothic" w:eastAsia="Nanum Gothic" w:hAnsi="Nanum Gothic" w:cs="Nanum Gothic" w:hint="eastAsia"/>
          <w:sz w:val="20"/>
          <w:szCs w:val="20"/>
          <w:lang w:eastAsia="ko-KR"/>
        </w:rPr>
        <w:t xml:space="preserve"> 를 정리합니다.</w:t>
      </w:r>
    </w:p>
    <w:p w14:paraId="558BB969" w14:textId="22B1CBAC" w:rsidR="009053AD" w:rsidRDefault="009053AD" w:rsidP="009053AD">
      <w:pPr>
        <w:spacing w:before="200" w:after="40"/>
        <w:rPr>
          <w:rFonts w:ascii="Apple SD Gothic Neo" w:eastAsia="Nanum Gothic" w:hAnsi="Apple SD Gothic Neo" w:cs="Apple SD Gothic Neo"/>
          <w:b/>
          <w:color w:val="024AD8"/>
          <w:sz w:val="28"/>
          <w:lang w:eastAsia="ko-KR"/>
        </w:rPr>
      </w:pPr>
      <w:r>
        <w:rPr>
          <w:rFonts w:ascii="Nanum Gothic" w:eastAsia="Nanum Gothic" w:hAnsi="Nanum Gothic" w:cs="Nanum Gothic"/>
          <w:b/>
          <w:color w:val="024AD8"/>
          <w:sz w:val="28"/>
          <w:lang w:eastAsia="ko-KR"/>
        </w:rPr>
        <w:t>3.3.3 On-Device AI 심화</w:t>
      </w:r>
      <w:r>
        <w:rPr>
          <w:rFonts w:ascii="Nanum Gothic" w:eastAsia="Nanum Gothic" w:hAnsi="Nanum Gothic" w:cs="Nanum Gothic" w:hint="eastAsia"/>
          <w:b/>
          <w:color w:val="024AD8"/>
          <w:sz w:val="28"/>
          <w:lang w:eastAsia="ko-KR"/>
        </w:rPr>
        <w:t/>
      </w:r>
      <w:r>
        <w:rPr>
          <w:rFonts w:ascii="Nanum Gothic" w:eastAsia="Nanum Gothic" w:hAnsi="Nanum Gothic" w:cs="Nanum Gothic"/>
          <w:b/>
          <w:color w:val="024AD8"/>
          <w:sz w:val="28"/>
          <w:lang w:eastAsia="ko-KR"/>
        </w:rPr>
        <w:t/>
      </w:r>
      <w:r>
        <w:rPr>
          <w:rFonts w:ascii="Nanum Gothic" w:eastAsia="Nanum Gothic" w:hAnsi="Nanum Gothic" w:cs="Nanum Gothic" w:hint="eastAsia"/>
          <w:b/>
          <w:color w:val="024AD8"/>
          <w:sz w:val="28"/>
          <w:lang w:eastAsia="ko-KR"/>
        </w:rPr>
        <w:t/>
      </w:r>
      <w:r>
        <w:rPr>
          <w:rFonts w:ascii="Nanum Gothic" w:eastAsia="Nanum Gothic" w:hAnsi="Nanum Gothic" w:cs="Nanum Gothic"/>
          <w:b/>
          <w:color w:val="024AD8"/>
          <w:sz w:val="28"/>
          <w:lang w:eastAsia="ko-KR"/>
        </w:rPr>
        <w:t xml:space="preserve"/>
      </w:r>
      <w:r>
        <w:rPr>
          <w:rFonts w:ascii="Nanum Gothic" w:eastAsia="Nanum Gothic" w:hAnsi="Nanum Gothic" w:cs="Nanum Gothic"/>
          <w:b/>
          <w:color w:val="024AD8"/>
          <w:sz w:val="28"/>
          <w:lang w:eastAsia="ko-KR"/>
        </w:rPr>
        <w:t/>
      </w:r>
      <w:r>
        <w:rPr>
          <w:rFonts w:ascii="Nanum Gothic" w:eastAsia="Nanum Gothic" w:hAnsi="Nanum Gothic" w:cs="Nanum Gothic"/>
          <w:b/>
          <w:color w:val="024AD8"/>
          <w:sz w:val="28"/>
          <w:lang w:eastAsia="ko-KR"/>
        </w:rPr>
        <w:t xml:space="preserve"/>
      </w:r>
    </w:p>
    <w:p w14:paraId="6C54D446" w14:textId="394DA520" w:rsidR="009053AD" w:rsidRDefault="009053AD" w:rsidP="009053AD">
      <w:pPr>
        <w:spacing w:after="40"/>
        <w:rPr>
          <w:rFonts w:ascii="Apple SD Gothic Neo" w:eastAsia="Nanum Gothic" w:hAnsi="Apple SD Gothic Neo" w:cs="맑은 고딕"/>
          <w:sz w:val="20"/>
          <w:szCs w:val="20"/>
          <w:lang w:eastAsia="ko-KR"/>
        </w:rPr>
      </w:pPr>
      <w:r w:rsidRPr="009053AD">
        <w:rPr>
          <w:rFonts w:ascii="Nanum Gothic" w:eastAsia="Nanum Gothic" w:hAnsi="Nanum Gothic" w:cs="Nanum Gothic" w:hint="eastAsia"/>
          <w:b/>
          <w:bCs/>
          <w:sz w:val="20"/>
          <w:szCs w:val="20"/>
          <w:lang w:eastAsia="ko-KR"/>
        </w:rPr>
        <w:t>찾아서 정리할 것</w:t>
      </w:r>
      <w:r>
        <w:rPr>
          <w:rFonts w:ascii="Nanum Gothic" w:eastAsia="Nanum Gothic" w:hAnsi="Nanum Gothic" w:cs="Nanum Gothic" w:hint="eastAsia"/>
          <w:sz w:val="20"/>
          <w:szCs w:val="20"/>
          <w:lang w:eastAsia="ko-KR"/>
        </w:rPr>
        <w:t xml:space="preserve">: </w:t>
      </w:r>
      <w:r w:rsidRPr="009053AD">
        <w:rPr>
          <w:rFonts w:ascii="Nanum Gothic" w:eastAsia="Nanum Gothic" w:hAnsi="Nanum Gothic" w:cs="Nanum Gothic"/>
          <w:sz w:val="20"/>
          <w:szCs w:val="20"/>
          <w:lang w:eastAsia="ko-KR"/>
        </w:rPr>
        <w:t>온</w:t>
      </w:r>
      <w:r>
        <w:rPr>
          <w:rFonts w:ascii="Nanum Gothic" w:eastAsia="Nanum Gothic" w:hAnsi="Nanum Gothic" w:cs="Nanum Gothic" w:hint="eastAsia"/>
          <w:sz w:val="20"/>
          <w:szCs w:val="20"/>
          <w:lang w:eastAsia="ko-KR"/>
        </w:rPr>
        <w:t>-</w:t>
      </w:r>
      <w:r w:rsidRPr="009053AD">
        <w:rPr>
          <w:rFonts w:ascii="Nanum Gothic" w:eastAsia="Nanum Gothic" w:hAnsi="Nanum Gothic" w:cs="Nanum Gothic"/>
          <w:sz w:val="20"/>
          <w:szCs w:val="20"/>
          <w:lang w:eastAsia="ko-KR"/>
        </w:rPr>
        <w:t xml:space="preserve">디바이스 또는 하이브리드 AI </w:t>
      </w:r>
      <w:r>
        <w:rPr>
          <w:rFonts w:ascii="Nanum Gothic" w:eastAsia="Nanum Gothic" w:hAnsi="Nanum Gothic" w:cs="Nanum Gothic" w:hint="eastAsia"/>
          <w:sz w:val="20"/>
          <w:szCs w:val="20"/>
          <w:lang w:eastAsia="ko-KR"/>
        </w:rPr>
        <w:t>사례를</w:t>
      </w:r>
      <w:r w:rsidRPr="009053AD">
        <w:rPr>
          <w:rFonts w:ascii="Nanum Gothic" w:eastAsia="Nanum Gothic" w:hAnsi="Nanum Gothic" w:cs="Nanum Gothic"/>
          <w:sz w:val="20"/>
          <w:szCs w:val="20"/>
          <w:lang w:eastAsia="ko-KR"/>
        </w:rPr>
        <w:t xml:space="preserve"> 찾고, </w:t>
      </w:r>
      <w:r>
        <w:rPr>
          <w:rFonts w:ascii="Nanum Gothic" w:eastAsia="Nanum Gothic" w:hAnsi="Nanum Gothic" w:cs="Nanum Gothic"/>
          <w:sz w:val="20"/>
          <w:szCs w:val="20"/>
          <w:lang w:eastAsia="ko-KR"/>
        </w:rPr>
        <w:t>“</w:t>
      </w:r>
      <w:r>
        <w:rPr>
          <w:rFonts w:ascii="Nanum Gothic" w:eastAsia="Nanum Gothic" w:hAnsi="Nanum Gothic" w:cs="Nanum Gothic" w:hint="eastAsia"/>
          <w:sz w:val="20"/>
          <w:szCs w:val="20"/>
          <w:lang w:eastAsia="ko-KR"/>
        </w:rPr>
        <w:t xml:space="preserve">어떤 데이터에 대해 온-디바이스를 사용하고, </w:t>
      </w:r>
      <w:r w:rsidRPr="009053AD">
        <w:rPr>
          <w:rFonts w:ascii="Nanum Gothic" w:eastAsia="Nanum Gothic" w:hAnsi="Nanum Gothic" w:cs="Nanum Gothic"/>
          <w:sz w:val="20"/>
          <w:szCs w:val="20"/>
          <w:lang w:eastAsia="ko-KR"/>
        </w:rPr>
        <w:t>기기에서 처리하</w:t>
      </w:r>
      <w:r>
        <w:rPr>
          <w:rFonts w:ascii="Nanum Gothic" w:eastAsia="Nanum Gothic" w:hAnsi="Nanum Gothic" w:cs="Nanum Gothic" w:hint="eastAsia"/>
          <w:sz w:val="20"/>
          <w:szCs w:val="20"/>
          <w:lang w:eastAsia="ko-KR"/>
        </w:rPr>
        <w:t>는 사례와</w:t>
      </w:r>
      <w:r w:rsidRPr="009053AD">
        <w:rPr>
          <w:rFonts w:ascii="Nanum Gothic" w:eastAsia="Nanum Gothic" w:hAnsi="Nanum Gothic" w:cs="Nanum Gothic"/>
          <w:sz w:val="20"/>
          <w:szCs w:val="20"/>
          <w:lang w:eastAsia="ko-KR"/>
        </w:rPr>
        <w:t xml:space="preserve"> 클라우드에서 처리</w:t>
      </w:r>
      <w:r>
        <w:rPr>
          <w:rFonts w:ascii="Nanum Gothic" w:eastAsia="Nanum Gothic" w:hAnsi="Nanum Gothic" w:cs="Nanum Gothic" w:hint="eastAsia"/>
          <w:sz w:val="20"/>
          <w:szCs w:val="20"/>
          <w:lang w:eastAsia="ko-KR"/>
        </w:rPr>
        <w:t>하는 사례</w:t>
      </w:r>
      <w:r>
        <w:rPr>
          <w:rFonts w:ascii="Nanum Gothic" w:eastAsia="Nanum Gothic" w:hAnsi="Nanum Gothic" w:cs="Nanum Gothic"/>
          <w:sz w:val="20"/>
          <w:szCs w:val="20"/>
          <w:lang w:eastAsia="ko-KR"/>
        </w:rPr>
        <w:t>”</w:t>
      </w:r>
      <w:r w:rsidRPr="009053AD">
        <w:rPr>
          <w:rFonts w:ascii="Nanum Gothic" w:eastAsia="Nanum Gothic" w:hAnsi="Nanum Gothic" w:cs="Nanum Gothic"/>
          <w:sz w:val="20"/>
          <w:szCs w:val="20"/>
          <w:lang w:eastAsia="ko-KR"/>
        </w:rPr>
        <w:t>를 정리합니다.</w:t>
      </w:r>
    </w:p>
    <w:p w14:paraId="5FC1630C" w14:textId="77777777" w:rsidR="00226CAC" w:rsidRDefault="00226CAC">
      <w:pPr>
        <w:rPr>
          <w:rFonts w:eastAsia="Nanum Gothic"/>
          <w:lang w:eastAsia="ko-KR"/>
        </w:rPr>
      </w:pP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4. LLM 핵심 용어와 작동 원리</w:t>
            </w:r>
          </w:p>
          <w:p>
            <w:pPr>
              <w:spacing w:before="0" w:after="200" w:line="340" w:lineRule="exact"/>
            </w:pPr>
            <w:r>
              <w:rPr>
                <w:rFonts w:ascii="Nanum Gothic" w:hAnsi="Nanum Gothic" w:eastAsia="Nanum Gothic" w:cs="Nanum Gothic"/>
                <w:b w:val="0"/>
                <w:i/>
                <w:color w:val="C9E0FC"/>
                <w:sz w:val="26"/>
              </w:rPr>
              <w:t>답이 만들어지는 과정을 다섯 가지 공통 용어로 읽는다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다음 토큰 예측</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핵심 용어</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설정 비교</w:t>
            </w:r>
          </w:p>
        </w:tc>
      </w:tr>
    </w:tbl>
    <w:p/>
    <w:p w14:paraId="1901BFAB" w14:textId="08172C36"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rPr>
        <w:t>4.1</w:t>
      </w:r>
      <w:r w:rsidR="00925A0D">
        <w:rPr>
          <w:rFonts w:ascii="Nanum Gothic" w:eastAsia="Nanum Gothic" w:hAnsi="Nanum Gothic" w:cs="Nanum Gothic"/>
          <w:b/>
          <w:color w:val="024AD8"/>
          <w:sz w:val="36"/>
        </w:rPr>
        <w:t/>
      </w:r>
      <w:r>
        <w:rPr>
          <w:rFonts w:ascii="Nanum Gothic" w:eastAsia="Nanum Gothic" w:hAnsi="Nanum Gothic" w:cs="Nanum Gothic"/>
          <w:b/>
          <w:color w:val="024AD8"/>
          <w:sz w:val="36"/>
        </w:rPr>
        <w:t> 핵심 개념</w:t>
      </w:r>
      <w:r w:rsidR="00097C4A">
        <w:rPr>
          <w:rFonts w:ascii="Nanum Gothic" w:eastAsia="Nanum Gothic" w:hAnsi="Nanum Gothic" w:cs="Nanum Gothic" w:hint="eastAsia"/>
          <w:b/>
          <w:color w:val="024AD8"/>
          <w:sz w:val="36"/>
          <w:lang w:eastAsia="ko-KR"/>
        </w:rPr>
        <w:t xml:space="preserve"> </w:t>
      </w:r>
      <w:r w:rsidR="00097C4A" w:rsidRPr="00097C4A">
        <w:rPr>
          <w:rFonts w:ascii="Nanum Gothic" w:eastAsia="Nanum Gothic" w:hAnsi="Nanum Gothic" w:cs="Nanum Gothic"/>
          <w:b/>
          <w:color w:val="024AD8"/>
          <w:sz w:val="36"/>
          <w:lang w:eastAsia="ko-KR"/>
        </w:rPr>
        <w:t>—</w:t>
      </w:r>
      <w:r w:rsidR="00097C4A">
        <w:rPr>
          <w:rFonts w:ascii="Nanum Gothic" w:eastAsia="Nanum Gothic" w:hAnsi="Nanum Gothic" w:cs="Nanum Gothic" w:hint="eastAsia"/>
          <w:b/>
          <w:color w:val="024AD8"/>
          <w:sz w:val="36"/>
          <w:lang w:eastAsia="ko-KR"/>
        </w:rPr>
        <w:t xml:space="preserve"> </w:t>
      </w:r>
      <w:r w:rsidR="00925A0D">
        <w:rPr>
          <w:rFonts w:ascii="Nanum Gothic" w:eastAsia="Nanum Gothic" w:hAnsi="Nanum Gothic" w:cs="Nanum Gothic"/>
          <w:b/>
          <w:color w:val="024AD8"/>
          <w:sz w:val="36"/>
          <w:lang w:eastAsia="ko-KR"/>
        </w:rPr>
        <w:t>LLM(Large Language Model)</w:t>
      </w:r>
    </w:p>
    <w:tbl>
      <w:tblPr>
        <w:tblStyle w:val="af9"/>
        <w:tblW w:w="0" w:type="auto"/>
        <w:tblLayout w:type="fixed"/>
        <w:tblLook w:val="04A0" w:firstRow="1" w:lastRow="0" w:firstColumn="1" w:lastColumn="0" w:noHBand="0" w:noVBand="1"/>
      </w:tblPr>
      <w:tblGrid>
        <w:gridCol w:w="400"/>
        <w:gridCol w:w="8672"/>
      </w:tblGrid>
      <w:tr w:rsidR="00226CAC" w14:paraId="782E42F1" w14:textId="77777777">
        <w:tc>
          <w:tcPr>
            <w:tcW w:w="400" w:type="dxa"/>
            <w:shd w:val="clear" w:color="auto" w:fill="4A5568"/>
          </w:tcPr>
          <w:p w14:paraId="7322C3B5" w14:textId="77777777" w:rsidR="00226CAC" w:rsidRDefault="00226CAC">
            <w:pPr>
              <w:spacing w:before="80" w:after="80"/>
            </w:pPr>
          </w:p>
        </w:tc>
        <w:tc>
          <w:tcPr>
            <w:tcW w:w="8672" w:type="dxa"/>
            <w:shd w:val="clear" w:color="auto" w:fill="F7F7F7"/>
          </w:tcPr>
          <w:p w14:paraId="17BAE6A0" w14:textId="5D0CC366" w:rsidR="00226CAC" w:rsidRDefault="00000000">
            <w:pPr>
              <w:spacing w:before="80" w:after="80"/>
              <w:rPr>
                <w:rFonts w:eastAsia="Nanum Gothic"/>
                <w:lang w:eastAsia="ko-KR"/>
              </w:rPr>
            </w:pPr>
            <w:r>
              <w:rPr>
                <w:rFonts w:ascii="Nanum Gothic" w:eastAsia="Nanum Gothic" w:hAnsi="Nanum Gothic" w:cs="Nanum Gothic"/>
                <w:b/>
                <w:color w:val="4A5568"/>
                <w:sz w:val="20"/>
                <w:lang w:eastAsia="ko-KR"/>
              </w:rPr>
              <w:t>📌 Note</w:t>
            </w:r>
            <w:r>
              <w:rPr>
                <w:rFonts w:ascii="Apple SD Gothic Neo" w:eastAsia="Nanum Gothic" w:hAnsi="Apple SD Gothic Neo" w:cs="Apple SD Gothic Neo"/>
                <w:b/>
                <w:color w:val="4A5568"/>
                <w:sz w:val="20"/>
                <w:lang w:eastAsia="ko-KR"/>
              </w:rPr>
              <w:br/>
            </w:r>
            <w:r>
              <w:rPr>
                <w:rFonts w:ascii="Nanum Gothic" w:eastAsia="Nanum Gothic" w:hAnsi="Nanum Gothic" w:cs="Nanum Gothic"/>
                <w:color w:val="1A1A1A"/>
                <w:sz w:val="20"/>
                <w:lang w:eastAsia="ko-KR"/>
              </w:rPr>
              <w:t>이 세션의 모든 개념은 특정 LLM에 종속되지 않</w:t>
            </w:r>
            <w:r w:rsidR="00B77737">
              <w:rPr>
                <w:rFonts w:ascii="Nanum Gothic" w:eastAsia="Nanum Gothic" w:hAnsi="Nanum Gothic" w:cs="Nanum Gothic" w:hint="eastAsia"/>
                <w:color w:val="1A1A1A"/>
                <w:sz w:val="20"/>
                <w:lang w:eastAsia="ko-KR"/>
              </w:rPr>
              <w:t>습니다</w:t>
            </w:r>
            <w:r>
              <w:rPr>
                <w:rFonts w:ascii="Nanum Gothic" w:eastAsia="Nanum Gothic" w:hAnsi="Nanum Gothic" w:cs="Nanum Gothic"/>
                <w:color w:val="1A1A1A"/>
                <w:sz w:val="20"/>
                <w:lang w:eastAsia="ko-KR"/>
              </w:rPr>
              <w:t>. 시연 도구는 예시일 뿐이며, 개념은 모든 LLM에 동일하게 적용</w:t>
            </w:r>
            <w:r w:rsidR="00B77737">
              <w:rPr>
                <w:rFonts w:ascii="Nanum Gothic" w:eastAsia="Nanum Gothic" w:hAnsi="Nanum Gothic" w:cs="Nanum Gothic" w:hint="eastAsia"/>
                <w:color w:val="1A1A1A"/>
                <w:sz w:val="20"/>
                <w:lang w:eastAsia="ko-KR"/>
              </w:rPr>
              <w:t>됩니다</w:t>
            </w:r>
            <w:r>
              <w:rPr>
                <w:rFonts w:ascii="Nanum Gothic" w:eastAsia="Nanum Gothic" w:hAnsi="Nanum Gothic" w:cs="Nanum Gothic"/>
                <w:color w:val="1A1A1A"/>
                <w:sz w:val="20"/>
                <w:lang w:eastAsia="ko-KR"/>
              </w:rPr>
              <w:t>.</w:t>
            </w:r>
          </w:p>
        </w:tc>
      </w:tr>
    </w:tbl>
    <w:p w14:paraId="21CB07F2" w14:textId="77777777" w:rsidR="00226CAC" w:rsidRDefault="00226CAC">
      <w:pPr>
        <w:rPr>
          <w:rFonts w:eastAsia="Nanum Gothic"/>
          <w:lang w:eastAsia="ko-KR"/>
        </w:rPr>
      </w:pPr>
    </w:p>
    <w:p w14:paraId="04FC9414" w14:textId="51F1EF71"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4.1.1</w:t>
      </w:r>
      <w:r w:rsidR="00925A0D">
        <w:rPr>
          <w:rFonts w:ascii="Nanum Gothic" w:eastAsia="Nanum Gothic" w:hAnsi="Nanum Gothic" w:cs="Nanum Gothic"/>
          <w:b/>
          <w:color w:val="024AD8"/>
          <w:sz w:val="28"/>
          <w:lang w:eastAsia="ko-KR"/>
        </w:rPr>
        <w:t/>
      </w:r>
      <w:r>
        <w:rPr>
          <w:rFonts w:ascii="Nanum Gothic" w:eastAsia="Nanum Gothic" w:hAnsi="Nanum Gothic" w:cs="Nanum Gothic"/>
          <w:b/>
          <w:color w:val="024AD8"/>
          <w:sz w:val="28"/>
          <w:lang w:eastAsia="ko-KR"/>
        </w:rPr>
        <w:t> 배경: LLM이란 무엇인가</w:t>
      </w:r>
    </w:p>
    <w:p w14:paraId="68C9697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LLM(대형 언어 모델, Large Language Model)은 이름 그대로 </w:t>
      </w:r>
      <w:r>
        <w:rPr>
          <w:rFonts w:ascii="Nanum Gothic" w:eastAsia="Nanum Gothic" w:hAnsi="Nanum Gothic" w:cs="Nanum Gothic"/>
          <w:b/>
          <w:color w:val="1A1A1A"/>
          <w:sz w:val="20"/>
          <w:lang w:eastAsia="ko-KR"/>
        </w:rPr>
        <w:t>매우 큰 언어 모델</w:t>
      </w:r>
      <w:r>
        <w:rPr>
          <w:rFonts w:ascii="Nanum Gothic" w:eastAsia="Nanum Gothic" w:hAnsi="Nanum Gothic" w:cs="Nanum Gothic"/>
          <w:color w:val="1A1A1A"/>
          <w:sz w:val="20"/>
          <w:lang w:eastAsia="ko-KR"/>
        </w:rPr>
        <w:t>입니다.</w:t>
      </w:r>
    </w:p>
    <w:p w14:paraId="3F4D491D" w14:textId="12FAA685" w:rsidR="000D07DB" w:rsidRDefault="00000000">
      <w:pPr>
        <w:spacing w:before="60" w:after="60"/>
        <w:rPr>
          <w:rFonts w:ascii="Apple SD Gothic Neo" w:eastAsia="Nanum Gothic" w:hAnsi="Apple SD Gothic Neo" w:cs="Apple SD Gothic Neo"/>
          <w:color w:val="1A1A1A"/>
          <w:sz w:val="20"/>
          <w:lang w:eastAsia="ko-KR"/>
        </w:rPr>
      </w:pPr>
      <w:r>
        <w:rPr>
          <w:rFonts w:ascii="Nanum Gothic" w:eastAsia="Nanum Gothic" w:hAnsi="Nanum Gothic" w:cs="Nanum Gothic"/>
          <w:color w:val="1A1A1A"/>
          <w:sz w:val="20"/>
          <w:lang w:eastAsia="ko-KR"/>
        </w:rPr>
        <w:t>"언어 모델"이란: 텍스트를 입력</w:t>
      </w:r>
      <w:r w:rsidR="000D07DB">
        <w:rPr>
          <w:rFonts w:ascii="Nanum Gothic" w:eastAsia="Nanum Gothic" w:hAnsi="Nanum Gothic" w:cs="Nanum Gothic" w:hint="eastAsia"/>
          <w:color w:val="1A1A1A"/>
          <w:sz w:val="20"/>
          <w:lang w:eastAsia="ko-KR"/>
        </w:rPr>
        <w:t xml:space="preserve"> </w:t>
      </w:r>
      <w:r>
        <w:rPr>
          <w:rFonts w:ascii="Nanum Gothic" w:eastAsia="Nanum Gothic" w:hAnsi="Nanum Gothic" w:cs="Nanum Gothic"/>
          <w:color w:val="1A1A1A"/>
          <w:sz w:val="20"/>
          <w:lang w:eastAsia="ko-KR"/>
        </w:rPr>
        <w:t>받아 텍스트를 출력하는 통계 모델.</w:t>
      </w:r>
    </w:p>
    <w:p w14:paraId="11E05F97" w14:textId="613EBFB4"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"대형"이란: 수백억~수조 개의 파라미터를 학습한 규모.</w:t>
      </w:r>
    </w:p>
    <w:p w14:paraId="67BFD767" w14:textId="77777777" w:rsidR="00226CAC" w:rsidRDefault="00000000">
      <w:pPr>
        <w:spacing w:before="60" w:after="60"/>
        <w:rPr>
          <w:rFonts w:ascii="Apple SD Gothic Neo" w:eastAsia="Nanum Gothic" w:hAnsi="Apple SD Gothic Neo" w:cs="Apple SD Gothic Neo"/>
          <w:color w:val="1A1A1A"/>
          <w:sz w:val="20"/>
          <w:lang w:eastAsia="ko-KR"/>
        </w:rPr>
      </w:pPr>
      <w:r>
        <w:rPr>
          <w:rFonts w:ascii="Nanum Gothic" w:eastAsia="Nanum Gothic" w:hAnsi="Nanum Gothic" w:cs="Nanum Gothic"/>
          <w:color w:val="1A1A1A"/>
          <w:sz w:val="20"/>
          <w:lang w:eastAsia="ko-KR"/>
        </w:rPr>
        <w:t>GPT-4, Gemini 1.5 Pro, Claude 3.5, Solar Pro — 이름은 달라도 모두 같은 LLM 범주입니다. 이 세션에서 배우는 5대 용어는 모두에 동일하게 적용됩니다.</w:t>
      </w:r>
    </w:p>
    <w:p w14:paraId="1ACD55DA" w14:textId="77777777" w:rsidR="000D07DB" w:rsidRDefault="000D07DB">
      <w:pPr>
        <w:spacing w:before="60" w:after="60"/>
        <w:rPr>
          <w:rFonts w:eastAsia="Nanum Gothic"/>
          <w:lang w:eastAsia="ko-KR"/>
        </w:rPr>
      </w:pPr>
    </w:p>
    <w:p w14:paraId="45B7896C" w14:textId="77777777" w:rsidR="00226CAC" w:rsidRDefault="00000000">
      <w:pPr>
        <w:spacing w:before="60" w:after="60"/>
      </w:pPr>
      <w:r>
        <w:rPr>
          <w:rFonts w:ascii="Nanum Gothic" w:eastAsia="Nanum Gothic" w:hAnsi="Nanum Gothic" w:cs="Nanum Gothic"/>
          <w:b/>
          <w:color w:val="1A1A1A"/>
          <w:sz w:val="20"/>
        </w:rPr>
        <w:t>LLM의 역사적 맥락</w:t>
      </w:r>
    </w:p>
    <w:tbl>
      <w:tblPr>
        <w:tblStyle w:val="af9"/>
        <w:tblW w:w="0" w:type="auto"/>
        <w:tblLook w:val="04A0" w:firstRow="1" w:lastRow="0" w:firstColumn="1" w:lastColumn="0" w:noHBand="0" w:noVBand="1"/>
      </w:tblPr>
      <w:tblGrid>
        <w:gridCol w:w="4536"/>
        <w:gridCol w:w="4536"/>
      </w:tblGrid>
      <w:tr w:rsidR="00226CAC" w14:paraId="17572577" w14:textId="77777777">
        <w:tc>
          <w:tcPr>
            <w:tcW w:w="4536" w:type="dxa"/>
            <w:shd w:val="clear" w:color="auto" w:fill="024AD8"/>
          </w:tcPr>
          <w:p w14:paraId="2D1FC981" w14:textId="77777777" w:rsidR="00226CAC" w:rsidRDefault="00000000">
            <w:pPr>
              <w:spacing w:before="60" w:after="60"/>
            </w:pPr>
            <w:r>
              <w:rPr>
                <w:rFonts w:ascii="Nanum Gothic" w:eastAsia="Nanum Gothic" w:hAnsi="Nanum Gothic" w:cs="Nanum Gothic"/>
                <w:b/>
                <w:color w:val="FFFFFF"/>
                <w:sz w:val="20"/>
              </w:rPr>
              <w:t>연도</w:t>
            </w:r>
          </w:p>
        </w:tc>
        <w:tc>
          <w:tcPr>
            <w:tcW w:w="4536" w:type="dxa"/>
            <w:shd w:val="clear" w:color="auto" w:fill="024AD8"/>
          </w:tcPr>
          <w:p w14:paraId="37822877" w14:textId="77777777" w:rsidR="00226CAC" w:rsidRDefault="00000000">
            <w:pPr>
              <w:spacing w:before="60" w:after="60"/>
            </w:pPr>
            <w:r>
              <w:rPr>
                <w:rFonts w:ascii="Nanum Gothic" w:eastAsia="Nanum Gothic" w:hAnsi="Nanum Gothic" w:cs="Nanum Gothic"/>
                <w:b/>
                <w:color w:val="FFFFFF"/>
                <w:sz w:val="20"/>
              </w:rPr>
              <w:t>이정표</w:t>
            </w:r>
          </w:p>
        </w:tc>
      </w:tr>
      <w:tr w:rsidR="00226CAC" w14:paraId="22AFBF4E" w14:textId="77777777">
        <w:tc>
          <w:tcPr>
            <w:tcW w:w="4536" w:type="dxa"/>
          </w:tcPr>
          <w:p w14:paraId="0544FD9B" w14:textId="77777777" w:rsidR="00226CAC" w:rsidRDefault="00000000">
            <w:pPr>
              <w:spacing w:before="60" w:after="60"/>
            </w:pPr>
            <w:r>
              <w:rPr>
                <w:rFonts w:ascii="Nanum Gothic" w:eastAsia="Nanum Gothic" w:hAnsi="Nanum Gothic" w:cs="Nanum Gothic"/>
                <w:color w:val="1A1A1A"/>
                <w:sz w:val="20"/>
              </w:rPr>
              <w:t>2017</w:t>
            </w:r>
          </w:p>
        </w:tc>
        <w:tc>
          <w:tcPr>
            <w:tcW w:w="4536" w:type="dxa"/>
          </w:tcPr>
          <w:p w14:paraId="42C1DFB3" w14:textId="77777777" w:rsidR="00226CAC" w:rsidRDefault="00000000">
            <w:pPr>
              <w:spacing w:before="60" w:after="60"/>
            </w:pPr>
            <w:r>
              <w:rPr>
                <w:rFonts w:ascii="Nanum Gothic" w:eastAsia="Nanum Gothic" w:hAnsi="Nanum Gothic" w:cs="Nanum Gothic"/>
                <w:color w:val="1A1A1A"/>
                <w:sz w:val="20"/>
              </w:rPr>
              <w:t>"Attention is All You Need" — Transformer 아키텍처 논문 발표 (Google Brain)</w:t>
            </w:r>
          </w:p>
        </w:tc>
      </w:tr>
      <w:tr w:rsidR="00226CAC" w14:paraId="4863A4B5" w14:textId="77777777">
        <w:tc>
          <w:tcPr>
            <w:tcW w:w="4536" w:type="dxa"/>
          </w:tcPr>
          <w:p w14:paraId="4B4ACEAE" w14:textId="77777777" w:rsidR="00226CAC" w:rsidRDefault="00000000">
            <w:pPr>
              <w:spacing w:before="60" w:after="60"/>
            </w:pPr>
            <w:r>
              <w:rPr>
                <w:rFonts w:ascii="Nanum Gothic" w:eastAsia="Nanum Gothic" w:hAnsi="Nanum Gothic" w:cs="Nanum Gothic"/>
                <w:color w:val="1A1A1A"/>
                <w:sz w:val="20"/>
              </w:rPr>
              <w:t>2018</w:t>
            </w:r>
          </w:p>
        </w:tc>
        <w:tc>
          <w:tcPr>
            <w:tcW w:w="4536" w:type="dxa"/>
          </w:tcPr>
          <w:p w14:paraId="0FE7BDA9" w14:textId="77777777" w:rsidR="00226CAC" w:rsidRDefault="00000000">
            <w:pPr>
              <w:spacing w:before="60" w:after="60"/>
            </w:pPr>
            <w:r>
              <w:rPr>
                <w:rFonts w:ascii="Nanum Gothic" w:eastAsia="Nanum Gothic" w:hAnsi="Nanum Gothic" w:cs="Nanum Gothic"/>
                <w:color w:val="1A1A1A"/>
                <w:sz w:val="20"/>
              </w:rPr>
              <w:t>BERT (Google), GPT-1 (OpenAI)</w:t>
            </w:r>
          </w:p>
        </w:tc>
      </w:tr>
      <w:tr w:rsidR="00226CAC" w14:paraId="1EE834BF" w14:textId="77777777">
        <w:tc>
          <w:tcPr>
            <w:tcW w:w="4536" w:type="dxa"/>
          </w:tcPr>
          <w:p w14:paraId="31B282F4" w14:textId="77777777" w:rsidR="00226CAC" w:rsidRDefault="00000000">
            <w:pPr>
              <w:spacing w:before="60" w:after="60"/>
            </w:pPr>
            <w:r>
              <w:rPr>
                <w:rFonts w:ascii="Nanum Gothic" w:eastAsia="Nanum Gothic" w:hAnsi="Nanum Gothic" w:cs="Nanum Gothic"/>
                <w:color w:val="1A1A1A"/>
                <w:sz w:val="20"/>
              </w:rPr>
              <w:t>2020</w:t>
            </w:r>
          </w:p>
        </w:tc>
        <w:tc>
          <w:tcPr>
            <w:tcW w:w="4536" w:type="dxa"/>
          </w:tcPr>
          <w:p w14:paraId="2856A44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GPT-3 (1,750억 파라미터) — LLM 대중화의 시작</w:t>
            </w:r>
          </w:p>
        </w:tc>
      </w:tr>
      <w:tr w:rsidR="00226CAC" w14:paraId="2C3B8E03" w14:textId="77777777">
        <w:tc>
          <w:tcPr>
            <w:tcW w:w="4536" w:type="dxa"/>
          </w:tcPr>
          <w:p w14:paraId="4D3C42C7" w14:textId="77777777" w:rsidR="00226CAC" w:rsidRDefault="00000000">
            <w:pPr>
              <w:spacing w:before="60" w:after="60"/>
            </w:pPr>
            <w:r>
              <w:rPr>
                <w:rFonts w:ascii="Nanum Gothic" w:eastAsia="Nanum Gothic" w:hAnsi="Nanum Gothic" w:cs="Nanum Gothic"/>
                <w:color w:val="1A1A1A"/>
                <w:sz w:val="20"/>
              </w:rPr>
              <w:t>2022</w:t>
            </w:r>
          </w:p>
        </w:tc>
        <w:tc>
          <w:tcPr>
            <w:tcW w:w="4536" w:type="dxa"/>
          </w:tcPr>
          <w:p w14:paraId="1BDA9966"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ChatGPT 출시 (5일 만에 100만 사용자)</w:t>
            </w:r>
          </w:p>
        </w:tc>
      </w:tr>
      <w:tr w:rsidR="00226CAC" w14:paraId="751E99B9" w14:textId="77777777">
        <w:tc>
          <w:tcPr>
            <w:tcW w:w="4536" w:type="dxa"/>
          </w:tcPr>
          <w:p w14:paraId="03C3C629" w14:textId="77777777" w:rsidR="00226CAC" w:rsidRDefault="00000000">
            <w:pPr>
              <w:spacing w:before="60" w:after="60"/>
            </w:pPr>
            <w:r>
              <w:rPr>
                <w:rFonts w:ascii="Nanum Gothic" w:eastAsia="Nanum Gothic" w:hAnsi="Nanum Gothic" w:cs="Nanum Gothic"/>
                <w:color w:val="1A1A1A"/>
                <w:sz w:val="20"/>
              </w:rPr>
              <w:t>2023</w:t>
            </w:r>
          </w:p>
        </w:tc>
        <w:tc>
          <w:tcPr>
            <w:tcW w:w="4536" w:type="dxa"/>
          </w:tcPr>
          <w:p w14:paraId="0895C7CC" w14:textId="77777777" w:rsidR="00226CAC" w:rsidRDefault="00000000">
            <w:pPr>
              <w:spacing w:before="60" w:after="60"/>
            </w:pPr>
            <w:r>
              <w:rPr>
                <w:rFonts w:ascii="Nanum Gothic" w:eastAsia="Nanum Gothic" w:hAnsi="Nanum Gothic" w:cs="Nanum Gothic"/>
                <w:color w:val="1A1A1A"/>
                <w:sz w:val="20"/>
              </w:rPr>
              <w:t>GPT-4, Gemini, Claude 2 경쟁 격화</w:t>
            </w:r>
          </w:p>
        </w:tc>
      </w:tr>
      <w:tr w:rsidR="00226CAC" w14:paraId="46BB7744" w14:textId="77777777">
        <w:tc>
          <w:tcPr>
            <w:tcW w:w="4536" w:type="dxa"/>
          </w:tcPr>
          <w:p w14:paraId="31FC4C63" w14:textId="77777777" w:rsidR="00226CAC" w:rsidRDefault="00000000">
            <w:pPr>
              <w:spacing w:before="60" w:after="60"/>
            </w:pPr>
            <w:r>
              <w:rPr>
                <w:rFonts w:ascii="Nanum Gothic" w:eastAsia="Nanum Gothic" w:hAnsi="Nanum Gothic" w:cs="Nanum Gothic"/>
                <w:color w:val="1A1A1A"/>
                <w:sz w:val="20"/>
              </w:rPr>
              <w:t>2024</w:t>
            </w:r>
          </w:p>
        </w:tc>
        <w:tc>
          <w:tcPr>
            <w:tcW w:w="4536" w:type="dxa"/>
          </w:tcPr>
          <w:p w14:paraId="370B474F"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멀티모달·에이전트 확장, On-Device AI 등장</w:t>
            </w:r>
          </w:p>
        </w:tc>
      </w:tr>
      <w:tr w:rsidR="00226CAC" w14:paraId="3F1A99BD" w14:textId="77777777">
        <w:tc>
          <w:tcPr>
            <w:tcW w:w="4536" w:type="dxa"/>
          </w:tcPr>
          <w:p w14:paraId="20DB562E" w14:textId="77777777" w:rsidR="00226CAC" w:rsidRDefault="00000000">
            <w:pPr>
              <w:spacing w:before="60" w:after="60"/>
            </w:pPr>
            <w:r>
              <w:rPr>
                <w:rFonts w:ascii="Nanum Gothic" w:eastAsia="Nanum Gothic" w:hAnsi="Nanum Gothic" w:cs="Nanum Gothic"/>
                <w:color w:val="1A1A1A"/>
                <w:sz w:val="20"/>
              </w:rPr>
              <w:t>2025~</w:t>
            </w:r>
          </w:p>
        </w:tc>
        <w:tc>
          <w:tcPr>
            <w:tcW w:w="4536" w:type="dxa"/>
          </w:tcPr>
          <w:p w14:paraId="1985DA76" w14:textId="77777777" w:rsidR="00226CAC" w:rsidRDefault="00000000">
            <w:pPr>
              <w:spacing w:before="60" w:after="60"/>
            </w:pPr>
            <w:r>
              <w:rPr>
                <w:rFonts w:ascii="Nanum Gothic" w:eastAsia="Nanum Gothic" w:hAnsi="Nanum Gothic" w:cs="Nanum Gothic"/>
                <w:color w:val="1A1A1A"/>
                <w:sz w:val="20"/>
              </w:rPr>
              <w:t>Agentic AI 실용화, Vertical AI 기업 채택 가속</w:t>
            </w:r>
          </w:p>
        </w:tc>
      </w:tr>
    </w:tbl>
    <w:p w14:paraId="7A88BC53" w14:textId="77777777" w:rsidR="00226CAC" w:rsidRDefault="00226CAC"/>
    <w:p w14:paraId="005FF185" w14:textId="77777777" w:rsidR="00307B65" w:rsidRDefault="00000000" w:rsidP="00307B65">
      <w:pPr>
        <w:spacing w:before="240"/>
        <w:rPr>
          <w:rFonts w:ascii="Apple SD Gothic Neo" w:eastAsia="Nanum Gothic" w:hAnsi="Apple SD Gothic Neo" w:cs="Apple SD Gothic Neo"/>
          <w:color w:val="1A1A1A"/>
          <w:sz w:val="20"/>
          <w:lang w:eastAsia="ko-KR"/>
        </w:rPr>
      </w:pPr>
      <w:r>
        <w:rPr>
          <w:rFonts w:ascii="Nanum Gothic" w:eastAsia="Nanum Gothic" w:hAnsi="Nanum Gothic" w:cs="Nanum Gothic"/>
          <w:color w:val="1A1A1A"/>
          <w:sz w:val="20"/>
          <w:lang w:eastAsia="ko-KR"/>
        </w:rPr>
        <w:t xml:space="preserve">LLM의 기반이 되는 </w:t>
      </w:r>
      <w:r>
        <w:rPr>
          <w:rFonts w:ascii="Nanum Gothic" w:eastAsia="Nanum Gothic" w:hAnsi="Nanum Gothic" w:cs="Nanum Gothic"/>
          <w:b/>
          <w:color w:val="1A1A1A"/>
          <w:sz w:val="20"/>
          <w:lang w:eastAsia="ko-KR"/>
        </w:rPr>
        <w:t>Transformer 아키텍처</w:t>
      </w:r>
      <w:r>
        <w:rPr>
          <w:rFonts w:ascii="Nanum Gothic" w:eastAsia="Nanum Gothic" w:hAnsi="Nanum Gothic" w:cs="Nanum Gothic"/>
          <w:color w:val="1A1A1A"/>
          <w:sz w:val="20"/>
          <w:lang w:eastAsia="ko-KR"/>
        </w:rPr>
        <w:t>는 2017년 논문 한 편에서 시작되었습니다. "주의 집중(Attention)" 메커니즘으로, 문장의 어느 부분에 집중할지를 AI가 학습합니다.</w:t>
      </w:r>
    </w:p>
    <w:p w14:paraId="4B1F6967" w14:textId="09042DDB" w:rsidR="00307B65" w:rsidRPr="00307B65" w:rsidRDefault="00307B65" w:rsidP="00307B65">
      <w:pPr>
        <w:spacing w:before="240"/>
        <w:rPr>
          <w:rFonts w:ascii="Apple SD Gothic Neo" w:eastAsia="Nanum Gothic" w:hAnsi="Apple SD Gothic Neo" w:cs="Apple SD Gothic Neo"/>
          <w:color w:val="1A1A1A"/>
          <w:sz w:val="20"/>
          <w:lang w:eastAsia="ko-KR"/>
        </w:rPr>
      </w:pPr>
      <w:r w:rsidRPr="00307B65">
        <w:rPr>
          <w:rFonts w:ascii="Nanum Gothic" w:eastAsia="Nanum Gothic" w:hAnsi="Nanum Gothic" w:cs="Nanum Gothic" w:hint="eastAsia"/>
          <w:color w:val="1A1A1A"/>
          <w:sz w:val="20"/>
          <w:lang w:eastAsia="ko-KR"/>
        </w:rPr>
        <w:t>여기서</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말하는</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집중</w:t>
      </w:r>
      <w:r w:rsidRPr="00307B65">
        <w:rPr>
          <w:rFonts w:ascii="Nanum Gothic" w:eastAsia="Nanum Gothic" w:hAnsi="Nanum Gothic" w:cs="Nanum Gothic"/>
          <w:color w:val="1A1A1A"/>
          <w:sz w:val="20"/>
          <w:lang w:eastAsia="ko-KR"/>
        </w:rPr>
        <w:t>"</w:t>
      </w:r>
      <w:r w:rsidRPr="00307B65">
        <w:rPr>
          <w:rFonts w:ascii="Nanum Gothic" w:eastAsia="Nanum Gothic" w:hAnsi="Nanum Gothic" w:cs="Nanum Gothic" w:hint="eastAsia"/>
          <w:color w:val="1A1A1A"/>
          <w:sz w:val="20"/>
          <w:lang w:eastAsia="ko-KR"/>
        </w:rPr>
        <w:t>은</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무엇을</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뜻할까요</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사람이</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문장을</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읽을</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때를</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떠올리면</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쉽습니다</w:t>
      </w:r>
      <w:r w:rsidRPr="00307B65">
        <w:rPr>
          <w:rFonts w:ascii="Nanum Gothic" w:eastAsia="Nanum Gothic" w:hAnsi="Nanum Gothic" w:cs="Nanum Gothic"/>
          <w:color w:val="1A1A1A"/>
          <w:sz w:val="20"/>
          <w:lang w:eastAsia="ko-KR"/>
        </w:rPr>
        <w:t>. "</w:t>
      </w:r>
      <w:r w:rsidRPr="00307B65">
        <w:rPr>
          <w:rFonts w:ascii="Nanum Gothic" w:eastAsia="Nanum Gothic" w:hAnsi="Nanum Gothic" w:cs="Nanum Gothic" w:hint="eastAsia"/>
          <w:color w:val="1A1A1A"/>
          <w:sz w:val="20"/>
          <w:lang w:eastAsia="ko-KR"/>
        </w:rPr>
        <w:t>사과를</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집었는데</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그것이</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빨갰다</w:t>
      </w:r>
      <w:r w:rsidRPr="00307B65">
        <w:rPr>
          <w:rFonts w:ascii="Nanum Gothic" w:eastAsia="Nanum Gothic" w:hAnsi="Nanum Gothic" w:cs="Nanum Gothic"/>
          <w:color w:val="1A1A1A"/>
          <w:sz w:val="20"/>
          <w:lang w:eastAsia="ko-KR"/>
        </w:rPr>
        <w:t>"</w:t>
      </w:r>
      <w:r w:rsidRPr="00307B65">
        <w:rPr>
          <w:rFonts w:ascii="Nanum Gothic" w:eastAsia="Nanum Gothic" w:hAnsi="Nanum Gothic" w:cs="Nanum Gothic" w:hint="eastAsia"/>
          <w:color w:val="1A1A1A"/>
          <w:sz w:val="20"/>
          <w:lang w:eastAsia="ko-KR"/>
        </w:rPr>
        <w:t>라는</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문장에서</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우리는</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그것</w:t>
      </w:r>
      <w:r w:rsidRPr="00307B65">
        <w:rPr>
          <w:rFonts w:ascii="Nanum Gothic" w:eastAsia="Nanum Gothic" w:hAnsi="Nanum Gothic" w:cs="Nanum Gothic"/>
          <w:color w:val="1A1A1A"/>
          <w:sz w:val="20"/>
          <w:lang w:eastAsia="ko-KR"/>
        </w:rPr>
        <w:t>"</w:t>
      </w:r>
      <w:r w:rsidRPr="00307B65">
        <w:rPr>
          <w:rFonts w:ascii="Nanum Gothic" w:eastAsia="Nanum Gothic" w:hAnsi="Nanum Gothic" w:cs="Nanum Gothic" w:hint="eastAsia"/>
          <w:color w:val="1A1A1A"/>
          <w:sz w:val="20"/>
          <w:lang w:eastAsia="ko-KR"/>
        </w:rPr>
        <w:t>이</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사과</w:t>
      </w:r>
      <w:r w:rsidRPr="00307B65">
        <w:rPr>
          <w:rFonts w:ascii="Nanum Gothic" w:eastAsia="Nanum Gothic" w:hAnsi="Nanum Gothic" w:cs="Nanum Gothic"/>
          <w:color w:val="1A1A1A"/>
          <w:sz w:val="20"/>
          <w:lang w:eastAsia="ko-KR"/>
        </w:rPr>
        <w:t>"</w:t>
      </w:r>
      <w:r w:rsidRPr="00307B65">
        <w:rPr>
          <w:rFonts w:ascii="Nanum Gothic" w:eastAsia="Nanum Gothic" w:hAnsi="Nanum Gothic" w:cs="Nanum Gothic" w:hint="eastAsia"/>
          <w:color w:val="1A1A1A"/>
          <w:sz w:val="20"/>
          <w:lang w:eastAsia="ko-KR"/>
        </w:rPr>
        <w:t>를</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가리킨다는</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것을</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자연스럽게</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압니다</w:t>
      </w:r>
      <w:r w:rsidRPr="00307B65">
        <w:rPr>
          <w:rFonts w:ascii="Nanum Gothic" w:eastAsia="Nanum Gothic" w:hAnsi="Nanum Gothic" w:cs="Nanum Gothic"/>
          <w:color w:val="1A1A1A"/>
          <w:sz w:val="20"/>
          <w:lang w:eastAsia="ko-KR"/>
        </w:rPr>
        <w:t>. Attention</w:t>
      </w:r>
      <w:r w:rsidRPr="00307B65">
        <w:rPr>
          <w:rFonts w:ascii="Nanum Gothic" w:eastAsia="Nanum Gothic" w:hAnsi="Nanum Gothic" w:cs="Nanum Gothic" w:hint="eastAsia"/>
          <w:color w:val="1A1A1A"/>
          <w:sz w:val="20"/>
          <w:lang w:eastAsia="ko-KR"/>
        </w:rPr>
        <w:t>은</w:t>
      </w:r>
      <w:r w:rsidRPr="00307B65">
        <w:rPr>
          <w:rFonts w:ascii="Nanum Gothic" w:eastAsia="Nanum Gothic" w:hAnsi="Nanum Gothic" w:cs="Nanum Gothic"/>
          <w:color w:val="1A1A1A"/>
          <w:sz w:val="20"/>
          <w:lang w:eastAsia="ko-KR"/>
        </w:rPr>
        <w:t xml:space="preserve"> AI</w:t>
      </w:r>
      <w:r w:rsidRPr="00307B65">
        <w:rPr>
          <w:rFonts w:ascii="Nanum Gothic" w:eastAsia="Nanum Gothic" w:hAnsi="Nanum Gothic" w:cs="Nanum Gothic" w:hint="eastAsia"/>
          <w:color w:val="1A1A1A"/>
          <w:sz w:val="20"/>
          <w:lang w:eastAsia="ko-KR"/>
        </w:rPr>
        <w:t>가</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이런</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연결을</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찾도록</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돕는</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원리입니다</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한</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단어를</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이해할</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때</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같은</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문장</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안의</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어떤</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단어를</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함께</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봐야</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하는지</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계산합니다</w:t>
      </w:r>
      <w:r w:rsidRPr="00307B65">
        <w:rPr>
          <w:rFonts w:ascii="Nanum Gothic" w:eastAsia="Nanum Gothic" w:hAnsi="Nanum Gothic" w:cs="Nanum Gothic"/>
          <w:color w:val="1A1A1A"/>
          <w:sz w:val="20"/>
          <w:lang w:eastAsia="ko-KR"/>
        </w:rPr>
        <w:t>.</w:t>
      </w:r>
    </w:p>
    <w:p w14:paraId="6AADC618" w14:textId="2A928974" w:rsidR="00226CAC" w:rsidRDefault="00307B65" w:rsidP="00307B65">
      <w:pPr>
        <w:spacing w:before="240"/>
        <w:rPr>
          <w:rFonts w:hint="eastAsia" w:eastAsia="Nanum Gothic"/>
          <w:lang w:eastAsia="ko-KR"/>
        </w:rPr>
      </w:pPr>
      <w:r w:rsidRPr="00307B65">
        <w:rPr>
          <w:rFonts w:ascii="Nanum Gothic" w:eastAsia="Nanum Gothic" w:hAnsi="Nanum Gothic" w:cs="Nanum Gothic" w:hint="eastAsia"/>
          <w:color w:val="1A1A1A"/>
          <w:sz w:val="20"/>
          <w:lang w:eastAsia="ko-KR"/>
        </w:rPr>
        <w:t>또</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다른</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예로</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배</w:t>
      </w:r>
      <w:r w:rsidRPr="00307B65">
        <w:rPr>
          <w:rFonts w:ascii="Nanum Gothic" w:eastAsia="Nanum Gothic" w:hAnsi="Nanum Gothic" w:cs="Nanum Gothic"/>
          <w:color w:val="1A1A1A"/>
          <w:sz w:val="20"/>
          <w:lang w:eastAsia="ko-KR"/>
        </w:rPr>
        <w:t>"</w:t>
      </w:r>
      <w:r w:rsidRPr="00307B65">
        <w:rPr>
          <w:rFonts w:ascii="Nanum Gothic" w:eastAsia="Nanum Gothic" w:hAnsi="Nanum Gothic" w:cs="Nanum Gothic" w:hint="eastAsia"/>
          <w:color w:val="1A1A1A"/>
          <w:sz w:val="20"/>
          <w:lang w:eastAsia="ko-KR"/>
        </w:rPr>
        <w:t>라는</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단어를</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보겠습니다</w:t>
      </w:r>
      <w:r w:rsidRPr="00307B65">
        <w:rPr>
          <w:rFonts w:ascii="Nanum Gothic" w:eastAsia="Nanum Gothic" w:hAnsi="Nanum Gothic" w:cs="Nanum Gothic"/>
          <w:color w:val="1A1A1A"/>
          <w:sz w:val="20"/>
          <w:lang w:eastAsia="ko-KR"/>
        </w:rPr>
        <w:t>. "</w:t>
      </w:r>
      <w:r w:rsidRPr="00307B65">
        <w:rPr>
          <w:rFonts w:ascii="Nanum Gothic" w:eastAsia="Nanum Gothic" w:hAnsi="Nanum Gothic" w:cs="Nanum Gothic" w:hint="eastAsia"/>
          <w:color w:val="1A1A1A"/>
          <w:sz w:val="20"/>
          <w:lang w:eastAsia="ko-KR"/>
        </w:rPr>
        <w:t>과수원에서</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잘</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익은</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배를</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땄다</w:t>
      </w:r>
      <w:r w:rsidRPr="00307B65">
        <w:rPr>
          <w:rFonts w:ascii="Nanum Gothic" w:eastAsia="Nanum Gothic" w:hAnsi="Nanum Gothic" w:cs="Nanum Gothic"/>
          <w:color w:val="1A1A1A"/>
          <w:sz w:val="20"/>
          <w:lang w:eastAsia="ko-KR"/>
        </w:rPr>
        <w:t>"</w:t>
      </w:r>
      <w:r w:rsidRPr="00307B65">
        <w:rPr>
          <w:rFonts w:ascii="Nanum Gothic" w:eastAsia="Nanum Gothic" w:hAnsi="Nanum Gothic" w:cs="Nanum Gothic" w:hint="eastAsia"/>
          <w:color w:val="1A1A1A"/>
          <w:sz w:val="20"/>
          <w:lang w:eastAsia="ko-KR"/>
        </w:rPr>
        <w:t>의</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배는</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과일이고</w:t>
      </w:r>
      <w:r w:rsidRPr="00307B65">
        <w:rPr>
          <w:rFonts w:ascii="Nanum Gothic" w:eastAsia="Nanum Gothic" w:hAnsi="Nanum Gothic" w:cs="Nanum Gothic"/>
          <w:color w:val="1A1A1A"/>
          <w:sz w:val="20"/>
          <w:lang w:eastAsia="ko-KR"/>
        </w:rPr>
        <w:t>, "</w:t>
      </w:r>
      <w:r w:rsidRPr="00307B65">
        <w:rPr>
          <w:rFonts w:ascii="Nanum Gothic" w:eastAsia="Nanum Gothic" w:hAnsi="Nanum Gothic" w:cs="Nanum Gothic" w:hint="eastAsia"/>
          <w:color w:val="1A1A1A"/>
          <w:sz w:val="20"/>
          <w:lang w:eastAsia="ko-KR"/>
        </w:rPr>
        <w:t>항구에</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큰</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배가</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들어왔다</w:t>
      </w:r>
      <w:r w:rsidRPr="00307B65">
        <w:rPr>
          <w:rFonts w:ascii="Nanum Gothic" w:eastAsia="Nanum Gothic" w:hAnsi="Nanum Gothic" w:cs="Nanum Gothic"/>
          <w:color w:val="1A1A1A"/>
          <w:sz w:val="20"/>
          <w:lang w:eastAsia="ko-KR"/>
        </w:rPr>
        <w:t>"</w:t>
      </w:r>
      <w:r w:rsidRPr="00307B65">
        <w:rPr>
          <w:rFonts w:ascii="Nanum Gothic" w:eastAsia="Nanum Gothic" w:hAnsi="Nanum Gothic" w:cs="Nanum Gothic" w:hint="eastAsia"/>
          <w:color w:val="1A1A1A"/>
          <w:sz w:val="20"/>
          <w:lang w:eastAsia="ko-KR"/>
        </w:rPr>
        <w:t>의</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배는</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선박입니다</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같은</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단어라도</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주변에</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과수원</w:t>
      </w:r>
      <w:r w:rsidRPr="00307B65">
        <w:rPr>
          <w:rFonts w:ascii="Nanum Gothic" w:eastAsia="Nanum Gothic" w:hAnsi="Nanum Gothic" w:cs="Nanum Gothic"/>
          <w:color w:val="1A1A1A"/>
          <w:sz w:val="20"/>
          <w:lang w:eastAsia="ko-KR"/>
        </w:rPr>
        <w:t>", "</w:t>
      </w:r>
      <w:r w:rsidRPr="00307B65">
        <w:rPr>
          <w:rFonts w:ascii="Nanum Gothic" w:eastAsia="Nanum Gothic" w:hAnsi="Nanum Gothic" w:cs="Nanum Gothic" w:hint="eastAsia"/>
          <w:color w:val="1A1A1A"/>
          <w:sz w:val="20"/>
          <w:lang w:eastAsia="ko-KR"/>
        </w:rPr>
        <w:t>땄다</w:t>
      </w:r>
      <w:r w:rsidRPr="00307B65">
        <w:rPr>
          <w:rFonts w:ascii="Nanum Gothic" w:eastAsia="Nanum Gothic" w:hAnsi="Nanum Gothic" w:cs="Nanum Gothic"/>
          <w:color w:val="1A1A1A"/>
          <w:sz w:val="20"/>
          <w:lang w:eastAsia="ko-KR"/>
        </w:rPr>
        <w:t>"</w:t>
      </w:r>
      <w:r w:rsidRPr="00307B65">
        <w:rPr>
          <w:rFonts w:ascii="Nanum Gothic" w:eastAsia="Nanum Gothic" w:hAnsi="Nanum Gothic" w:cs="Nanum Gothic" w:hint="eastAsia"/>
          <w:color w:val="1A1A1A"/>
          <w:sz w:val="20"/>
          <w:lang w:eastAsia="ko-KR"/>
        </w:rPr>
        <w:t>가</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있는지</w:t>
      </w:r>
      <w:r w:rsidRPr="00307B65">
        <w:rPr>
          <w:rFonts w:ascii="Nanum Gothic" w:eastAsia="Nanum Gothic" w:hAnsi="Nanum Gothic" w:cs="Nanum Gothic"/>
          <w:color w:val="1A1A1A"/>
          <w:sz w:val="20"/>
          <w:lang w:eastAsia="ko-KR"/>
        </w:rPr>
        <w:t>, "</w:t>
      </w:r>
      <w:r w:rsidRPr="00307B65">
        <w:rPr>
          <w:rFonts w:ascii="Nanum Gothic" w:eastAsia="Nanum Gothic" w:hAnsi="Nanum Gothic" w:cs="Nanum Gothic" w:hint="eastAsia"/>
          <w:color w:val="1A1A1A"/>
          <w:sz w:val="20"/>
          <w:lang w:eastAsia="ko-KR"/>
        </w:rPr>
        <w:t>항구</w:t>
      </w:r>
      <w:r w:rsidRPr="00307B65">
        <w:rPr>
          <w:rFonts w:ascii="Nanum Gothic" w:eastAsia="Nanum Gothic" w:hAnsi="Nanum Gothic" w:cs="Nanum Gothic"/>
          <w:color w:val="1A1A1A"/>
          <w:sz w:val="20"/>
          <w:lang w:eastAsia="ko-KR"/>
        </w:rPr>
        <w:t>", "</w:t>
      </w:r>
      <w:r w:rsidRPr="00307B65">
        <w:rPr>
          <w:rFonts w:ascii="Nanum Gothic" w:eastAsia="Nanum Gothic" w:hAnsi="Nanum Gothic" w:cs="Nanum Gothic" w:hint="eastAsia"/>
          <w:color w:val="1A1A1A"/>
          <w:sz w:val="20"/>
          <w:lang w:eastAsia="ko-KR"/>
        </w:rPr>
        <w:t>들어왔다</w:t>
      </w:r>
      <w:r w:rsidRPr="00307B65">
        <w:rPr>
          <w:rFonts w:ascii="Nanum Gothic" w:eastAsia="Nanum Gothic" w:hAnsi="Nanum Gothic" w:cs="Nanum Gothic"/>
          <w:color w:val="1A1A1A"/>
          <w:sz w:val="20"/>
          <w:lang w:eastAsia="ko-KR"/>
        </w:rPr>
        <w:t>"</w:t>
      </w:r>
      <w:r w:rsidRPr="00307B65">
        <w:rPr>
          <w:rFonts w:ascii="Nanum Gothic" w:eastAsia="Nanum Gothic" w:hAnsi="Nanum Gothic" w:cs="Nanum Gothic" w:hint="eastAsia"/>
          <w:color w:val="1A1A1A"/>
          <w:sz w:val="20"/>
          <w:lang w:eastAsia="ko-KR"/>
        </w:rPr>
        <w:t>가</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있는지에</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따라</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뜻이</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달라집니다</w:t>
      </w:r>
      <w:r w:rsidRPr="00307B65">
        <w:rPr>
          <w:rFonts w:ascii="Nanum Gothic" w:eastAsia="Nanum Gothic" w:hAnsi="Nanum Gothic" w:cs="Nanum Gothic"/>
          <w:color w:val="1A1A1A"/>
          <w:sz w:val="20"/>
          <w:lang w:eastAsia="ko-KR"/>
        </w:rPr>
        <w:t>. Attention</w:t>
      </w:r>
      <w:r w:rsidRPr="00307B65">
        <w:rPr>
          <w:rFonts w:ascii="Nanum Gothic" w:eastAsia="Nanum Gothic" w:hAnsi="Nanum Gothic" w:cs="Nanum Gothic" w:hint="eastAsia"/>
          <w:color w:val="1A1A1A"/>
          <w:sz w:val="20"/>
          <w:lang w:eastAsia="ko-KR"/>
        </w:rPr>
        <w:t>은</w:t>
      </w:r>
      <w:r w:rsidRPr="00307B65">
        <w:rPr>
          <w:rFonts w:ascii="Nanum Gothic" w:eastAsia="Nanum Gothic" w:hAnsi="Nanum Gothic" w:cs="Nanum Gothic"/>
          <w:color w:val="1A1A1A"/>
          <w:sz w:val="20"/>
          <w:lang w:eastAsia="ko-KR"/>
        </w:rPr>
        <w:t xml:space="preserve"> AI</w:t>
      </w:r>
      <w:r w:rsidRPr="00307B65">
        <w:rPr>
          <w:rFonts w:ascii="Nanum Gothic" w:eastAsia="Nanum Gothic" w:hAnsi="Nanum Gothic" w:cs="Nanum Gothic" w:hint="eastAsia"/>
          <w:color w:val="1A1A1A"/>
          <w:sz w:val="20"/>
          <w:lang w:eastAsia="ko-KR"/>
        </w:rPr>
        <w:t>가</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이렇게</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주변</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단어를</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단서로</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의미를</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정하고</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긴</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문장</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안에서도</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단어들의</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관계를</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놓치지</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않도록</w:t>
      </w:r>
      <w:r w:rsidRPr="00307B65">
        <w:rPr>
          <w:rFonts w:ascii="Nanum Gothic" w:eastAsia="Nanum Gothic" w:hAnsi="Nanum Gothic" w:cs="Nanum Gothic"/>
          <w:color w:val="1A1A1A"/>
          <w:sz w:val="20"/>
          <w:lang w:eastAsia="ko-KR"/>
        </w:rPr>
        <w:t xml:space="preserve"> </w:t>
      </w:r>
      <w:r w:rsidRPr="00307B65">
        <w:rPr>
          <w:rFonts w:ascii="Nanum Gothic" w:eastAsia="Nanum Gothic" w:hAnsi="Nanum Gothic" w:cs="Nanum Gothic" w:hint="eastAsia"/>
          <w:color w:val="1A1A1A"/>
          <w:sz w:val="20"/>
          <w:lang w:eastAsia="ko-KR"/>
        </w:rPr>
        <w:t>돕습니다</w:t>
      </w:r>
      <w:r w:rsidRPr="00307B65">
        <w:rPr>
          <w:rFonts w:ascii="Nanum Gothic" w:eastAsia="Nanum Gothic" w:hAnsi="Nanum Gothic" w:cs="Nanum Gothic"/>
          <w:color w:val="1A1A1A"/>
          <w:sz w:val="20"/>
          <w:lang w:eastAsia="ko-KR"/>
        </w:rPr>
        <w:t>.</w:t>
      </w:r>
    </w:p>
    <w:p w14:paraId="27956FFF" w14:textId="07185B1F" w:rsidR="00226CAC" w:rsidRDefault="00307B65" w:rsidP="00307B65">
      <w:pPr>
        <w:spacing w:before="240"/>
        <w:rPr>
          <w:rFonts w:ascii="Apple SD Gothic Neo" w:eastAsia="Nanum Gothic" w:hAnsi="Apple SD Gothic Neo" w:cs="Apple SD Gothic Neo"/>
          <w:color w:val="1A1A1A"/>
          <w:sz w:val="20"/>
          <w:lang w:eastAsia="ko-KR"/>
        </w:rPr>
      </w:pPr>
      <w:r w:rsidRPr="00307B65">
        <w:rPr>
          <w:rFonts w:ascii="Nanum Gothic" w:eastAsia="Nanum Gothic" w:hAnsi="Nanum Gothic" w:cs="Nanum Gothic"/>
          <w:color w:val="1A1A1A"/>
          <w:sz w:val="20"/>
          <w:lang w:eastAsia="ko-KR"/>
        </w:rPr>
        <w:t xml:space="preserve">다만 이 원리를 수식이나 내부 구조까지 외울 필요는 없습니다. 여기서는 Transformer가 만들어 낸 결과를 이해하는 데 필요한 </w:t>
      </w:r>
      <w:r w:rsidRPr="00307B65">
        <w:rPr>
          <w:rFonts w:ascii="Nanum Gothic" w:eastAsia="Nanum Gothic" w:hAnsi="Nanum Gothic" w:cs="Nanum Gothic"/>
          <w:b/>
          <w:bCs/>
          <w:color w:val="1A1A1A"/>
          <w:sz w:val="20"/>
          <w:lang w:eastAsia="ko-KR"/>
        </w:rPr>
        <w:t>5대 핵심 개념</w:t>
      </w:r>
      <w:r w:rsidRPr="00307B65">
        <w:rPr>
          <w:rFonts w:ascii="Nanum Gothic" w:eastAsia="Nanum Gothic" w:hAnsi="Nanum Gothic" w:cs="Nanum Gothic"/>
          <w:color w:val="1A1A1A"/>
          <w:sz w:val="20"/>
          <w:lang w:eastAsia="ko-KR"/>
        </w:rPr>
        <w:t>에 집중합니다.</w:t>
      </w:r>
    </w:p>
    <w:p w14:paraId="76C32498" w14:textId="77777777" w:rsidR="00307B65" w:rsidRDefault="00307B65">
      <w:pPr>
        <w:spacing w:before="60" w:after="60"/>
        <w:rPr>
          <w:rFonts w:eastAsia="Nanum Gothic"/>
          <w:lang w:eastAsia="ko-KR"/>
        </w:rPr>
      </w:pPr>
    </w:p>
    <w:p w14:paraId="2AF644FB" w14:textId="144B3122"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lastRenderedPageBreak/>
        <w:t>4.1.2</w:t>
      </w:r>
      <w:r w:rsidR="00307B65">
        <w:rPr>
          <w:rFonts w:ascii="Nanum Gothic" w:eastAsia="Nanum Gothic" w:hAnsi="Nanum Gothic" w:cs="Nanum Gothic" w:hint="eastAsia"/>
          <w:b/>
          <w:color w:val="024AD8"/>
          <w:sz w:val="28"/>
          <w:lang w:eastAsia="ko-KR"/>
        </w:rPr>
        <w:t/>
      </w:r>
      <w:r>
        <w:rPr>
          <w:rFonts w:ascii="Nanum Gothic" w:eastAsia="Nanum Gothic" w:hAnsi="Nanum Gothic" w:cs="Nanum Gothic"/>
          <w:b/>
          <w:color w:val="024AD8"/>
          <w:sz w:val="28"/>
          <w:lang w:eastAsia="ko-KR"/>
        </w:rPr>
        <w:t> LLM의 작동 원리 — "다음 토큰을 예측하는 기계"</w:t>
      </w:r>
    </w:p>
    <w:p w14:paraId="44C125A1" w14:textId="7DBB2C2A" w:rsidR="00226CAC" w:rsidRDefault="00307B65">
      <w:pPr>
        <w:spacing w:before="160" w:after="40"/>
      </w:pPr>
      <w:r>
        <w:rPr>
          <w:rFonts w:ascii="Nanum Gothic" w:eastAsia="Nanum Gothic" w:hAnsi="Nanum Gothic" w:cs="Nanum Gothic" w:hint="eastAsia"/>
          <w:b/>
          <w:color w:val="024AD8"/>
          <w:sz w:val="24"/>
          <w:lang w:eastAsia="ko-KR"/>
        </w:rPr>
        <w:t>4.1.2.1</w:t>
      </w:r>
      <w:r w:rsidR="00000000">
        <w:rPr>
          <w:rFonts w:ascii="Nanum Gothic" w:eastAsia="Nanum Gothic" w:hAnsi="Nanum Gothic" w:cs="Nanum Gothic"/>
          <w:b/>
          <w:color w:val="024AD8"/>
          <w:sz w:val="24"/>
        </w:rPr>
        <w:t/>
      </w:r>
      <w:r>
        <w:rPr>
          <w:rFonts w:ascii="Nanum Gothic" w:eastAsia="Nanum Gothic" w:hAnsi="Nanum Gothic" w:cs="Nanum Gothic" w:hint="eastAsia"/>
          <w:b/>
          <w:color w:val="024AD8"/>
          <w:sz w:val="24"/>
          <w:lang w:eastAsia="ko-KR"/>
        </w:rPr>
        <w:t/>
      </w:r>
      <w:r w:rsidR="00000000">
        <w:rPr>
          <w:rFonts w:ascii="Nanum Gothic" w:eastAsia="Nanum Gothic" w:hAnsi="Nanum Gothic" w:cs="Nanum Gothic"/>
          <w:b/>
          <w:color w:val="024AD8"/>
          <w:sz w:val="24"/>
        </w:rPr>
        <w:t> 한 줄 원리</w:t>
      </w:r>
    </w:p>
    <w:tbl>
      <w:tblPr>
        <w:tblStyle w:val="af9"/>
        <w:tblW w:w="0" w:type="auto"/>
        <w:tblLayout w:type="fixed"/>
        <w:tblLook w:val="04A0" w:firstRow="1" w:lastRow="0" w:firstColumn="1" w:lastColumn="0" w:noHBand="0" w:noVBand="1"/>
      </w:tblPr>
      <w:tblGrid>
        <w:gridCol w:w="400"/>
        <w:gridCol w:w="8672"/>
      </w:tblGrid>
      <w:tr w:rsidR="00226CAC" w14:paraId="680B341E" w14:textId="77777777">
        <w:tc>
          <w:tcPr>
            <w:tcW w:w="400" w:type="dxa"/>
            <w:shd w:val="clear" w:color="auto" w:fill="024AD8"/>
          </w:tcPr>
          <w:p w14:paraId="40CD602A" w14:textId="77777777" w:rsidR="00226CAC" w:rsidRDefault="00226CAC">
            <w:pPr>
              <w:spacing w:before="80" w:after="80"/>
            </w:pPr>
          </w:p>
        </w:tc>
        <w:tc>
          <w:tcPr>
            <w:tcW w:w="8672" w:type="dxa"/>
            <w:shd w:val="clear" w:color="auto" w:fill="F0F6FF"/>
          </w:tcPr>
          <w:p w14:paraId="21EEFA76" w14:textId="77777777" w:rsidR="00226CAC" w:rsidRDefault="00000000">
            <w:pPr>
              <w:spacing w:before="80" w:after="80"/>
              <w:rPr>
                <w:rFonts w:eastAsia="Nanum Gothic"/>
                <w:lang w:eastAsia="ko-KR"/>
              </w:rPr>
            </w:pPr>
            <w:r>
              <w:rPr>
                <w:rFonts w:ascii="Nanum Gothic" w:eastAsia="Nanum Gothic" w:hAnsi="Nanum Gothic" w:cs="Nanum Gothic"/>
                <w:b/>
                <w:color w:val="024AD8"/>
                <w:sz w:val="20"/>
                <w:lang w:eastAsia="ko-KR"/>
              </w:rPr>
              <w:t>⭐ 핵심</w:t>
            </w:r>
            <w:r>
              <w:rPr>
                <w:rFonts w:ascii="Apple SD Gothic Neo" w:eastAsia="Nanum Gothic" w:hAnsi="Apple SD Gothic Neo" w:cs="Apple SD Gothic Neo"/>
                <w:b/>
                <w:color w:val="024AD8"/>
                <w:sz w:val="20"/>
                <w:lang w:eastAsia="ko-KR"/>
              </w:rPr>
              <w:br/>
            </w:r>
            <w:r>
              <w:rPr>
                <w:rFonts w:ascii="Nanum Gothic" w:eastAsia="Nanum Gothic" w:hAnsi="Nanum Gothic" w:cs="Nanum Gothic"/>
                <w:color w:val="1A1A1A"/>
                <w:sz w:val="20"/>
                <w:lang w:eastAsia="ko-KR"/>
              </w:rPr>
              <w:t>LLM의 핵심 작동 방식 — "다음에 올 가장 확률이 높은 토큰을 반복해서 선택한다."</w:t>
            </w:r>
          </w:p>
        </w:tc>
      </w:tr>
    </w:tbl>
    <w:p w14:paraId="471A604C" w14:textId="77777777" w:rsidR="00226CAC" w:rsidRDefault="00000000" w:rsidP="00A307CB">
      <w:pPr>
        <w:spacing w:before="240"/>
      </w:pPr>
      <w:r>
        <w:rPr>
          <w:rFonts w:ascii="Nanum Gothic" w:eastAsia="Nanum Gothic" w:hAnsi="Nanum Gothic" w:cs="Nanum Gothic"/>
          <w:color w:val="1A1A1A"/>
          <w:sz w:val="20"/>
        </w:rPr>
        <w:t>예시로 시작합니다:</w:t>
      </w:r>
    </w:p>
    <w:tbl>
      <w:tblPr>
        <w:tblStyle w:val="af9"/>
        <w:tblW w:w="0" w:type="auto"/>
        <w:tblLook w:val="04A0" w:firstRow="1" w:lastRow="0" w:firstColumn="1" w:lastColumn="0" w:noHBand="0" w:noVBand="1"/>
      </w:tblPr>
      <w:tblGrid>
        <w:gridCol w:w="9072"/>
      </w:tblGrid>
      <w:tr w:rsidR="00226CAC" w14:paraId="76A6EC6E" w14:textId="77777777">
        <w:tc>
          <w:tcPr>
            <w:tcW w:w="9072" w:type="dxa"/>
            <w:shd w:val="clear" w:color="auto" w:fill="F7F7F7"/>
          </w:tcPr>
          <w:p w14:paraId="59ED10B6" w14:textId="77777777" w:rsidR="00226CAC" w:rsidRDefault="00000000">
            <w:pPr>
              <w:spacing w:before="20" w:after="20" w:line="220" w:lineRule="exact"/>
            </w:pPr>
            <w:r>
              <w:rPr>
                <w:rFonts w:ascii="Nanum Gothic" w:hAnsi="Nanum Gothic" w:eastAsia="Nanum Gothic" w:cs="Nanum Gothic"/>
                <w:color w:val="1A1A1A"/>
                <w:sz w:val="19"/>
              </w:rPr>
              <w:t>입력</w:t>
            </w:r>
            <w:r>
              <w:rPr>
                <w:rFonts w:ascii="Nanum Gothic" w:hAnsi="Nanum Gothic" w:eastAsia="Nanum Gothic" w:cs="Nanum Gothic"/>
                <w:color w:val="1A1A1A"/>
                <w:sz w:val="19"/>
              </w:rPr>
              <w:t>: "</w:t>
            </w:r>
            <w:r>
              <w:rPr>
                <w:rFonts w:ascii="Nanum Gothic" w:hAnsi="Nanum Gothic" w:eastAsia="Nanum Gothic" w:cs="Nanum Gothic"/>
                <w:color w:val="1A1A1A"/>
                <w:sz w:val="19"/>
              </w:rPr>
              <w:t>오늘</w:t>
            </w:r>
            <w:r>
              <w:rPr>
                <w:rFonts w:ascii="D2Coding" w:hAnsi="D2Coding" w:eastAsia="D2Coding" w:cs="D2Coding"/>
                <w:color w:val="1A1A1A"/>
                <w:sz w:val="19"/>
              </w:rPr>
              <w:t xml:space="preserve"> </w:t>
            </w:r>
            <w:r>
              <w:rPr>
                <w:rFonts w:ascii="Nanum Gothic" w:hAnsi="Nanum Gothic" w:eastAsia="Nanum Gothic" w:cs="Nanum Gothic"/>
                <w:color w:val="1A1A1A"/>
                <w:sz w:val="19"/>
              </w:rPr>
              <w:t>날씨는</w:t>
            </w:r>
            <w:r>
              <w:rPr>
                <w:rFonts w:ascii="Nanum Gothic" w:hAnsi="Nanum Gothic" w:eastAsia="Nanum Gothic" w:cs="Nanum Gothic"/>
                <w:color w:val="1A1A1A"/>
                <w:sz w:val="19"/>
              </w:rPr>
              <w:t>"</w:t>
            </w:r>
          </w:p>
        </w:tc>
      </w:tr>
    </w:tbl>
    <w:p w14:paraId="4FEC6473" w14:textId="77777777" w:rsidR="00226CAC" w:rsidRDefault="00000000" w:rsidP="00A307CB">
      <w:pPr>
        <w:spacing w:before="240"/>
        <w:rPr>
          <w:rFonts w:eastAsia="Nanum Gothic"/>
          <w:lang w:eastAsia="ko-KR"/>
        </w:rPr>
      </w:pPr>
      <w:r>
        <w:rPr>
          <w:rFonts w:ascii="Nanum Gothic" w:eastAsia="Nanum Gothic" w:hAnsi="Nanum Gothic" w:cs="Nanum Gothic"/>
          <w:color w:val="1A1A1A"/>
          <w:sz w:val="20"/>
          <w:lang w:eastAsia="ko-KR"/>
        </w:rPr>
        <w:t>LLM이 처리하는 방식:</w:t>
      </w:r>
    </w:p>
    <w:tbl>
      <w:tblPr>
        <w:tblStyle w:val="af9"/>
        <w:tblW w:w="0" w:type="auto"/>
        <w:tblLook w:val="04A0" w:firstRow="1" w:lastRow="0" w:firstColumn="1" w:lastColumn="0" w:noHBand="0" w:noVBand="1"/>
      </w:tblPr>
      <w:tblGrid>
        <w:gridCol w:w="9072"/>
      </w:tblGrid>
      <w:tr w:rsidR="00226CAC" w14:paraId="412BDA0A" w14:textId="77777777">
        <w:tc>
          <w:tcPr>
            <w:tcW w:w="9072" w:type="dxa"/>
            <w:shd w:val="clear" w:color="auto" w:fill="F7F7F7"/>
          </w:tcPr>
          <w:p w14:paraId="3AD679CD" w14:textId="109A31C6"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맑</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확률</w:t>
            </w:r>
            <w:r>
              <w:rPr>
                <w:rFonts w:ascii="D2Coding" w:hAnsi="D2Coding" w:eastAsia="D2Coding" w:cs="D2Coding"/>
                <w:color w:val="1A1A1A"/>
                <w:sz w:val="19"/>
                <w:lang w:eastAsia="ko-KR"/>
              </w:rPr>
              <w:t xml:space="preserve"> 38%</w:t>
            </w:r>
          </w:p>
          <w:p w14:paraId="510B8823" w14:textId="06742105"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흐리</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확률</w:t>
            </w:r>
            <w:r>
              <w:rPr>
                <w:rFonts w:ascii="D2Coding" w:hAnsi="D2Coding" w:eastAsia="D2Coding" w:cs="D2Coding"/>
                <w:color w:val="1A1A1A"/>
                <w:sz w:val="19"/>
                <w:lang w:eastAsia="ko-KR"/>
              </w:rPr>
              <w:t xml:space="preserve"> 25%</w:t>
            </w:r>
          </w:p>
          <w:p w14:paraId="42727850" w14:textId="3023771D"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따뜻하</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확률</w:t>
            </w:r>
            <w:r>
              <w:rPr>
                <w:rFonts w:ascii="D2Coding" w:hAnsi="D2Coding" w:eastAsia="D2Coding" w:cs="D2Coding"/>
                <w:color w:val="1A1A1A"/>
                <w:sz w:val="19"/>
                <w:lang w:eastAsia="ko-KR"/>
              </w:rPr>
              <w:t xml:space="preserve"> 20%</w:t>
            </w:r>
          </w:p>
          <w:p w14:paraId="3C7E677C" w14:textId="5B9D5326"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춥</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확률</w:t>
            </w:r>
            <w:r>
              <w:rPr>
                <w:rFonts w:ascii="D2Coding" w:hAnsi="D2Coding" w:eastAsia="D2Coding" w:cs="D2Coding"/>
                <w:color w:val="1A1A1A"/>
                <w:sz w:val="19"/>
                <w:lang w:eastAsia="ko-KR"/>
              </w:rPr>
              <w:t xml:space="preserve"> 12%</w:t>
            </w:r>
          </w:p>
          <w:p w14:paraId="5854D264" w14:textId="3D8BBAD0" w:rsidR="00226CAC" w:rsidRDefault="00000000">
            <w:pPr>
              <w:spacing w:before="20" w:after="20" w:line="220" w:lineRule="exact"/>
            </w:pPr>
            <w:r>
              <w:rPr>
                <w:rFonts w:ascii="Nanum Gothic" w:hAnsi="Nanum Gothic" w:eastAsia="Nanum Gothic" w:cs="Nanum Gothic"/>
                <w:color w:val="1A1A1A"/>
                <w:sz w:val="19"/>
              </w:rPr>
              <w:t>"</w:t>
            </w:r>
            <w:r>
              <w:rPr>
                <w:rFonts w:ascii="Nanum Gothic" w:hAnsi="Nanum Gothic" w:eastAsia="Nanum Gothic" w:cs="Nanum Gothic"/>
                <w:color w:val="1A1A1A"/>
                <w:sz w:val="19"/>
              </w:rPr>
              <w:t>좋</w:t>
            </w:r>
            <w:r>
              <w:rPr>
                <w:rFonts w:ascii="Nanum Gothic" w:hAnsi="Nanum Gothic" w:eastAsia="Nanum Gothic" w:cs="Nanum Gothic"/>
                <w:color w:val="1A1A1A"/>
                <w:sz w:val="19"/>
              </w:rPr>
              <w:t xml:space="preserve">" → </w:t>
            </w:r>
            <w:r>
              <w:rPr>
                <w:rFonts w:ascii="Nanum Gothic" w:hAnsi="Nanum Gothic" w:eastAsia="Nanum Gothic" w:cs="Nanum Gothic"/>
                <w:color w:val="1A1A1A"/>
                <w:sz w:val="19"/>
              </w:rPr>
              <w:t>확률</w:t>
            </w:r>
            <w:r>
              <w:rPr>
                <w:rFonts w:ascii="D2Coding" w:hAnsi="D2Coding" w:eastAsia="D2Coding" w:cs="D2Coding"/>
                <w:color w:val="1A1A1A"/>
                <w:sz w:val="19"/>
              </w:rPr>
              <w:t xml:space="preserve"> 5%</w:t>
            </w:r>
          </w:p>
          <w:p w14:paraId="49183812" w14:textId="77777777" w:rsidR="00226CAC" w:rsidRDefault="00000000">
            <w:pPr>
              <w:spacing w:before="20" w:after="20" w:line="220" w:lineRule="exact"/>
            </w:pPr>
            <w:r>
              <w:rPr>
                <w:rFonts w:ascii="Nanum Gothic" w:hAnsi="Nanum Gothic" w:eastAsia="Nanum Gothic" w:cs="Nanum Gothic"/>
                <w:color w:val="1A1A1A"/>
                <w:sz w:val="19"/>
              </w:rPr>
              <w:t>...</w:t>
            </w:r>
          </w:p>
        </w:tc>
      </w:tr>
    </w:tbl>
    <w:p w14:paraId="4050651F" w14:textId="348A8785" w:rsidR="00226CAC" w:rsidRDefault="00000000" w:rsidP="00A307CB">
      <w:pPr>
        <w:spacing w:before="240"/>
        <w:rPr>
          <w:rFonts w:eastAsia="Nanum Gothic"/>
          <w:lang w:eastAsia="ko-KR"/>
        </w:rPr>
      </w:pPr>
      <w:r>
        <w:rPr>
          <w:rFonts w:ascii="Nanum Gothic" w:eastAsia="Nanum Gothic" w:hAnsi="Nanum Gothic" w:cs="Nanum Gothic"/>
          <w:color w:val="1A1A1A"/>
          <w:sz w:val="20"/>
          <w:lang w:eastAsia="ko-KR"/>
        </w:rPr>
        <w:t>가장 높은 확률의 토큰 선택 → "맑다" 다시 예측: "오늘 날씨는 맑" 다음 토큰은?</w:t>
      </w:r>
    </w:p>
    <w:tbl>
      <w:tblPr>
        <w:tblStyle w:val="af9"/>
        <w:tblW w:w="0" w:type="auto"/>
        <w:tblLook w:val="04A0" w:firstRow="1" w:lastRow="0" w:firstColumn="1" w:lastColumn="0" w:noHBand="0" w:noVBand="1"/>
      </w:tblPr>
      <w:tblGrid>
        <w:gridCol w:w="9072"/>
      </w:tblGrid>
      <w:tr w:rsidR="00226CAC" w14:paraId="0110A0FB" w14:textId="77777777">
        <w:tc>
          <w:tcPr>
            <w:tcW w:w="9072" w:type="dxa"/>
            <w:shd w:val="clear" w:color="auto" w:fill="F7F7F7"/>
          </w:tcPr>
          <w:p w14:paraId="67443D83" w14:textId="3439BBE1"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sidR="00307B65">
              <w:rPr>
                <w:rFonts w:ascii="Nanum Gothic" w:eastAsia="Nanum Gothic" w:hAnsi="Nanum Gothic" w:cs="Nanum Gothic" w:hint="eastAsia"/>
                <w:color w:val="1A1A1A"/>
                <w:sz w:val="19"/>
                <w:lang w:eastAsia="ko-KR"/>
              </w:rPr>
              <w:t>다</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확률</w:t>
            </w:r>
            <w:r>
              <w:rPr>
                <w:rFonts w:ascii="D2Coding" w:hAnsi="D2Coding" w:eastAsia="D2Coding" w:cs="D2Coding"/>
                <w:color w:val="1A1A1A"/>
                <w:sz w:val="19"/>
                <w:lang w:eastAsia="ko-KR"/>
              </w:rPr>
              <w:t xml:space="preserve"> 45%</w:t>
            </w:r>
          </w:p>
          <w:p w14:paraId="3FF8AFF8"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고</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확률</w:t>
            </w:r>
            <w:r>
              <w:rPr>
                <w:rFonts w:ascii="D2Coding" w:hAnsi="D2Coding" w:eastAsia="D2Coding" w:cs="D2Coding"/>
                <w:color w:val="1A1A1A"/>
                <w:sz w:val="19"/>
                <w:lang w:eastAsia="ko-KR"/>
              </w:rPr>
              <w:t xml:space="preserve"> 30%</w:t>
            </w:r>
          </w:p>
          <w:p w14:paraId="42838DB7"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지만</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확률</w:t>
            </w:r>
            <w:r>
              <w:rPr>
                <w:rFonts w:ascii="D2Coding" w:hAnsi="D2Coding" w:eastAsia="D2Coding" w:cs="D2Coding"/>
                <w:color w:val="1A1A1A"/>
                <w:sz w:val="19"/>
                <w:lang w:eastAsia="ko-KR"/>
              </w:rPr>
              <w:t xml:space="preserve"> 15%</w:t>
            </w:r>
          </w:p>
          <w:p w14:paraId="4BE09067" w14:textId="77777777" w:rsidR="00226CAC" w:rsidRDefault="00000000">
            <w:pPr>
              <w:spacing w:before="20" w:after="20" w:line="220" w:lineRule="exact"/>
            </w:pPr>
            <w:r>
              <w:rPr>
                <w:rFonts w:ascii="Nanum Gothic" w:hAnsi="Nanum Gothic" w:eastAsia="Nanum Gothic" w:cs="Nanum Gothic"/>
                <w:color w:val="1A1A1A"/>
                <w:sz w:val="19"/>
              </w:rPr>
              <w:t>...</w:t>
            </w:r>
          </w:p>
        </w:tc>
      </w:tr>
    </w:tbl>
    <w:p w14:paraId="6D95366E" w14:textId="77777777" w:rsidR="00226CAC" w:rsidRDefault="00000000" w:rsidP="00A307CB">
      <w:pPr>
        <w:spacing w:before="240"/>
        <w:rPr>
          <w:rFonts w:eastAsia="Nanum Gothic"/>
          <w:lang w:eastAsia="ko-KR"/>
        </w:rPr>
      </w:pPr>
      <w:r>
        <w:rPr>
          <w:rFonts w:ascii="Nanum Gothic" w:eastAsia="Nanum Gothic" w:hAnsi="Nanum Gothic" w:cs="Nanum Gothic"/>
          <w:color w:val="1A1A1A"/>
          <w:sz w:val="20"/>
          <w:lang w:eastAsia="ko-KR"/>
        </w:rPr>
        <w:t>이 과정을 수천 번 반복하면 → 문단이 완성됩니다.</w:t>
      </w:r>
    </w:p>
    <w:p w14:paraId="10561A51" w14:textId="11F3EED0" w:rsidR="00226CAC" w:rsidRDefault="00A307CB">
      <w:pPr>
        <w:spacing w:before="160" w:after="40"/>
        <w:rPr>
          <w:rFonts w:eastAsia="Nanum Gothic"/>
          <w:lang w:eastAsia="ko-KR"/>
        </w:rPr>
      </w:pPr>
      <w:r>
        <w:rPr>
          <w:rFonts w:ascii="Nanum Gothic" w:eastAsia="Nanum Gothic" w:hAnsi="Nanum Gothic" w:cs="Nanum Gothic" w:hint="eastAsia"/>
          <w:b/>
          <w:color w:val="024AD8"/>
          <w:sz w:val="24"/>
          <w:lang w:eastAsia="ko-KR"/>
        </w:rPr>
        <w:t>4.1.2.2</w:t>
      </w:r>
      <w:r w:rsidR="00000000">
        <w:rPr>
          <w:rFonts w:ascii="Nanum Gothic" w:eastAsia="Nanum Gothic" w:hAnsi="Nanum Gothic" w:cs="Nanum Gothic"/>
          <w:b/>
          <w:color w:val="024AD8"/>
          <w:sz w:val="24"/>
          <w:lang w:eastAsia="ko-KR"/>
        </w:rPr>
        <w:t/>
      </w:r>
      <w:r>
        <w:rPr>
          <w:rFonts w:ascii="Nanum Gothic" w:eastAsia="Nanum Gothic" w:hAnsi="Nanum Gothic" w:cs="Nanum Gothic" w:hint="eastAsia"/>
          <w:b/>
          <w:color w:val="024AD8"/>
          <w:sz w:val="24"/>
          <w:lang w:eastAsia="ko-KR"/>
        </w:rPr>
        <w:t/>
      </w:r>
      <w:r w:rsidR="00000000">
        <w:rPr>
          <w:rFonts w:ascii="Nanum Gothic" w:eastAsia="Nanum Gothic" w:hAnsi="Nanum Gothic" w:cs="Nanum Gothic"/>
          <w:b/>
          <w:color w:val="024AD8"/>
          <w:sz w:val="24"/>
          <w:lang w:eastAsia="ko-KR"/>
        </w:rPr>
        <w:t> 이게 "생각"인가, "계산"인가?</w:t>
      </w:r>
    </w:p>
    <w:tbl>
      <w:tblPr>
        <w:tblStyle w:val="af9"/>
        <w:tblW w:w="0" w:type="auto"/>
        <w:tblLayout w:type="fixed"/>
        <w:tblLook w:val="04A0" w:firstRow="1" w:lastRow="0" w:firstColumn="1" w:lastColumn="0" w:noHBand="0" w:noVBand="1"/>
      </w:tblPr>
      <w:tblGrid>
        <w:gridCol w:w="400"/>
        <w:gridCol w:w="8672"/>
      </w:tblGrid>
      <w:tr w:rsidR="00226CAC" w14:paraId="69C998B7" w14:textId="77777777">
        <w:tc>
          <w:tcPr>
            <w:tcW w:w="400" w:type="dxa"/>
            <w:shd w:val="clear" w:color="auto" w:fill="6B46C1"/>
          </w:tcPr>
          <w:p w14:paraId="523C4EBF" w14:textId="77777777" w:rsidR="00226CAC" w:rsidRDefault="00226CAC">
            <w:pPr>
              <w:spacing w:before="80" w:after="80"/>
              <w:rPr>
                <w:rFonts w:eastAsia="Nanum Gothic"/>
                <w:lang w:eastAsia="ko-KR"/>
              </w:rPr>
            </w:pPr>
          </w:p>
        </w:tc>
        <w:tc>
          <w:tcPr>
            <w:tcW w:w="8672" w:type="dxa"/>
            <w:shd w:val="clear" w:color="auto" w:fill="F3EEFB"/>
          </w:tcPr>
          <w:p w14:paraId="6EA5CD80" w14:textId="7777777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"이것이 '생각'인가, '계산'인가?"</w:t>
            </w:r>
          </w:p>
        </w:tc>
      </w:tr>
    </w:tbl>
    <w:p w14:paraId="0074E94B" w14:textId="77777777" w:rsidR="00A307CB" w:rsidRPr="00A307CB" w:rsidRDefault="00000000" w:rsidP="00A307CB">
      <w:pPr>
        <w:pStyle w:val="aa"/>
        <w:numPr>
          <w:ilvl w:val="0"/>
          <w:numId w:val="11"/>
        </w:numPr>
        <w:spacing w:before="240"/>
        <w:rPr>
          <w:rFonts w:eastAsia="Nanum Gothic"/>
          <w:lang w:eastAsia="ko-KR"/>
        </w:rPr>
      </w:pPr>
      <w:r w:rsidRPr="00A307CB">
        <w:rPr>
          <w:rFonts w:ascii="Nanum Gothic" w:eastAsia="Nanum Gothic" w:hAnsi="Nanum Gothic" w:cs="Nanum Gothic" w:hint="eastAsia"/>
          <w:color w:val="1A1A1A"/>
          <w:sz w:val="20"/>
          <w:lang w:eastAsia="ko-KR"/>
        </w:rPr>
        <w:t>확률</w:t>
      </w:r>
      <w:r w:rsidRPr="00A307CB">
        <w:rPr>
          <w:rFonts w:ascii="Nanum Gothic" w:eastAsia="Nanum Gothic" w:hAnsi="Nanum Gothic" w:cs="Nanum Gothic"/>
          <w:color w:val="1A1A1A"/>
          <w:sz w:val="20"/>
          <w:lang w:eastAsia="ko-KR"/>
        </w:rPr>
        <w:t xml:space="preserve"> 계산이라는 측면에서: </w:t>
      </w:r>
      <w:r w:rsidRPr="00A307CB">
        <w:rPr>
          <w:rFonts w:ascii="Nanum Gothic" w:eastAsia="Nanum Gothic" w:hAnsi="Nanum Gothic" w:cs="Nanum Gothic"/>
          <w:b/>
          <w:color w:val="1A1A1A"/>
          <w:sz w:val="20"/>
          <w:lang w:eastAsia="ko-KR"/>
        </w:rPr>
        <w:t>계산</w:t>
      </w:r>
    </w:p>
    <w:p w14:paraId="7625E373" w14:textId="5B0596BE" w:rsidR="00226CAC" w:rsidRDefault="00000000" w:rsidP="00A307CB">
      <w:pPr>
        <w:pStyle w:val="aa"/>
        <w:numPr>
          <w:ilvl w:val="0"/>
          <w:numId w:val="11"/>
        </w:numPr>
        <w:spacing w:before="240"/>
        <w:rPr>
          <w:rFonts w:eastAsia="Nanum Gothic"/>
          <w:lang w:eastAsia="ko-KR"/>
        </w:rPr>
      </w:pPr>
      <w:r w:rsidRPr="00A307CB">
        <w:rPr>
          <w:rFonts w:ascii="Nanum Gothic" w:eastAsia="Nanum Gothic" w:hAnsi="Nanum Gothic" w:cs="Nanum Gothic"/>
          <w:color w:val="1A1A1A"/>
          <w:sz w:val="20"/>
          <w:lang w:eastAsia="ko-KR"/>
        </w:rPr>
        <w:t xml:space="preserve">그 결과물이 사람의 글과 구분하기 어렵다는 측면에서: </w:t>
      </w:r>
      <w:r w:rsidRPr="00A307CB">
        <w:rPr>
          <w:rFonts w:ascii="Nanum Gothic" w:eastAsia="Nanum Gothic" w:hAnsi="Nanum Gothic" w:cs="Nanum Gothic"/>
          <w:b/>
          <w:color w:val="1A1A1A"/>
          <w:sz w:val="20"/>
          <w:lang w:eastAsia="ko-KR"/>
        </w:rPr>
        <w:t>생각처럼 보임</w:t>
      </w:r>
    </w:p>
    <w:p w14:paraId="2693B30E" w14:textId="0932D5EE" w:rsidR="00226CAC" w:rsidRDefault="00A307CB" w:rsidP="00A307CB">
      <w:pPr>
        <w:spacing w:before="240"/>
        <w:rPr>
          <w:rFonts w:eastAsia="Nanum Gothic"/>
          <w:lang w:eastAsia="ko-KR"/>
        </w:rPr>
      </w:pPr>
      <w:r>
        <w:rPr>
          <w:rFonts w:ascii="Nanum Gothic" w:eastAsia="Nanum Gothic" w:hAnsi="Nanum Gothic" w:cs="Nanum Gothic"/>
          <w:color w:val="1A1A1A"/>
          <w:sz w:val="20"/>
          <w:lang w:eastAsia="ko-KR"/>
        </w:rPr>
        <w:t xml:space="preserve">LLM </w:t>
      </w:r>
      <w:r>
        <w:rPr>
          <w:rFonts w:ascii="Nanum Gothic" w:eastAsia="Nanum Gothic" w:hAnsi="Nanum Gothic" w:cs="Nanum Gothic" w:hint="eastAsia"/>
          <w:color w:val="1A1A1A"/>
          <w:sz w:val="20"/>
          <w:lang w:eastAsia="ko-KR"/>
        </w:rPr>
        <w:t xml:space="preserve">이 생성한 텍스트는 </w:t>
      </w:r>
      <w:r w:rsidR="00000000">
        <w:rPr>
          <w:rFonts w:ascii="Nanum Gothic" w:eastAsia="Nanum Gothic" w:hAnsi="Nanum Gothic" w:cs="Nanum Gothic"/>
          <w:color w:val="1A1A1A"/>
          <w:sz w:val="20"/>
          <w:lang w:eastAsia="ko-KR"/>
        </w:rPr>
        <w:t>매우 정교한 확률 계산이다. 하지만 그 결과가 사람의 글과 구분이 어렵다."</w:t>
      </w:r>
    </w:p>
    <w:p w14:paraId="0B48F8BB" w14:textId="7E45C23B" w:rsidR="00226CAC" w:rsidRDefault="00000000" w:rsidP="00A307CB">
      <w:pPr>
        <w:spacing w:before="240"/>
        <w:rPr>
          <w:rFonts w:eastAsia="Nanum Gothic"/>
          <w:lang w:eastAsia="ko-KR"/>
        </w:rPr>
      </w:pPr>
      <w:r>
        <w:rPr>
          <w:rFonts w:ascii="Nanum Gothic" w:eastAsia="Nanum Gothic" w:hAnsi="Nanum Gothic" w:cs="Nanum Gothic"/>
          <w:b/>
          <w:color w:val="1A1A1A"/>
          <w:sz w:val="20"/>
          <w:lang w:eastAsia="ko-KR"/>
        </w:rPr>
        <w:t>왜 이것이 중요한가?</w:t>
      </w:r>
    </w:p>
    <w:p w14:paraId="097ACCD8" w14:textId="77777777" w:rsidR="00226CAC" w:rsidRDefault="00000000" w:rsidP="00A307CB">
      <w:pPr>
        <w:spacing w:before="240"/>
        <w:rPr>
          <w:rFonts w:ascii="Apple SD Gothic Neo" w:eastAsia="Nanum Gothic" w:hAnsi="Apple SD Gothic Neo" w:cs="Apple SD Gothic Neo"/>
          <w:color w:val="1A1A1A"/>
          <w:sz w:val="20"/>
          <w:lang w:eastAsia="ko-KR"/>
        </w:rPr>
      </w:pPr>
      <w:r>
        <w:rPr>
          <w:rFonts w:ascii="Nanum Gothic" w:eastAsia="Nanum Gothic" w:hAnsi="Nanum Gothic" w:cs="Nanum Gothic"/>
          <w:color w:val="1A1A1A"/>
          <w:sz w:val="20"/>
          <w:lang w:eastAsia="ko-KR"/>
        </w:rPr>
        <w:t>LLM이 "생각한다"고 오해하면, AI의 실수를 납득하기 어렵습니다. LLM이 "계산한다"고 이해하면, 왜 같은 질문에 다른 답이 나오는지, 왜 거짓말 같은 답을 자신 있게 하는지(환각·Hallucination)를 이해할 수 있습니다.</w:t>
      </w:r>
    </w:p>
    <w:p w14:paraId="471122B5" w14:textId="77777777" w:rsidR="00226CAC" w:rsidRDefault="00000000" w:rsidP="00A307CB">
      <w:pPr>
        <w:spacing w:before="240"/>
        <w:rPr>
          <w:rFonts w:ascii="Apple SD Gothic Neo" w:eastAsia="Nanum Gothic" w:hAnsi="Apple SD Gothic Neo" w:cs="Apple SD Gothic Neo"/>
          <w:color w:val="1A1A1A"/>
          <w:sz w:val="20"/>
          <w:lang w:eastAsia="ko-KR"/>
        </w:rPr>
      </w:pPr>
      <w:r>
        <w:rPr>
          <w:rFonts w:ascii="Nanum Gothic" w:eastAsia="Nanum Gothic" w:hAnsi="Nanum Gothic" w:cs="Nanum Gothic"/>
          <w:b/>
          <w:color w:val="1A1A1A"/>
          <w:sz w:val="20"/>
          <w:lang w:eastAsia="ko-KR"/>
        </w:rPr>
        <w:t>환각(Hallucination)이 발생하는 이유</w:t>
      </w:r>
      <w:r>
        <w:rPr>
          <w:rFonts w:ascii="Nanum Gothic" w:eastAsia="Nanum Gothic" w:hAnsi="Nanum Gothic" w:cs="Nanum Gothic"/>
          <w:color w:val="1A1A1A"/>
          <w:sz w:val="20"/>
          <w:lang w:eastAsia="ko-KR"/>
        </w:rPr>
        <w:t>: LLM은 "올바른 답"을 아는 것이 아니라 "확률적으로 자연스러운 답"을 생성합니다. 때로 그 확률 계산이 사실과 맞지 않는 내용을 생성하는 것이 환각입니다.</w:t>
      </w:r>
    </w:p>
    <w:tbl>
      <w:tblPr>
        <w:tblStyle w:val="af9"/>
        <w:tblW w:w="0" w:type="auto"/>
        <w:tblLayout w:type="fixed"/>
        <w:tblLook w:val="04A0" w:firstRow="1" w:lastRow="0" w:firstColumn="1" w:lastColumn="0" w:noHBand="0" w:noVBand="1"/>
      </w:tblPr>
      <w:tblGrid>
        <w:gridCol w:w="400"/>
        <w:gridCol w:w="8672"/>
      </w:tblGrid>
      <w:tr w:rsidR="00226CAC" w14:paraId="6D2732FC" w14:textId="77777777">
        <w:tc>
          <w:tcPr>
            <w:tcW w:w="400" w:type="dxa"/>
            <w:shd w:val="clear" w:color="auto" w:fill="0F9D8C"/>
          </w:tcPr>
          <w:p w14:paraId="776D41FB" w14:textId="77777777" w:rsidR="00226CAC" w:rsidRDefault="00226CAC">
            <w:pPr>
              <w:spacing w:before="80" w:after="80"/>
              <w:rPr>
                <w:rFonts w:eastAsia="Nanum Gothic"/>
                <w:lang w:eastAsia="ko-KR"/>
              </w:rPr>
            </w:pPr>
          </w:p>
        </w:tc>
        <w:tc>
          <w:tcPr>
            <w:tcW w:w="8672" w:type="dxa"/>
            <w:shd w:val="clear" w:color="auto" w:fill="E6F7F4"/>
          </w:tcPr>
          <w:p w14:paraId="35893E48" w14:textId="77777777" w:rsidR="00226CAC" w:rsidRDefault="00000000">
            <w:pPr>
              <w:spacing w:before="80" w:after="80"/>
              <w:rPr>
                <w:rFonts w:eastAsia="Nanum Gothic"/>
                <w:lang w:eastAsia="ko-KR"/>
              </w:rPr>
            </w:pPr>
            <w:r>
              <w:rPr>
                <w:rFonts w:ascii="Nanum Gothic" w:eastAsia="Nanum Gothic" w:hAnsi="Nanum Gothic" w:cs="Nanum Gothic"/>
                <w:b/>
                <w:color w:val="0F9D8C"/>
                <w:sz w:val="20"/>
                <w:lang w:eastAsia="ko-KR"/>
              </w:rPr>
              <w:t>💡 비유</w:t>
            </w:r>
            <w:r>
              <w:rPr>
                <w:rFonts w:ascii="Apple SD Gothic Neo" w:eastAsia="Nanum Gothic" w:hAnsi="Apple SD Gothic Neo" w:cs="Apple SD Gothic Neo"/>
                <w:b/>
                <w:color w:val="0F9D8C"/>
                <w:sz w:val="20"/>
                <w:lang w:eastAsia="ko-KR"/>
              </w:rPr>
              <w:br/>
            </w:r>
            <w:r>
              <w:rPr>
                <w:rFonts w:ascii="Nanum Gothic" w:eastAsia="Nanum Gothic" w:hAnsi="Nanum Gothic" w:cs="Nanum Gothic"/>
                <w:color w:val="1A1A1A"/>
                <w:sz w:val="20"/>
                <w:lang w:eastAsia="ko-KR"/>
              </w:rPr>
              <w:t xml:space="preserve">LLM의 환각은 자동완성(Autocomplete)이 틀린 단어를 제안하는 것과 유사합니다. 자동완성이 "더 자연스러운 것"을 제안하지만 "더 맞는 것"을 보장하지 않는 것처럼, LLM도 "더 자연스러운 텍스트"를 </w:t>
            </w:r>
            <w:r>
              <w:rPr>
                <w:rFonts w:ascii="Nanum Gothic" w:eastAsia="Nanum Gothic" w:hAnsi="Nanum Gothic" w:cs="Nanum Gothic"/>
                <w:color w:val="1A1A1A"/>
                <w:sz w:val="20"/>
                <w:lang w:eastAsia="ko-KR"/>
              </w:rPr>
              <w:lastRenderedPageBreak/>
              <w:t>생성하지 "더 사실인 텍스트"를 보장하지 않습니다.</w:t>
            </w:r>
          </w:p>
        </w:tc>
      </w:tr>
    </w:tbl>
    <w:p w14:paraId="13DBDDCB" w14:textId="77777777" w:rsidR="00226CAC" w:rsidRDefault="00226CAC">
      <w:pPr>
        <w:rPr>
          <w:rFonts w:eastAsia="Nanum Gothic"/>
          <w:lang w:eastAsia="ko-KR"/>
        </w:rPr>
      </w:pPr>
    </w:p>
    <w:p w14:paraId="74D86BF7" w14:textId="059E7173"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4.1.3</w:t>
      </w:r>
      <w:r w:rsidR="000C0E77">
        <w:rPr>
          <w:rFonts w:ascii="Nanum Gothic" w:eastAsia="Nanum Gothic" w:hAnsi="Nanum Gothic" w:cs="Nanum Gothic" w:hint="eastAsia"/>
          <w:b/>
          <w:color w:val="024AD8"/>
          <w:sz w:val="28"/>
          <w:lang w:eastAsia="ko-KR"/>
        </w:rPr>
        <w:t/>
      </w:r>
      <w:r>
        <w:rPr>
          <w:rFonts w:ascii="Nanum Gothic" w:eastAsia="Nanum Gothic" w:hAnsi="Nanum Gothic" w:cs="Nanum Gothic"/>
          <w:b/>
          <w:color w:val="024AD8"/>
          <w:sz w:val="28"/>
          <w:lang w:eastAsia="ko-KR"/>
        </w:rPr>
        <w:t> 용어 ① 토큰 (Token) — "단어가 아닌 단어 조각"</w:t>
      </w:r>
    </w:p>
    <w:p w14:paraId="2DB2DDEA" w14:textId="0D486E41" w:rsidR="00226CAC" w:rsidRDefault="000C0E77">
      <w:pPr>
        <w:spacing w:before="160" w:after="40"/>
      </w:pPr>
      <w:r>
        <w:rPr>
          <w:rFonts w:ascii="Nanum Gothic" w:eastAsia="Nanum Gothic" w:hAnsi="Nanum Gothic" w:cs="Nanum Gothic" w:hint="eastAsia"/>
          <w:b/>
          <w:color w:val="024AD8"/>
          <w:sz w:val="24"/>
          <w:lang w:eastAsia="ko-KR"/>
        </w:rPr>
        <w:t>4.1.3.1</w:t>
      </w:r>
      <w:r w:rsidR="00000000">
        <w:rPr>
          <w:rFonts w:ascii="Nanum Gothic" w:eastAsia="Nanum Gothic" w:hAnsi="Nanum Gothic" w:cs="Nanum Gothic"/>
          <w:b/>
          <w:color w:val="024AD8"/>
          <w:sz w:val="24"/>
        </w:rPr>
        <w:t/>
      </w:r>
      <w:r>
        <w:rPr>
          <w:rFonts w:ascii="Nanum Gothic" w:eastAsia="Nanum Gothic" w:hAnsi="Nanum Gothic" w:cs="Nanum Gothic" w:hint="eastAsia"/>
          <w:b/>
          <w:color w:val="024AD8"/>
          <w:sz w:val="24"/>
          <w:lang w:eastAsia="ko-KR"/>
        </w:rPr>
        <w:t/>
      </w:r>
      <w:r w:rsidR="00000000">
        <w:rPr>
          <w:rFonts w:ascii="Nanum Gothic" w:eastAsia="Nanum Gothic" w:hAnsi="Nanum Gothic" w:cs="Nanum Gothic"/>
          <w:b/>
          <w:color w:val="024AD8"/>
          <w:sz w:val="24"/>
        </w:rPr>
        <w:t> 정의와 개념</w:t>
      </w:r>
    </w:p>
    <w:tbl>
      <w:tblPr>
        <w:tblStyle w:val="af9"/>
        <w:tblW w:w="0" w:type="auto"/>
        <w:tblLook w:val="04A0" w:firstRow="1" w:lastRow="0" w:firstColumn="1" w:lastColumn="0" w:noHBand="0" w:noVBand="1"/>
      </w:tblPr>
      <w:tblGrid>
        <w:gridCol w:w="4536"/>
        <w:gridCol w:w="4536"/>
      </w:tblGrid>
      <w:tr w:rsidR="00226CAC" w14:paraId="5DFA64AE" w14:textId="77777777" w:rsidTr="000C0E77">
        <w:tc>
          <w:tcPr>
            <w:tcW w:w="4536" w:type="dxa"/>
            <w:shd w:val="clear" w:color="auto" w:fill="024AD8"/>
          </w:tcPr>
          <w:p w14:paraId="41F82529" w14:textId="77777777" w:rsidR="00226CAC" w:rsidRDefault="00000000">
            <w:pPr>
              <w:spacing w:before="60" w:after="60"/>
            </w:pPr>
            <w:r>
              <w:rPr>
                <w:rFonts w:ascii="Nanum Gothic" w:eastAsia="Nanum Gothic" w:hAnsi="Nanum Gothic" w:cs="Nanum Gothic"/>
                <w:b/>
                <w:color w:val="FFFFFF"/>
                <w:sz w:val="20"/>
              </w:rPr>
              <w:t>항목</w:t>
            </w:r>
          </w:p>
        </w:tc>
        <w:tc>
          <w:tcPr>
            <w:tcW w:w="4536" w:type="dxa"/>
            <w:shd w:val="clear" w:color="auto" w:fill="024AD8"/>
          </w:tcPr>
          <w:p w14:paraId="67B676DA" w14:textId="77777777" w:rsidR="00226CAC" w:rsidRDefault="00000000">
            <w:pPr>
              <w:spacing w:before="60" w:after="60"/>
            </w:pPr>
            <w:r>
              <w:rPr>
                <w:rFonts w:ascii="Nanum Gothic" w:eastAsia="Nanum Gothic" w:hAnsi="Nanum Gothic" w:cs="Nanum Gothic"/>
                <w:b/>
                <w:color w:val="FFFFFF"/>
                <w:sz w:val="20"/>
              </w:rPr>
              <w:t>내용</w:t>
            </w:r>
          </w:p>
        </w:tc>
      </w:tr>
      <w:tr w:rsidR="00226CAC" w14:paraId="1E6A173D" w14:textId="77777777" w:rsidTr="000C0E77">
        <w:tc>
          <w:tcPr>
            <w:tcW w:w="4536" w:type="dxa"/>
          </w:tcPr>
          <w:p w14:paraId="69F55F18" w14:textId="77777777" w:rsidR="00226CAC" w:rsidRDefault="00000000">
            <w:pPr>
              <w:spacing w:before="60" w:after="60"/>
            </w:pPr>
            <w:r>
              <w:rPr>
                <w:rFonts w:ascii="Nanum Gothic" w:eastAsia="Nanum Gothic" w:hAnsi="Nanum Gothic" w:cs="Nanum Gothic"/>
                <w:b/>
                <w:color w:val="1A1A1A"/>
                <w:sz w:val="20"/>
              </w:rPr>
              <w:t>정의</w:t>
            </w:r>
          </w:p>
        </w:tc>
        <w:tc>
          <w:tcPr>
            <w:tcW w:w="4536" w:type="dxa"/>
          </w:tcPr>
          <w:p w14:paraId="054E0D8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LLM이 텍스트를 처리하는 최소 단위</w:t>
            </w:r>
          </w:p>
        </w:tc>
      </w:tr>
      <w:tr w:rsidR="00226CAC" w14:paraId="7D338785" w14:textId="77777777" w:rsidTr="000C0E77">
        <w:tc>
          <w:tcPr>
            <w:tcW w:w="4536" w:type="dxa"/>
          </w:tcPr>
          <w:p w14:paraId="670A4A29" w14:textId="77777777" w:rsidR="00226CAC" w:rsidRDefault="00000000">
            <w:pPr>
              <w:spacing w:before="60" w:after="60"/>
            </w:pPr>
            <w:r>
              <w:rPr>
                <w:rFonts w:ascii="Nanum Gothic" w:eastAsia="Nanum Gothic" w:hAnsi="Nanum Gothic" w:cs="Nanum Gothic"/>
                <w:b/>
                <w:color w:val="1A1A1A"/>
                <w:sz w:val="20"/>
              </w:rPr>
              <w:t>비유</w:t>
            </w:r>
          </w:p>
        </w:tc>
        <w:tc>
          <w:tcPr>
            <w:tcW w:w="4536" w:type="dxa"/>
          </w:tcPr>
          <w:p w14:paraId="10CC004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단어를 음절·형태소 단위로 쪼갠 조각</w:t>
            </w:r>
          </w:p>
        </w:tc>
      </w:tr>
      <w:tr w:rsidR="00226CAC" w14:paraId="5A349A87" w14:textId="77777777" w:rsidTr="000C0E77">
        <w:tc>
          <w:tcPr>
            <w:tcW w:w="4536" w:type="dxa"/>
          </w:tcPr>
          <w:p w14:paraId="3CE2F074" w14:textId="77777777" w:rsidR="00226CAC" w:rsidRDefault="00000000">
            <w:pPr>
              <w:spacing w:before="60" w:after="60"/>
            </w:pPr>
            <w:r>
              <w:rPr>
                <w:rFonts w:ascii="Nanum Gothic" w:eastAsia="Nanum Gothic" w:hAnsi="Nanum Gothic" w:cs="Nanum Gothic"/>
                <w:b/>
                <w:color w:val="1A1A1A"/>
                <w:sz w:val="20"/>
              </w:rPr>
              <w:t>실무 연관</w:t>
            </w:r>
          </w:p>
        </w:tc>
        <w:tc>
          <w:tcPr>
            <w:tcW w:w="4536" w:type="dxa"/>
          </w:tcPr>
          <w:p w14:paraId="692F64A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API 요금·속도 계산의 기준 단위</w:t>
            </w:r>
          </w:p>
        </w:tc>
      </w:tr>
      <w:tr w:rsidR="00226CAC" w14:paraId="0FCB0175" w14:textId="77777777" w:rsidTr="000C0E77">
        <w:tc>
          <w:tcPr>
            <w:tcW w:w="4536" w:type="dxa"/>
          </w:tcPr>
          <w:p w14:paraId="2F191AAA" w14:textId="77777777" w:rsidR="00226CAC" w:rsidRDefault="00000000">
            <w:pPr>
              <w:spacing w:before="60" w:after="60"/>
            </w:pPr>
            <w:r>
              <w:rPr>
                <w:rFonts w:ascii="Nanum Gothic" w:eastAsia="Nanum Gothic" w:hAnsi="Nanum Gothic" w:cs="Nanum Gothic"/>
                <w:b/>
                <w:color w:val="1A1A1A"/>
                <w:sz w:val="20"/>
              </w:rPr>
              <w:t>시연 도구</w:t>
            </w:r>
          </w:p>
        </w:tc>
        <w:tc>
          <w:tcPr>
            <w:tcW w:w="4536" w:type="dxa"/>
          </w:tcPr>
          <w:p w14:paraId="7120BBA1"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https://tiktokenizer.vercel.app — 텍스트 입력 → 토큰 분해 확인</w:t>
            </w:r>
          </w:p>
        </w:tc>
      </w:tr>
    </w:tbl>
    <w:p w14:paraId="78A8D47D" w14:textId="35C61A73" w:rsidR="00226CAC" w:rsidRDefault="000C0E77">
      <w:pPr>
        <w:spacing w:before="160" w:after="40"/>
        <w:rPr>
          <w:rFonts w:eastAsia="Nanum Gothic"/>
          <w:lang w:eastAsia="ko-KR"/>
        </w:rPr>
      </w:pPr>
      <w:r>
        <w:rPr>
          <w:rFonts w:ascii="Nanum Gothic" w:eastAsia="Nanum Gothic" w:hAnsi="Nanum Gothic" w:cs="Nanum Gothic" w:hint="eastAsia"/>
          <w:b/>
          <w:color w:val="024AD8"/>
          <w:sz w:val="24"/>
          <w:lang w:eastAsia="ko-KR"/>
        </w:rPr>
        <w:t>4.1.3.2</w:t>
      </w:r>
      <w:r w:rsidR="00000000">
        <w:rPr>
          <w:rFonts w:ascii="Nanum Gothic" w:eastAsia="Nanum Gothic" w:hAnsi="Nanum Gothic" w:cs="Nanum Gothic"/>
          <w:b/>
          <w:color w:val="024AD8"/>
          <w:sz w:val="24"/>
          <w:lang w:eastAsia="ko-KR"/>
        </w:rPr>
        <w:t/>
      </w:r>
      <w:r>
        <w:rPr>
          <w:rFonts w:ascii="Nanum Gothic" w:eastAsia="Nanum Gothic" w:hAnsi="Nanum Gothic" w:cs="Nanum Gothic" w:hint="eastAsia"/>
          <w:b/>
          <w:color w:val="024AD8"/>
          <w:sz w:val="24"/>
          <w:lang w:eastAsia="ko-KR"/>
        </w:rPr>
        <w:t/>
      </w:r>
      <w:r w:rsidR="00000000">
        <w:rPr>
          <w:rFonts w:ascii="Nanum Gothic" w:eastAsia="Nanum Gothic" w:hAnsi="Nanum Gothic" w:cs="Nanum Gothic"/>
          <w:b/>
          <w:color w:val="024AD8"/>
          <w:sz w:val="24"/>
          <w:lang w:eastAsia="ko-KR"/>
        </w:rPr>
        <w:t> 왜 단어가 아닌가</w:t>
      </w:r>
    </w:p>
    <w:p w14:paraId="7FECB56B"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LLM은 텍스트를 단어 단위로 처리하지 않습니다. 빈도가 높은 단어 조각(접두사, 어근 등)을 재사용하는 방식으로 어휘 크기를 효율적으로 관리합니다.</w:t>
      </w:r>
    </w:p>
    <w:p w14:paraId="36F8CD5F" w14:textId="77777777" w:rsidR="00226CAC" w:rsidRDefault="00000000">
      <w:pPr>
        <w:spacing w:before="60" w:after="60"/>
      </w:pPr>
      <w:r>
        <w:rPr>
          <w:rFonts w:ascii="Nanum Gothic" w:eastAsia="Nanum Gothic" w:hAnsi="Nanum Gothic" w:cs="Nanum Gothic"/>
          <w:b/>
          <w:color w:val="1A1A1A"/>
          <w:sz w:val="20"/>
        </w:rPr>
        <w:t>영어 예시</w:t>
      </w:r>
      <w:r>
        <w:rPr>
          <w:rFonts w:ascii="Nanum Gothic" w:eastAsia="Nanum Gothic" w:hAnsi="Nanum Gothic" w:cs="Nanum Gothic"/>
          <w:color w:val="1A1A1A"/>
          <w:sz w:val="20"/>
        </w:rPr>
        <w:t>:</w:t>
      </w:r>
    </w:p>
    <w:tbl>
      <w:tblPr>
        <w:tblStyle w:val="af9"/>
        <w:tblW w:w="0" w:type="auto"/>
        <w:tblLook w:val="04A0" w:firstRow="1" w:lastRow="0" w:firstColumn="1" w:lastColumn="0" w:noHBand="0" w:noVBand="1"/>
      </w:tblPr>
      <w:tblGrid>
        <w:gridCol w:w="9072"/>
      </w:tblGrid>
      <w:tr w:rsidR="00226CAC" w14:paraId="559058A6" w14:textId="77777777">
        <w:tc>
          <w:tcPr>
            <w:tcW w:w="9072" w:type="dxa"/>
            <w:shd w:val="clear" w:color="auto" w:fill="F7F7F7"/>
          </w:tcPr>
          <w:p w14:paraId="01EB86F6" w14:textId="77777777" w:rsidR="00226CAC" w:rsidRDefault="00000000">
            <w:pPr>
              <w:spacing w:before="20" w:after="20" w:line="220" w:lineRule="exact"/>
            </w:pPr>
            <w:r>
              <w:rPr>
                <w:rFonts w:ascii="D2Coding" w:hAnsi="D2Coding" w:eastAsia="D2Coding" w:cs="D2Coding"/>
                <w:color w:val="1A1A1A"/>
                <w:sz w:val="19"/>
              </w:rPr>
              <w:t>"Hello" → ["Hello"] = 1</w:t>
            </w:r>
            <w:r>
              <w:rPr>
                <w:rFonts w:ascii="Nanum Gothic" w:hAnsi="Nanum Gothic" w:eastAsia="Nanum Gothic" w:cs="Nanum Gothic"/>
                <w:color w:val="1A1A1A"/>
                <w:sz w:val="19"/>
              </w:rPr>
              <w:t>토큰</w:t>
            </w:r>
          </w:p>
          <w:p w14:paraId="43A54FDA" w14:textId="77777777" w:rsidR="00226CAC" w:rsidRDefault="00000000">
            <w:pPr>
              <w:spacing w:before="20" w:after="20" w:line="220" w:lineRule="exact"/>
            </w:pPr>
            <w:r>
              <w:rPr>
                <w:rFonts w:ascii="D2Coding" w:hAnsi="D2Coding" w:eastAsia="D2Coding" w:cs="D2Coding"/>
                <w:color w:val="1A1A1A"/>
                <w:sz w:val="19"/>
              </w:rPr>
              <w:t>"running" → ["run", "ning"] = 2</w:t>
            </w:r>
            <w:r>
              <w:rPr>
                <w:rFonts w:ascii="Nanum Gothic" w:hAnsi="Nanum Gothic" w:eastAsia="Nanum Gothic" w:cs="Nanum Gothic"/>
                <w:color w:val="1A1A1A"/>
                <w:sz w:val="19"/>
              </w:rPr>
              <w:t>토큰</w:t>
            </w:r>
          </w:p>
          <w:p w14:paraId="37F538C9" w14:textId="77777777" w:rsidR="00226CAC" w:rsidRDefault="00000000">
            <w:pPr>
              <w:spacing w:before="20" w:after="20" w:line="220" w:lineRule="exact"/>
            </w:pPr>
            <w:r>
              <w:rPr>
                <w:rFonts w:ascii="D2Coding" w:hAnsi="D2Coding" w:eastAsia="D2Coding" w:cs="D2Coding"/>
                <w:color w:val="1A1A1A"/>
                <w:sz w:val="19"/>
              </w:rPr>
              <w:t>"unhelpful" → ["un", "help", "ful"] = 3</w:t>
            </w:r>
            <w:r>
              <w:rPr>
                <w:rFonts w:ascii="Nanum Gothic" w:hAnsi="Nanum Gothic" w:eastAsia="Nanum Gothic" w:cs="Nanum Gothic"/>
                <w:color w:val="1A1A1A"/>
                <w:sz w:val="19"/>
              </w:rPr>
              <w:t>토큰</w:t>
            </w:r>
          </w:p>
        </w:tc>
      </w:tr>
    </w:tbl>
    <w:p w14:paraId="1DA5CC25" w14:textId="77777777" w:rsidR="00226CAC" w:rsidRDefault="00226CAC"/>
    <w:p w14:paraId="7C957A3C"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한국어 예시 (GPT-4o 기준 근사치)</w:t>
      </w:r>
      <w:r>
        <w:rPr>
          <w:rFonts w:ascii="Nanum Gothic" w:eastAsia="Nanum Gothic" w:hAnsi="Nanum Gothic" w:cs="Nanum Gothic"/>
          <w:color w:val="1A1A1A"/>
          <w:sz w:val="20"/>
          <w:lang w:eastAsia="ko-KR"/>
        </w:rPr>
        <w:t>:</w:t>
      </w:r>
    </w:p>
    <w:tbl>
      <w:tblPr>
        <w:tblStyle w:val="af9"/>
        <w:tblW w:w="0" w:type="auto"/>
        <w:tblLook w:val="04A0" w:firstRow="1" w:lastRow="0" w:firstColumn="1" w:lastColumn="0" w:noHBand="0" w:noVBand="1"/>
      </w:tblPr>
      <w:tblGrid>
        <w:gridCol w:w="9072"/>
      </w:tblGrid>
      <w:tr w:rsidR="00226CAC" w14:paraId="4A6B8EF2" w14:textId="77777777">
        <w:tc>
          <w:tcPr>
            <w:tcW w:w="9072" w:type="dxa"/>
            <w:shd w:val="clear" w:color="auto" w:fill="F7F7F7"/>
          </w:tcPr>
          <w:p w14:paraId="0D7F44FD"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안녕하세요</w:t>
            </w:r>
            <w:r>
              <w:rPr>
                <w:rFonts w:ascii="Nanum Gothic" w:hAnsi="Nanum Gothic" w:eastAsia="Nanum Gothic" w:cs="Nanum Gothic"/>
                <w:color w:val="1A1A1A"/>
                <w:sz w:val="19"/>
                <w:lang w:eastAsia="ko-KR"/>
              </w:rPr>
              <w:t>" → ["</w:t>
            </w:r>
            <w:r>
              <w:rPr>
                <w:rFonts w:ascii="Nanum Gothic" w:hAnsi="Nanum Gothic" w:eastAsia="Nanum Gothic" w:cs="Nanum Gothic"/>
                <w:color w:val="1A1A1A"/>
                <w:sz w:val="19"/>
                <w:lang w:eastAsia="ko-KR"/>
              </w:rPr>
              <w:t>안</w:t>
            </w: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녕</w:t>
            </w: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하</w:t>
            </w: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세</w:t>
            </w: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요</w:t>
            </w:r>
            <w:r>
              <w:rPr>
                <w:rFonts w:ascii="D2Coding" w:hAnsi="D2Coding" w:eastAsia="D2Coding" w:cs="D2Coding"/>
                <w:color w:val="1A1A1A"/>
                <w:sz w:val="19"/>
                <w:lang w:eastAsia="ko-KR"/>
              </w:rPr>
              <w:t>"] ≈ 5</w:t>
            </w:r>
            <w:r>
              <w:rPr>
                <w:rFonts w:ascii="Nanum Gothic" w:hAnsi="Nanum Gothic" w:eastAsia="Nanum Gothic" w:cs="Nanum Gothic"/>
                <w:color w:val="1A1A1A"/>
                <w:sz w:val="19"/>
                <w:lang w:eastAsia="ko-KR"/>
              </w:rPr>
              <w:t>토큰</w:t>
            </w:r>
          </w:p>
          <w:p w14:paraId="668654AE" w14:textId="77777777" w:rsidR="00226CAC" w:rsidRDefault="00000000">
            <w:pPr>
              <w:spacing w:before="20" w:after="20" w:line="220" w:lineRule="exact"/>
            </w:pPr>
            <w:r>
              <w:rPr>
                <w:rFonts w:ascii="D2Coding" w:hAnsi="D2Coding" w:eastAsia="D2Coding" w:cs="D2Coding"/>
                <w:color w:val="1A1A1A"/>
                <w:sz w:val="19"/>
              </w:rPr>
              <w:t>"Hello" → ["Hello"] ≈ 1</w:t>
            </w:r>
            <w:r>
              <w:rPr>
                <w:rFonts w:ascii="Nanum Gothic" w:hAnsi="Nanum Gothic" w:eastAsia="Nanum Gothic" w:cs="Nanum Gothic"/>
                <w:color w:val="1A1A1A"/>
                <w:sz w:val="19"/>
              </w:rPr>
              <w:t>토큰</w:t>
            </w:r>
          </w:p>
        </w:tc>
      </w:tr>
    </w:tbl>
    <w:p w14:paraId="1B57BDCC" w14:textId="77777777" w:rsidR="00226CAC" w:rsidRDefault="00226CAC"/>
    <w:p w14:paraId="1018F375" w14:textId="5394050D" w:rsidR="00226CAC" w:rsidRDefault="00000000">
      <w:pPr>
        <w:spacing w:before="60" w:after="60"/>
        <w:rPr>
          <w:rFonts w:hint="eastAsia" w:eastAsia="Nanum Gothic"/>
          <w:lang w:eastAsia="ko-KR"/>
        </w:rPr>
      </w:pPr>
      <w:r w:rsidRPr="000C0E77">
        <w:rPr>
          <w:rFonts w:ascii="Nanum Gothic" w:eastAsia="Nanum Gothic" w:hAnsi="Nanum Gothic" w:cs="Nanum Gothic"/>
          <w:b/>
          <w:bCs/>
          <w:color w:val="1A1A1A"/>
          <w:sz w:val="20"/>
          <w:lang w:eastAsia="ko-KR"/>
        </w:rPr>
        <w:t>한국어가 영어보다 토큰 수가 많은 이유</w:t>
      </w:r>
      <w:r>
        <w:rPr>
          <w:rFonts w:ascii="Nanum Gothic" w:eastAsia="Nanum Gothic" w:hAnsi="Nanum Gothic" w:cs="Nanum Gothic"/>
          <w:color w:val="1A1A1A"/>
          <w:sz w:val="20"/>
          <w:lang w:eastAsia="ko-KR"/>
        </w:rPr>
        <w:t xml:space="preserve">: GPT 계열 모델의 토크나이저는 영어 중심으로 최적화되어 있습니다. 한국어 문자(한글)는 영어보다 토큰 분해 단위가 더 세밀합니다. </w:t>
      </w:r>
      <w:r w:rsidR="000C0E77">
        <w:rPr>
          <w:rFonts w:ascii="Nanum Gothic" w:eastAsia="Nanum Gothic" w:hAnsi="Nanum Gothic" w:cs="Nanum Gothic" w:hint="eastAsia"/>
          <w:color w:val="1A1A1A"/>
          <w:sz w:val="20"/>
          <w:lang w:eastAsia="ko-KR"/>
        </w:rPr>
        <w:t>그 결과</w:t>
      </w:r>
      <w:r>
        <w:rPr>
          <w:rFonts w:ascii="Nanum Gothic" w:eastAsia="Nanum Gothic" w:hAnsi="Nanum Gothic" w:cs="Nanum Gothic"/>
          <w:color w:val="1A1A1A"/>
          <w:sz w:val="20"/>
          <w:lang w:eastAsia="ko-KR"/>
        </w:rPr>
        <w:t xml:space="preserve"> 같은 내용을 한국어로 입력하면 영어보다 토큰을 더 많이 소모</w:t>
      </w:r>
      <w:r w:rsidR="000C0E77">
        <w:rPr>
          <w:rFonts w:ascii="Nanum Gothic" w:eastAsia="Nanum Gothic" w:hAnsi="Nanum Gothic" w:cs="Nanum Gothic" w:hint="eastAsia"/>
          <w:color w:val="1A1A1A"/>
          <w:sz w:val="20"/>
          <w:lang w:eastAsia="ko-KR"/>
        </w:rPr>
        <w:t>하게 됩니다.</w:t>
      </w:r>
      <w:r>
        <w:rPr>
          <w:rFonts w:ascii="Nanum Gothic" w:eastAsia="Nanum Gothic" w:hAnsi="Nanum Gothic" w:cs="Nanum Gothic"/>
          <w:color w:val="1A1A1A"/>
          <w:sz w:val="20"/>
          <w:lang w:eastAsia="ko-KR"/>
        </w:rPr>
        <w:t xml:space="preserve"> </w:t>
      </w:r>
      <w:r w:rsidR="000C0E77">
        <w:rPr>
          <w:rFonts w:ascii="Nanum Gothic" w:eastAsia="Nanum Gothic" w:hAnsi="Nanum Gothic" w:cs="Nanum Gothic" w:hint="eastAsia"/>
          <w:color w:val="1A1A1A"/>
          <w:sz w:val="20"/>
          <w:lang w:eastAsia="ko-KR"/>
        </w:rPr>
        <w:t xml:space="preserve">이는 </w:t>
      </w:r>
      <w:r>
        <w:rPr>
          <w:rFonts w:ascii="Nanum Gothic" w:eastAsia="Nanum Gothic" w:hAnsi="Nanum Gothic" w:cs="Nanum Gothic"/>
          <w:color w:val="1A1A1A"/>
          <w:sz w:val="20"/>
          <w:lang w:eastAsia="ko-KR"/>
        </w:rPr>
        <w:t>비용</w:t>
      </w:r>
      <w:r w:rsidR="000C0E77">
        <w:rPr>
          <w:rFonts w:ascii="Nanum Gothic" w:eastAsia="Nanum Gothic" w:hAnsi="Nanum Gothic" w:cs="Nanum Gothic" w:hint="eastAsia"/>
          <w:color w:val="1A1A1A"/>
          <w:sz w:val="20"/>
          <w:lang w:eastAsia="ko-KR"/>
        </w:rPr>
        <w:t>의</w:t>
      </w:r>
      <w:r>
        <w:rPr>
          <w:rFonts w:ascii="Nanum Gothic" w:eastAsia="Nanum Gothic" w:hAnsi="Nanum Gothic" w:cs="Nanum Gothic"/>
          <w:color w:val="1A1A1A"/>
          <w:sz w:val="20"/>
          <w:lang w:eastAsia="ko-KR"/>
        </w:rPr>
        <w:t xml:space="preserve"> 증가</w:t>
      </w:r>
      <w:r w:rsidR="000C0E77">
        <w:rPr>
          <w:rFonts w:ascii="Nanum Gothic" w:eastAsia="Nanum Gothic" w:hAnsi="Nanum Gothic" w:cs="Nanum Gothic" w:hint="eastAsia"/>
          <w:color w:val="1A1A1A"/>
          <w:sz w:val="20"/>
          <w:lang w:eastAsia="ko-KR"/>
        </w:rPr>
        <w:t>를 불러옵니다.</w:t>
      </w:r>
    </w:p>
    <w:p w14:paraId="284099C2" w14:textId="4A85B3E0" w:rsidR="00226CAC" w:rsidRDefault="000C0E77">
      <w:pPr>
        <w:spacing w:before="160" w:after="40"/>
        <w:rPr>
          <w:rFonts w:eastAsia="Nanum Gothic"/>
          <w:lang w:eastAsia="ko-KR"/>
        </w:rPr>
      </w:pPr>
      <w:r>
        <w:rPr>
          <w:rFonts w:ascii="Nanum Gothic" w:eastAsia="Nanum Gothic" w:hAnsi="Nanum Gothic" w:cs="Nanum Gothic" w:hint="eastAsia"/>
          <w:b/>
          <w:color w:val="024AD8"/>
          <w:sz w:val="24"/>
          <w:lang w:eastAsia="ko-KR"/>
        </w:rPr>
        <w:t>4.1.3.3</w:t>
      </w:r>
      <w:r w:rsidR="00000000">
        <w:rPr>
          <w:rFonts w:ascii="Nanum Gothic" w:eastAsia="Nanum Gothic" w:hAnsi="Nanum Gothic" w:cs="Nanum Gothic"/>
          <w:b/>
          <w:color w:val="024AD8"/>
          <w:sz w:val="24"/>
          <w:lang w:eastAsia="ko-KR"/>
        </w:rPr>
        <w:t/>
      </w:r>
      <w:r>
        <w:rPr>
          <w:rFonts w:ascii="Nanum Gothic" w:eastAsia="Nanum Gothic" w:hAnsi="Nanum Gothic" w:cs="Nanum Gothic" w:hint="eastAsia"/>
          <w:b/>
          <w:color w:val="024AD8"/>
          <w:sz w:val="24"/>
          <w:lang w:eastAsia="ko-KR"/>
        </w:rPr>
        <w:t/>
      </w:r>
      <w:r w:rsidR="00000000">
        <w:rPr>
          <w:rFonts w:ascii="Nanum Gothic" w:eastAsia="Nanum Gothic" w:hAnsi="Nanum Gothic" w:cs="Nanum Gothic"/>
          <w:b/>
          <w:color w:val="024AD8"/>
          <w:sz w:val="24"/>
          <w:lang w:eastAsia="ko-KR"/>
        </w:rPr>
        <w:t> 실무 영향</w:t>
      </w:r>
    </w:p>
    <w:p w14:paraId="5157818A"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API 과금 방식</w:t>
      </w:r>
      <w:r>
        <w:rPr>
          <w:rFonts w:ascii="Nanum Gothic" w:eastAsia="Nanum Gothic" w:hAnsi="Nanum Gothic" w:cs="Nanum Gothic"/>
          <w:color w:val="1A1A1A"/>
          <w:sz w:val="20"/>
          <w:lang w:eastAsia="ko-KR"/>
        </w:rPr>
        <w:t>: 대부분의 LLM API는 토큰 수에 비례해 과금합니다.</w:t>
      </w:r>
    </w:p>
    <w:p w14:paraId="251171B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입력(Input) 토큰: 프롬프트 길이</w:t>
      </w:r>
    </w:p>
    <w:p w14:paraId="2944202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출력(Output) 토큰: 생성된 답변 길이</w:t>
      </w:r>
    </w:p>
    <w:p w14:paraId="3591FACB" w14:textId="202D1BDE" w:rsidR="00226CAC" w:rsidRDefault="00000000">
      <w:pPr>
        <w:spacing w:before="60" w:after="60"/>
        <w:rPr>
          <w:rFonts w:hint="eastAsia" w:eastAsia="Nanum Gothic"/>
          <w:lang w:eastAsia="ko-KR"/>
        </w:rPr>
      </w:pPr>
      <w:r>
        <w:rPr>
          <w:rFonts w:ascii="Nanum Gothic" w:eastAsia="Nanum Gothic" w:hAnsi="Nanum Gothic" w:cs="Nanum Gothic"/>
          <w:color w:val="1A1A1A"/>
          <w:sz w:val="20"/>
          <w:lang w:eastAsia="ko-KR"/>
        </w:rPr>
        <w:t>예시: 1,000 토큰 = 약 750단어 (영어 기준)</w:t>
      </w:r>
      <w:r w:rsidR="00886557">
        <w:rPr>
          <w:rFonts w:ascii="Nanum Gothic" w:eastAsia="Nanum Gothic" w:hAnsi="Nanum Gothic" w:cs="Nanum Gothic" w:hint="eastAsia"/>
          <w:color w:val="1A1A1A"/>
          <w:sz w:val="20"/>
          <w:lang w:eastAsia="ko-KR"/>
        </w:rPr>
        <w:t>, 약 250 ~ 300 단어(한글 기준)</w:t>
      </w:r>
    </w:p>
    <w:p w14:paraId="3C4EFEEF"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비용 계산 예시</w:t>
      </w:r>
      <w:r>
        <w:rPr>
          <w:rFonts w:ascii="Nanum Gothic" w:eastAsia="Nanum Gothic" w:hAnsi="Nanum Gothic" w:cs="Nanum Gothic"/>
          <w:color w:val="1A1A1A"/>
          <w:sz w:val="20"/>
          <w:lang w:eastAsia="ko-KR"/>
        </w:rPr>
        <w:t xml:space="preserve"> (교육용 추정치, 실제 가격은 공식 문서 참조):</w:t>
      </w:r>
    </w:p>
    <w:p w14:paraId="3D96F1B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짧은 질문(100토큰) + 짧은 답(200토큰) = 300토큰 소모</w:t>
      </w:r>
    </w:p>
    <w:p w14:paraId="62C3B99E"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1만 번 반복 → 300만 토큰</w:t>
      </w:r>
    </w:p>
    <w:p w14:paraId="09B4CED3"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속도 영향</w:t>
      </w:r>
      <w:r>
        <w:rPr>
          <w:rFonts w:ascii="Nanum Gothic" w:eastAsia="Nanum Gothic" w:hAnsi="Nanum Gothic" w:cs="Nanum Gothic"/>
          <w:color w:val="1A1A1A"/>
          <w:sz w:val="20"/>
          <w:lang w:eastAsia="ko-KR"/>
        </w:rPr>
        <w:t>: 토큰 수가 많을수록 처리 시간 증가. 실시간 서비스에서 응답 속도가 중요한 경우, 프롬프트 간소화가 필요합니다.</w:t>
      </w:r>
    </w:p>
    <w:tbl>
      <w:tblPr>
        <w:tblStyle w:val="af9"/>
        <w:tblW w:w="0" w:type="auto"/>
        <w:tblLayout w:type="fixed"/>
        <w:tblLook w:val="04A0" w:firstRow="1" w:lastRow="0" w:firstColumn="1" w:lastColumn="0" w:noHBand="0" w:noVBand="1"/>
      </w:tblPr>
      <w:tblGrid>
        <w:gridCol w:w="400"/>
        <w:gridCol w:w="8672"/>
      </w:tblGrid>
      <w:tr w:rsidR="00226CAC" w14:paraId="6DF94326" w14:textId="77777777">
        <w:tc>
          <w:tcPr>
            <w:tcW w:w="400" w:type="dxa"/>
            <w:shd w:val="clear" w:color="auto" w:fill="0F9D8C"/>
          </w:tcPr>
          <w:p w14:paraId="786F21C2" w14:textId="77777777" w:rsidR="00226CAC" w:rsidRDefault="00226CAC">
            <w:pPr>
              <w:spacing w:before="80" w:after="80"/>
              <w:rPr>
                <w:rFonts w:eastAsia="Nanum Gothic"/>
                <w:lang w:eastAsia="ko-KR"/>
              </w:rPr>
            </w:pPr>
          </w:p>
        </w:tc>
        <w:tc>
          <w:tcPr>
            <w:tcW w:w="8672" w:type="dxa"/>
            <w:shd w:val="clear" w:color="auto" w:fill="E6F7F4"/>
          </w:tcPr>
          <w:p w14:paraId="5A6EF6A7" w14:textId="73330D7F" w:rsidR="00226CAC" w:rsidRDefault="00000000">
            <w:pPr>
              <w:spacing w:before="80" w:after="80"/>
              <w:rPr>
                <w:rFonts w:hint="eastAsia" w:eastAsia="Nanum Gothic"/>
                <w:lang w:eastAsia="ko-KR"/>
              </w:rPr>
            </w:pPr>
            <w:r>
              <w:rPr>
                <w:rFonts w:ascii="Nanum Gothic" w:eastAsia="Nanum Gothic" w:hAnsi="Nanum Gothic" w:cs="Nanum Gothic"/>
                <w:b/>
                <w:color w:val="0F9D8C"/>
                <w:sz w:val="20"/>
                <w:lang w:eastAsia="ko-KR"/>
              </w:rPr>
              <w:t>💡 비유</w:t>
            </w:r>
            <w:r>
              <w:rPr>
                <w:rFonts w:ascii="Apple SD Gothic Neo" w:eastAsia="Nanum Gothic" w:hAnsi="Apple SD Gothic Neo" w:cs="Apple SD Gothic Neo"/>
                <w:b/>
                <w:color w:val="0F9D8C"/>
                <w:sz w:val="20"/>
                <w:lang w:eastAsia="ko-KR"/>
              </w:rPr>
              <w:br/>
            </w:r>
            <w:r>
              <w:rPr>
                <w:rFonts w:ascii="Nanum Gothic" w:eastAsia="Nanum Gothic" w:hAnsi="Nanum Gothic" w:cs="Nanum Gothic"/>
                <w:color w:val="1A1A1A"/>
                <w:sz w:val="20"/>
                <w:lang w:eastAsia="ko-KR"/>
              </w:rPr>
              <w:t xml:space="preserve">토큰은 </w:t>
            </w:r>
            <w:r w:rsidR="00CB31CC">
              <w:rPr>
                <w:rFonts w:ascii="Nanum Gothic" w:eastAsia="Nanum Gothic" w:hAnsi="Nanum Gothic" w:cs="Nanum Gothic" w:hint="eastAsia"/>
                <w:color w:val="1A1A1A"/>
                <w:sz w:val="20"/>
                <w:lang w:eastAsia="ko-KR"/>
              </w:rPr>
              <w:t>택배 상자와 비슷합니다</w:t>
            </w:r>
            <w:r>
              <w:rPr>
                <w:rFonts w:ascii="Nanum Gothic" w:eastAsia="Nanum Gothic" w:hAnsi="Nanum Gothic" w:cs="Nanum Gothic"/>
                <w:color w:val="1A1A1A"/>
                <w:sz w:val="20"/>
                <w:lang w:eastAsia="ko-KR"/>
              </w:rPr>
              <w:t xml:space="preserve">. </w:t>
            </w:r>
            <w:r w:rsidR="00CB31CC">
              <w:rPr>
                <w:rFonts w:ascii="Nanum Gothic" w:eastAsia="Nanum Gothic" w:hAnsi="Nanum Gothic" w:cs="Nanum Gothic" w:hint="eastAsia"/>
                <w:color w:val="1A1A1A"/>
                <w:sz w:val="20"/>
                <w:lang w:eastAsia="ko-KR"/>
              </w:rPr>
              <w:t xml:space="preserve">이삿짐을 통째로 보내지 않고 여러 상자로 나눠 담듯, </w:t>
            </w:r>
            <w:r w:rsidR="00CB31CC">
              <w:rPr>
                <w:rFonts w:ascii="Nanum Gothic" w:eastAsia="Nanum Gothic" w:hAnsi="Nanum Gothic" w:cs="Nanum Gothic"/>
                <w:color w:val="1A1A1A"/>
                <w:sz w:val="20"/>
                <w:lang w:eastAsia="ko-KR"/>
              </w:rPr>
              <w:t>LLM</w:t>
            </w:r>
            <w:r w:rsidR="00CB31CC">
              <w:rPr>
                <w:rFonts w:ascii="Nanum Gothic" w:eastAsia="Nanum Gothic" w:hAnsi="Nanum Gothic" w:cs="Nanum Gothic" w:hint="eastAsia"/>
                <w:color w:val="1A1A1A"/>
                <w:sz w:val="20"/>
                <w:lang w:eastAsia="ko-KR"/>
              </w:rPr>
              <w:t>도 텍스트를 작은 조각인 토큰으로 나눠 처리합니다. 상자가 많을 수록 운임과 배송 시간이 늘듯, 토큰이 많을 수록 비용과 처리 시간도 늘어납니다.</w:t>
            </w:r>
          </w:p>
        </w:tc>
      </w:tr>
    </w:tbl>
    <w:p w14:paraId="0E920AE2" w14:textId="77777777" w:rsidR="00226CAC" w:rsidRDefault="00226CAC">
      <w:pPr>
        <w:rPr>
          <w:rFonts w:eastAsia="Nanum Gothic"/>
          <w:lang w:eastAsia="ko-KR"/>
        </w:rPr>
      </w:pPr>
    </w:p>
    <w:tbl>
      <w:tblPr>
        <w:tblStyle w:val="af9"/>
        <w:tblW w:w="0" w:type="auto"/>
        <w:tblLayout w:type="fixed"/>
        <w:tblLook w:val="04A0" w:firstRow="1" w:lastRow="0" w:firstColumn="1" w:lastColumn="0" w:noHBand="0" w:noVBand="1"/>
      </w:tblPr>
      <w:tblGrid>
        <w:gridCol w:w="400"/>
        <w:gridCol w:w="8672"/>
      </w:tblGrid>
      <w:tr w:rsidR="00226CAC" w14:paraId="0D2ACDB6" w14:textId="77777777">
        <w:tc>
          <w:tcPr>
            <w:tcW w:w="400" w:type="dxa"/>
            <w:shd w:val="clear" w:color="auto" w:fill="6B46C1"/>
          </w:tcPr>
          <w:p w14:paraId="13B8402B" w14:textId="77777777" w:rsidR="00226CAC" w:rsidRDefault="00226CAC">
            <w:pPr>
              <w:spacing w:before="80" w:after="80"/>
              <w:rPr>
                <w:rFonts w:eastAsia="Nanum Gothic"/>
                <w:lang w:eastAsia="ko-KR"/>
              </w:rPr>
            </w:pPr>
          </w:p>
        </w:tc>
        <w:tc>
          <w:tcPr>
            <w:tcW w:w="8672" w:type="dxa"/>
            <w:shd w:val="clear" w:color="auto" w:fill="F3EEFB"/>
          </w:tcPr>
          <w:p w14:paraId="1E8270B7" w14:textId="7777777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내가 LLM API를 사용하는 서비스를 운영한다면, 한국어 입력이 영어 입력보다 비용이 더 드는 이유를 팀에 어떻게 설명할 것인가?</w:t>
            </w:r>
          </w:p>
        </w:tc>
      </w:tr>
    </w:tbl>
    <w:p w14:paraId="3E227F8E" w14:textId="77777777" w:rsidR="00226CAC" w:rsidRDefault="00226CAC">
      <w:pPr>
        <w:rPr>
          <w:rFonts w:eastAsia="Nanum Gothic"/>
          <w:lang w:eastAsia="ko-KR"/>
        </w:rPr>
      </w:pPr>
    </w:p>
    <w:p w14:paraId="4C844C84"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4.1.4 용어 ② 파라미터 (Parameter) — "학습된 지식의 저장소"</w:t>
      </w:r>
    </w:p>
    <w:p w14:paraId="0A784D4E" w14:textId="77777777" w:rsidR="00226CAC" w:rsidRDefault="00000000">
      <w:pPr>
        <w:spacing w:before="160" w:after="40"/>
      </w:pPr>
      <w:r>
        <w:rPr>
          <w:rFonts w:ascii="Nanum Gothic" w:eastAsia="Nanum Gothic" w:hAnsi="Nanum Gothic" w:cs="Nanum Gothic"/>
          <w:b/>
          <w:color w:val="024AD8"/>
          <w:sz w:val="24"/>
        </w:rPr>
        <w:t>4.1.4.1 정의와 개념</w:t>
      </w:r>
    </w:p>
    <w:tbl>
      <w:tblPr>
        <w:tblStyle w:val="af9"/>
        <w:tblW w:w="0" w:type="auto"/>
        <w:tblLook w:val="04A0" w:firstRow="1" w:lastRow="0" w:firstColumn="1" w:lastColumn="0" w:noHBand="0" w:noVBand="1"/>
      </w:tblPr>
      <w:tblGrid>
        <w:gridCol w:w="4536"/>
        <w:gridCol w:w="4536"/>
      </w:tblGrid>
      <w:tr w:rsidR="00226CAC" w14:paraId="17D2E28A" w14:textId="77777777" w:rsidTr="00CB31CC">
        <w:tc>
          <w:tcPr>
            <w:tcW w:w="4536" w:type="dxa"/>
            <w:shd w:val="clear" w:color="auto" w:fill="024AD8"/>
          </w:tcPr>
          <w:p w14:paraId="443A6BA6" w14:textId="77777777" w:rsidR="00226CAC" w:rsidRDefault="00000000">
            <w:pPr>
              <w:spacing w:before="60" w:after="60"/>
            </w:pPr>
            <w:r>
              <w:rPr>
                <w:rFonts w:ascii="Nanum Gothic" w:eastAsia="Nanum Gothic" w:hAnsi="Nanum Gothic" w:cs="Nanum Gothic"/>
                <w:b/>
                <w:color w:val="FFFFFF"/>
                <w:sz w:val="20"/>
              </w:rPr>
              <w:t>항목</w:t>
            </w:r>
          </w:p>
        </w:tc>
        <w:tc>
          <w:tcPr>
            <w:tcW w:w="4536" w:type="dxa"/>
            <w:shd w:val="clear" w:color="auto" w:fill="024AD8"/>
          </w:tcPr>
          <w:p w14:paraId="10408FA2" w14:textId="77777777" w:rsidR="00226CAC" w:rsidRDefault="00000000">
            <w:pPr>
              <w:spacing w:before="60" w:after="60"/>
            </w:pPr>
            <w:r>
              <w:rPr>
                <w:rFonts w:ascii="Nanum Gothic" w:eastAsia="Nanum Gothic" w:hAnsi="Nanum Gothic" w:cs="Nanum Gothic"/>
                <w:b/>
                <w:color w:val="FFFFFF"/>
                <w:sz w:val="20"/>
              </w:rPr>
              <w:t>내용</w:t>
            </w:r>
          </w:p>
        </w:tc>
      </w:tr>
      <w:tr w:rsidR="00226CAC" w14:paraId="4804610B" w14:textId="77777777" w:rsidTr="00CB31CC">
        <w:tc>
          <w:tcPr>
            <w:tcW w:w="4536" w:type="dxa"/>
          </w:tcPr>
          <w:p w14:paraId="104993D0" w14:textId="77777777" w:rsidR="00226CAC" w:rsidRDefault="00000000">
            <w:pPr>
              <w:spacing w:before="60" w:after="60"/>
            </w:pPr>
            <w:r>
              <w:rPr>
                <w:rFonts w:ascii="Nanum Gothic" w:eastAsia="Nanum Gothic" w:hAnsi="Nanum Gothic" w:cs="Nanum Gothic"/>
                <w:b/>
                <w:color w:val="1A1A1A"/>
                <w:sz w:val="20"/>
              </w:rPr>
              <w:t>정의</w:t>
            </w:r>
          </w:p>
        </w:tc>
        <w:tc>
          <w:tcPr>
            <w:tcW w:w="4536" w:type="dxa"/>
          </w:tcPr>
          <w:p w14:paraId="71B8579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LLM 내부에서 단어·개념 간 관계를 저장하는 수치 변수</w:t>
            </w:r>
          </w:p>
        </w:tc>
      </w:tr>
      <w:tr w:rsidR="00226CAC" w14:paraId="61385F35" w14:textId="77777777" w:rsidTr="00CB31CC">
        <w:tc>
          <w:tcPr>
            <w:tcW w:w="4536" w:type="dxa"/>
          </w:tcPr>
          <w:p w14:paraId="6B0BB723" w14:textId="77777777" w:rsidR="00226CAC" w:rsidRDefault="00000000">
            <w:pPr>
              <w:spacing w:before="60" w:after="60"/>
            </w:pPr>
            <w:r>
              <w:rPr>
                <w:rFonts w:ascii="Nanum Gothic" w:eastAsia="Nanum Gothic" w:hAnsi="Nanum Gothic" w:cs="Nanum Gothic"/>
                <w:b/>
                <w:color w:val="1A1A1A"/>
                <w:sz w:val="20"/>
              </w:rPr>
              <w:t>비유</w:t>
            </w:r>
          </w:p>
        </w:tc>
        <w:tc>
          <w:tcPr>
            <w:tcW w:w="4536" w:type="dxa"/>
          </w:tcPr>
          <w:p w14:paraId="3B7DB93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뇌의 뉴런 연결 강도 다이얼 수</w:t>
            </w:r>
          </w:p>
        </w:tc>
      </w:tr>
      <w:tr w:rsidR="00226CAC" w14:paraId="46FF123B" w14:textId="77777777" w:rsidTr="00CB31CC">
        <w:tc>
          <w:tcPr>
            <w:tcW w:w="4536" w:type="dxa"/>
          </w:tcPr>
          <w:p w14:paraId="4AA94C5F" w14:textId="77777777" w:rsidR="00226CAC" w:rsidRDefault="00000000">
            <w:pPr>
              <w:spacing w:before="60" w:after="60"/>
            </w:pPr>
            <w:r>
              <w:rPr>
                <w:rFonts w:ascii="Nanum Gothic" w:eastAsia="Nanum Gothic" w:hAnsi="Nanum Gothic" w:cs="Nanum Gothic"/>
                <w:b/>
                <w:color w:val="1A1A1A"/>
                <w:sz w:val="20"/>
              </w:rPr>
              <w:t>주요 오개념</w:t>
            </w:r>
          </w:p>
        </w:tc>
        <w:tc>
          <w:tcPr>
            <w:tcW w:w="4536" w:type="dxa"/>
          </w:tcPr>
          <w:p w14:paraId="5BE3A35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"파라미터가 많을수록 무조건 똑똑하다" → ❌</w:t>
            </w:r>
          </w:p>
        </w:tc>
      </w:tr>
    </w:tbl>
    <w:p w14:paraId="426B4D68" w14:textId="77777777" w:rsidR="00226CAC" w:rsidRDefault="00226CAC">
      <w:pPr>
        <w:rPr>
          <w:rFonts w:eastAsia="Nanum Gothic"/>
          <w:lang w:eastAsia="ko-KR"/>
        </w:rPr>
      </w:pPr>
    </w:p>
    <w:p w14:paraId="29855ECE"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4.1.4.2 파라미터란 무엇인가</w:t>
      </w:r>
    </w:p>
    <w:p w14:paraId="7C92DE5F" w14:textId="1EEA97B6"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LLM을 단순화하면 수십억~수천억 개의 숫자(파라미터)로 구성된 함수입니다. 텍스트가 입력되면 이 숫자들을 통해 계산</w:t>
      </w:r>
      <w:r w:rsidR="00CB31CC">
        <w:rPr>
          <w:rFonts w:ascii="Nanum Gothic" w:eastAsia="Nanum Gothic" w:hAnsi="Nanum Gothic" w:cs="Nanum Gothic" w:hint="eastAsia"/>
          <w:color w:val="1A1A1A"/>
          <w:sz w:val="20"/>
          <w:lang w:eastAsia="ko-KR"/>
        </w:rPr>
        <w:t>을 하여</w:t>
      </w:r>
      <w:r>
        <w:rPr>
          <w:rFonts w:ascii="Nanum Gothic" w:eastAsia="Nanum Gothic" w:hAnsi="Nanum Gothic" w:cs="Nanum Gothic"/>
          <w:color w:val="1A1A1A"/>
          <w:sz w:val="20"/>
          <w:lang w:eastAsia="ko-KR"/>
        </w:rPr>
        <w:t xml:space="preserve"> 다음 토큰</w:t>
      </w:r>
      <w:r w:rsidR="00CB31CC">
        <w:rPr>
          <w:rFonts w:ascii="Nanum Gothic" w:eastAsia="Nanum Gothic" w:hAnsi="Nanum Gothic" w:cs="Nanum Gothic" w:hint="eastAsia"/>
          <w:color w:val="1A1A1A"/>
          <w:sz w:val="20"/>
          <w:lang w:eastAsia="ko-KR"/>
        </w:rPr>
        <w:t>을</w:t>
      </w:r>
      <w:r>
        <w:rPr>
          <w:rFonts w:ascii="Nanum Gothic" w:eastAsia="Nanum Gothic" w:hAnsi="Nanum Gothic" w:cs="Nanum Gothic"/>
          <w:color w:val="1A1A1A"/>
          <w:sz w:val="20"/>
          <w:lang w:eastAsia="ko-KR"/>
        </w:rPr>
        <w:t xml:space="preserve"> 예측</w:t>
      </w:r>
      <w:r w:rsidR="00CB31CC">
        <w:rPr>
          <w:rFonts w:ascii="Nanum Gothic" w:eastAsia="Nanum Gothic" w:hAnsi="Nanum Gothic" w:cs="Nanum Gothic" w:hint="eastAsia"/>
          <w:color w:val="1A1A1A"/>
          <w:sz w:val="20"/>
          <w:lang w:eastAsia="ko-KR"/>
        </w:rPr>
        <w:t>합니다</w:t>
      </w:r>
      <w:r>
        <w:rPr>
          <w:rFonts w:ascii="Nanum Gothic" w:eastAsia="Nanum Gothic" w:hAnsi="Nanum Gothic" w:cs="Nanum Gothic"/>
          <w:color w:val="1A1A1A"/>
          <w:sz w:val="20"/>
          <w:lang w:eastAsia="ko-KR"/>
        </w:rPr>
        <w:t>.</w:t>
      </w:r>
    </w:p>
    <w:p w14:paraId="2969E50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학습 과정:</w:t>
      </w:r>
    </w:p>
    <w:p w14:paraId="5E847424"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1. 대량 텍스트 데이터를 입력</w:t>
      </w:r>
    </w:p>
    <w:p w14:paraId="1A687C2C"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2. 모델이 예측 → 정답과 비교 → 오차 계산</w:t>
      </w:r>
    </w:p>
    <w:p w14:paraId="35705776" w14:textId="2F1C7072" w:rsidR="00226CAC" w:rsidRDefault="00000000">
      <w:pPr>
        <w:spacing w:before="40" w:after="40"/>
        <w:ind w:left="397"/>
        <w:rPr>
          <w:rFonts w:hint="eastAsia" w:eastAsia="Nanum Gothic"/>
          <w:lang w:eastAsia="ko-KR"/>
        </w:rPr>
      </w:pPr>
      <w:r>
        <w:rPr>
          <w:rFonts w:ascii="Nanum Gothic" w:eastAsia="Nanum Gothic" w:hAnsi="Nanum Gothic" w:cs="Nanum Gothic"/>
          <w:color w:val="1A1A1A"/>
          <w:sz w:val="20"/>
          <w:lang w:eastAsia="ko-KR"/>
        </w:rPr>
        <w:t>3. 파라미터를 조정해 오차를 줄임</w:t>
      </w:r>
    </w:p>
    <w:p w14:paraId="31D81B8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4. 수십 억 회 반복 → 파라미터가 "학습"됨</w:t>
      </w:r>
    </w:p>
    <w:p w14:paraId="4AA55686" w14:textId="71129463" w:rsidR="00226CAC" w:rsidRDefault="00CB31CC">
      <w:pPr>
        <w:spacing w:before="60" w:after="60"/>
        <w:rPr>
          <w:rFonts w:hint="eastAsia" w:eastAsia="Nanum Gothic"/>
          <w:lang w:eastAsia="ko-KR"/>
        </w:rPr>
      </w:pPr>
      <w:r>
        <w:rPr>
          <w:rFonts w:ascii="Nanum Gothic" w:eastAsia="Nanum Gothic" w:hAnsi="Nanum Gothic" w:cs="Nanum Gothic" w:hint="eastAsia"/>
          <w:color w:val="1A1A1A"/>
          <w:sz w:val="20"/>
          <w:lang w:eastAsia="ko-KR"/>
        </w:rPr>
        <w:t xml:space="preserve">위 학습 과정을 통해 </w:t>
      </w:r>
      <w:r w:rsidR="00000000">
        <w:rPr>
          <w:rFonts w:ascii="Nanum Gothic" w:eastAsia="Nanum Gothic" w:hAnsi="Nanum Gothic" w:cs="Nanum Gothic"/>
          <w:color w:val="1A1A1A"/>
          <w:sz w:val="20"/>
          <w:lang w:eastAsia="ko-KR"/>
        </w:rPr>
        <w:t>파라미터에 언어 패턴, 사실, 개념 간 관계가 인코딩</w:t>
      </w:r>
      <w:r>
        <w:rPr>
          <w:rFonts w:ascii="Nanum Gothic" w:eastAsia="Nanum Gothic" w:hAnsi="Nanum Gothic" w:cs="Nanum Gothic" w:hint="eastAsia"/>
          <w:color w:val="1A1A1A"/>
          <w:sz w:val="20"/>
          <w:lang w:eastAsia="ko-KR"/>
        </w:rPr>
        <w:t xml:space="preserve"> 됩니다</w:t>
      </w:r>
      <w:r w:rsidR="00000000">
        <w:rPr>
          <w:rFonts w:ascii="Nanum Gothic" w:eastAsia="Nanum Gothic" w:hAnsi="Nanum Gothic" w:cs="Nanum Gothic"/>
          <w:color w:val="1A1A1A"/>
          <w:sz w:val="20"/>
          <w:lang w:eastAsia="ko-KR"/>
        </w:rPr>
        <w:t>.</w:t>
      </w:r>
    </w:p>
    <w:p w14:paraId="43F520E8" w14:textId="77777777" w:rsidR="00226CAC" w:rsidRDefault="00000000">
      <w:pPr>
        <w:spacing w:before="160" w:after="40"/>
      </w:pPr>
      <w:r>
        <w:rPr>
          <w:rFonts w:ascii="Nanum Gothic" w:eastAsia="Nanum Gothic" w:hAnsi="Nanum Gothic" w:cs="Nanum Gothic"/>
          <w:b/>
          <w:color w:val="024AD8"/>
          <w:sz w:val="24"/>
        </w:rPr>
        <w:t>4.1.4.3 파라미터 수 비교</w:t>
      </w:r>
    </w:p>
    <w:tbl>
      <w:tblPr>
        <w:tblStyle w:val="af9"/>
        <w:tblW w:w="0" w:type="auto"/>
        <w:tblLook w:val="04A0" w:firstRow="1" w:lastRow="0" w:firstColumn="1" w:lastColumn="0" w:noHBand="0" w:noVBand="1"/>
      </w:tblPr>
      <w:tblGrid>
        <w:gridCol w:w="3024"/>
        <w:gridCol w:w="3024"/>
        <w:gridCol w:w="3024"/>
      </w:tblGrid>
      <w:tr w:rsidR="00226CAC" w14:paraId="0824C417" w14:textId="77777777">
        <w:tc>
          <w:tcPr>
            <w:tcW w:w="3024" w:type="dxa"/>
            <w:shd w:val="clear" w:color="auto" w:fill="024AD8"/>
          </w:tcPr>
          <w:p w14:paraId="2DFC3009" w14:textId="77777777" w:rsidR="00226CAC" w:rsidRDefault="00000000">
            <w:pPr>
              <w:spacing w:before="60" w:after="60"/>
            </w:pPr>
            <w:r>
              <w:rPr>
                <w:rFonts w:ascii="Nanum Gothic" w:eastAsia="Nanum Gothic" w:hAnsi="Nanum Gothic" w:cs="Nanum Gothic"/>
                <w:b/>
                <w:color w:val="FFFFFF"/>
                <w:sz w:val="20"/>
              </w:rPr>
              <w:t>모델</w:t>
            </w:r>
          </w:p>
        </w:tc>
        <w:tc>
          <w:tcPr>
            <w:tcW w:w="3024" w:type="dxa"/>
            <w:shd w:val="clear" w:color="auto" w:fill="024AD8"/>
          </w:tcPr>
          <w:p w14:paraId="3ECB953F" w14:textId="77777777" w:rsidR="00226CAC" w:rsidRDefault="00000000">
            <w:pPr>
              <w:spacing w:before="60" w:after="60"/>
            </w:pPr>
            <w:r>
              <w:rPr>
                <w:rFonts w:ascii="Nanum Gothic" w:eastAsia="Nanum Gothic" w:hAnsi="Nanum Gothic" w:cs="Nanum Gothic"/>
                <w:b/>
                <w:color w:val="FFFFFF"/>
                <w:sz w:val="20"/>
              </w:rPr>
              <w:t>파라미터 수</w:t>
            </w:r>
          </w:p>
        </w:tc>
        <w:tc>
          <w:tcPr>
            <w:tcW w:w="3024" w:type="dxa"/>
            <w:shd w:val="clear" w:color="auto" w:fill="024AD8"/>
          </w:tcPr>
          <w:p w14:paraId="232972C5" w14:textId="77777777" w:rsidR="00226CAC" w:rsidRDefault="00000000">
            <w:pPr>
              <w:spacing w:before="60" w:after="60"/>
            </w:pPr>
            <w:r>
              <w:rPr>
                <w:rFonts w:ascii="Nanum Gothic" w:eastAsia="Nanum Gothic" w:hAnsi="Nanum Gothic" w:cs="Nanum Gothic"/>
                <w:b/>
                <w:color w:val="FFFFFF"/>
                <w:sz w:val="20"/>
              </w:rPr>
              <w:t>특징</w:t>
            </w:r>
          </w:p>
        </w:tc>
      </w:tr>
      <w:tr w:rsidR="00226CAC" w14:paraId="5DC9D967" w14:textId="77777777">
        <w:tc>
          <w:tcPr>
            <w:tcW w:w="3024" w:type="dxa"/>
          </w:tcPr>
          <w:p w14:paraId="058355A4" w14:textId="77777777" w:rsidR="00226CAC" w:rsidRDefault="00000000">
            <w:pPr>
              <w:spacing w:before="60" w:after="60"/>
            </w:pPr>
            <w:r>
              <w:rPr>
                <w:rFonts w:ascii="Nanum Gothic" w:eastAsia="Nanum Gothic" w:hAnsi="Nanum Gothic" w:cs="Nanum Gothic"/>
                <w:color w:val="1A1A1A"/>
                <w:sz w:val="20"/>
              </w:rPr>
              <w:t>GPT-3.5</w:t>
            </w:r>
          </w:p>
        </w:tc>
        <w:tc>
          <w:tcPr>
            <w:tcW w:w="3024" w:type="dxa"/>
          </w:tcPr>
          <w:p w14:paraId="1A79194C" w14:textId="77777777" w:rsidR="00226CAC" w:rsidRDefault="00000000">
            <w:pPr>
              <w:spacing w:before="60" w:after="60"/>
            </w:pPr>
            <w:r>
              <w:rPr>
                <w:rFonts w:ascii="Nanum Gothic" w:eastAsia="Nanum Gothic" w:hAnsi="Nanum Gothic" w:cs="Nanum Gothic"/>
                <w:color w:val="1A1A1A"/>
                <w:sz w:val="20"/>
              </w:rPr>
              <w:t>~175B (1,750억)</w:t>
            </w:r>
          </w:p>
        </w:tc>
        <w:tc>
          <w:tcPr>
            <w:tcW w:w="3024" w:type="dxa"/>
          </w:tcPr>
          <w:p w14:paraId="32CC2C3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ChatGPT 기반 모델</w:t>
            </w:r>
          </w:p>
        </w:tc>
      </w:tr>
      <w:tr w:rsidR="00226CAC" w14:paraId="7281732F" w14:textId="77777777">
        <w:tc>
          <w:tcPr>
            <w:tcW w:w="3024" w:type="dxa"/>
          </w:tcPr>
          <w:p w14:paraId="23A63BEE" w14:textId="77777777" w:rsidR="00226CAC" w:rsidRDefault="00000000">
            <w:pPr>
              <w:spacing w:before="60" w:after="60"/>
            </w:pPr>
            <w:r>
              <w:rPr>
                <w:rFonts w:ascii="Nanum Gothic" w:eastAsia="Nanum Gothic" w:hAnsi="Nanum Gothic" w:cs="Nanum Gothic"/>
                <w:color w:val="1A1A1A"/>
                <w:sz w:val="20"/>
              </w:rPr>
              <w:t>GPT-4</w:t>
            </w:r>
          </w:p>
        </w:tc>
        <w:tc>
          <w:tcPr>
            <w:tcW w:w="3024" w:type="dxa"/>
          </w:tcPr>
          <w:p w14:paraId="3B55E870" w14:textId="77777777" w:rsidR="00226CAC" w:rsidRDefault="00000000">
            <w:pPr>
              <w:spacing w:before="60" w:after="60"/>
            </w:pPr>
            <w:r>
              <w:rPr>
                <w:rFonts w:ascii="Nanum Gothic" w:eastAsia="Nanum Gothic" w:hAnsi="Nanum Gothic" w:cs="Nanum Gothic"/>
                <w:color w:val="1A1A1A"/>
                <w:sz w:val="20"/>
              </w:rPr>
              <w:t>비공개 (추정 ~1조+)</w:t>
            </w:r>
          </w:p>
        </w:tc>
        <w:tc>
          <w:tcPr>
            <w:tcW w:w="3024" w:type="dxa"/>
          </w:tcPr>
          <w:p w14:paraId="69C2D56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현재 추정치; OpenAI 비공개</w:t>
            </w:r>
          </w:p>
        </w:tc>
      </w:tr>
      <w:tr w:rsidR="00226CAC" w14:paraId="476FCE21" w14:textId="77777777">
        <w:tc>
          <w:tcPr>
            <w:tcW w:w="3024" w:type="dxa"/>
          </w:tcPr>
          <w:p w14:paraId="6B2CB6B3" w14:textId="77777777" w:rsidR="00226CAC" w:rsidRDefault="00000000">
            <w:pPr>
              <w:spacing w:before="60" w:after="60"/>
            </w:pPr>
            <w:r>
              <w:rPr>
                <w:rFonts w:ascii="Nanum Gothic" w:eastAsia="Nanum Gothic" w:hAnsi="Nanum Gothic" w:cs="Nanum Gothic"/>
                <w:color w:val="1A1A1A"/>
                <w:sz w:val="20"/>
              </w:rPr>
              <w:t>Gemini 1.5 Pro</w:t>
            </w:r>
          </w:p>
        </w:tc>
        <w:tc>
          <w:tcPr>
            <w:tcW w:w="3024" w:type="dxa"/>
          </w:tcPr>
          <w:p w14:paraId="2D69EF22" w14:textId="77777777" w:rsidR="00226CAC" w:rsidRDefault="00000000">
            <w:pPr>
              <w:spacing w:before="60" w:after="60"/>
            </w:pPr>
            <w:r>
              <w:rPr>
                <w:rFonts w:ascii="Nanum Gothic" w:eastAsia="Nanum Gothic" w:hAnsi="Nanum Gothic" w:cs="Nanum Gothic"/>
                <w:color w:val="1A1A1A"/>
                <w:sz w:val="20"/>
              </w:rPr>
              <w:t>비공개</w:t>
            </w:r>
          </w:p>
        </w:tc>
        <w:tc>
          <w:tcPr>
            <w:tcW w:w="3024" w:type="dxa"/>
          </w:tcPr>
          <w:p w14:paraId="5407B9C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컨텍스트 윈도우 최대 강점</w:t>
            </w:r>
          </w:p>
        </w:tc>
      </w:tr>
      <w:tr w:rsidR="00226CAC" w14:paraId="58F3C596" w14:textId="77777777">
        <w:tc>
          <w:tcPr>
            <w:tcW w:w="3024" w:type="dxa"/>
          </w:tcPr>
          <w:p w14:paraId="2743ADF8" w14:textId="77777777" w:rsidR="00226CAC" w:rsidRDefault="00000000">
            <w:pPr>
              <w:spacing w:before="60" w:after="60"/>
            </w:pPr>
            <w:r>
              <w:rPr>
                <w:rFonts w:ascii="Nanum Gothic" w:eastAsia="Nanum Gothic" w:hAnsi="Nanum Gothic" w:cs="Nanum Gothic"/>
                <w:color w:val="1A1A1A"/>
                <w:sz w:val="20"/>
              </w:rPr>
              <w:t>Claude 3.5 Sonnet</w:t>
            </w:r>
          </w:p>
        </w:tc>
        <w:tc>
          <w:tcPr>
            <w:tcW w:w="3024" w:type="dxa"/>
          </w:tcPr>
          <w:p w14:paraId="6A75BEBC" w14:textId="77777777" w:rsidR="00226CAC" w:rsidRDefault="00000000">
            <w:pPr>
              <w:spacing w:before="60" w:after="60"/>
            </w:pPr>
            <w:r>
              <w:rPr>
                <w:rFonts w:ascii="Nanum Gothic" w:eastAsia="Nanum Gothic" w:hAnsi="Nanum Gothic" w:cs="Nanum Gothic"/>
                <w:color w:val="1A1A1A"/>
                <w:sz w:val="20"/>
              </w:rPr>
              <w:t>비공개</w:t>
            </w:r>
          </w:p>
        </w:tc>
        <w:tc>
          <w:tcPr>
            <w:tcW w:w="3024" w:type="dxa"/>
          </w:tcPr>
          <w:p w14:paraId="4223229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Anthropic 비공개 정책</w:t>
            </w:r>
          </w:p>
        </w:tc>
      </w:tr>
      <w:tr w:rsidR="00226CAC" w14:paraId="4F584D57" w14:textId="77777777">
        <w:tc>
          <w:tcPr>
            <w:tcW w:w="3024" w:type="dxa"/>
          </w:tcPr>
          <w:p w14:paraId="1AF0028E" w14:textId="77777777" w:rsidR="00226CAC" w:rsidRDefault="00000000">
            <w:pPr>
              <w:spacing w:before="60" w:after="60"/>
            </w:pPr>
            <w:r>
              <w:rPr>
                <w:rFonts w:ascii="Nanum Gothic" w:eastAsia="Nanum Gothic" w:hAnsi="Nanum Gothic" w:cs="Nanum Gothic"/>
                <w:color w:val="1A1A1A"/>
                <w:sz w:val="20"/>
              </w:rPr>
              <w:t>Solar Pro</w:t>
            </w:r>
          </w:p>
        </w:tc>
        <w:tc>
          <w:tcPr>
            <w:tcW w:w="3024" w:type="dxa"/>
          </w:tcPr>
          <w:p w14:paraId="049ECD1E" w14:textId="77777777" w:rsidR="00226CAC" w:rsidRDefault="00000000">
            <w:pPr>
              <w:spacing w:before="60" w:after="60"/>
            </w:pPr>
            <w:r>
              <w:rPr>
                <w:rFonts w:ascii="Nanum Gothic" w:eastAsia="Nanum Gothic" w:hAnsi="Nanum Gothic" w:cs="Nanum Gothic"/>
                <w:color w:val="1A1A1A"/>
                <w:sz w:val="20"/>
              </w:rPr>
              <w:t>약 70B~100B</w:t>
            </w:r>
          </w:p>
        </w:tc>
        <w:tc>
          <w:tcPr>
            <w:tcW w:w="3024" w:type="dxa"/>
          </w:tcPr>
          <w:p w14:paraId="5B2FAEF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업스테이지, 한국어 최적화</w:t>
            </w:r>
          </w:p>
        </w:tc>
      </w:tr>
      <w:tr w:rsidR="00226CAC" w14:paraId="38C4A864" w14:textId="77777777">
        <w:tc>
          <w:tcPr>
            <w:tcW w:w="3024" w:type="dxa"/>
          </w:tcPr>
          <w:p w14:paraId="099BD601" w14:textId="77777777" w:rsidR="00226CAC" w:rsidRDefault="00000000">
            <w:pPr>
              <w:spacing w:before="60" w:after="60"/>
            </w:pPr>
            <w:r>
              <w:rPr>
                <w:rFonts w:ascii="Nanum Gothic" w:eastAsia="Nanum Gothic" w:hAnsi="Nanum Gothic" w:cs="Nanum Gothic"/>
                <w:color w:val="1A1A1A"/>
                <w:sz w:val="20"/>
              </w:rPr>
              <w:t>Phi-3 Mini</w:t>
            </w:r>
          </w:p>
        </w:tc>
        <w:tc>
          <w:tcPr>
            <w:tcW w:w="3024" w:type="dxa"/>
          </w:tcPr>
          <w:p w14:paraId="3A6D9E35" w14:textId="77777777" w:rsidR="00226CAC" w:rsidRDefault="00000000">
            <w:pPr>
              <w:spacing w:before="60" w:after="60"/>
            </w:pPr>
            <w:r>
              <w:rPr>
                <w:rFonts w:ascii="Nanum Gothic" w:eastAsia="Nanum Gothic" w:hAnsi="Nanum Gothic" w:cs="Nanum Gothic"/>
                <w:color w:val="1A1A1A"/>
                <w:sz w:val="20"/>
              </w:rPr>
              <w:t>3.8B (38억)</w:t>
            </w:r>
          </w:p>
        </w:tc>
        <w:tc>
          <w:tcPr>
            <w:tcW w:w="3024" w:type="dxa"/>
          </w:tcPr>
          <w:p w14:paraId="1A5B39C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Microsoft, 경량 온디바이스</w:t>
            </w:r>
          </w:p>
        </w:tc>
      </w:tr>
    </w:tbl>
    <w:p w14:paraId="6B7CCC08" w14:textId="77777777" w:rsidR="00226CAC" w:rsidRDefault="00226CAC">
      <w:pPr>
        <w:rPr>
          <w:rFonts w:eastAsia="Nanum Gothic"/>
          <w:lang w:eastAsia="ko-KR"/>
        </w:rPr>
      </w:pPr>
    </w:p>
    <w:tbl>
      <w:tblPr>
        <w:tblStyle w:val="af9"/>
        <w:tblW w:w="0" w:type="auto"/>
        <w:tblLayout w:type="fixed"/>
        <w:tblLook w:val="04A0" w:firstRow="1" w:lastRow="0" w:firstColumn="1" w:lastColumn="0" w:noHBand="0" w:noVBand="1"/>
      </w:tblPr>
      <w:tblGrid>
        <w:gridCol w:w="400"/>
        <w:gridCol w:w="8672"/>
      </w:tblGrid>
      <w:tr w:rsidR="00226CAC" w14:paraId="007C5960" w14:textId="77777777">
        <w:tc>
          <w:tcPr>
            <w:tcW w:w="400" w:type="dxa"/>
            <w:shd w:val="clear" w:color="auto" w:fill="C05621"/>
          </w:tcPr>
          <w:p w14:paraId="2DAC4897" w14:textId="77777777" w:rsidR="00226CAC" w:rsidRDefault="00226CAC">
            <w:pPr>
              <w:spacing w:before="80" w:after="80"/>
              <w:rPr>
                <w:rFonts w:eastAsia="Nanum Gothic"/>
                <w:lang w:eastAsia="ko-KR"/>
              </w:rPr>
            </w:pPr>
          </w:p>
        </w:tc>
        <w:tc>
          <w:tcPr>
            <w:tcW w:w="8672" w:type="dxa"/>
            <w:shd w:val="clear" w:color="auto" w:fill="FFF7E6"/>
          </w:tcPr>
          <w:p w14:paraId="4569A218" w14:textId="77777777" w:rsidR="00226CAC" w:rsidRDefault="00000000">
            <w:pPr>
              <w:spacing w:before="80" w:after="80"/>
              <w:rPr>
                <w:rFonts w:eastAsia="Nanum Gothic"/>
                <w:lang w:eastAsia="ko-KR"/>
              </w:rPr>
            </w:pPr>
            <w:r>
              <w:rPr>
                <w:rFonts w:ascii="Nanum Gothic" w:eastAsia="Nanum Gothic" w:hAnsi="Nanum Gothic" w:cs="Nanum Gothic"/>
                <w:b/>
                <w:color w:val="C05621"/>
                <w:sz w:val="20"/>
                <w:lang w:eastAsia="ko-KR"/>
              </w:rPr>
              <w:t>⚠️ 주의</w:t>
            </w:r>
            <w:r>
              <w:rPr>
                <w:rFonts w:ascii="Apple SD Gothic Neo" w:eastAsia="Nanum Gothic" w:hAnsi="Apple SD Gothic Neo" w:cs="Apple SD Gothic Neo"/>
                <w:b/>
                <w:color w:val="C05621"/>
                <w:sz w:val="20"/>
                <w:lang w:eastAsia="ko-KR"/>
              </w:rPr>
              <w:br/>
            </w:r>
            <w:r>
              <w:rPr>
                <w:rFonts w:ascii="Nanum Gothic" w:eastAsia="Nanum Gothic" w:hAnsi="Nanum Gothic" w:cs="Nanum Gothic"/>
                <w:color w:val="1A1A1A"/>
                <w:sz w:val="20"/>
                <w:lang w:eastAsia="ko-KR"/>
              </w:rPr>
              <w:t>GPT-4 등 주요 모델의 파라미터 수는 공식 비공개. 위 표의 GPT-4 수치는 추정값이며 공식 확인 불가. 교육 목적 참고만.</w:t>
            </w:r>
          </w:p>
        </w:tc>
      </w:tr>
    </w:tbl>
    <w:p w14:paraId="3D7D6582" w14:textId="77777777" w:rsidR="00226CAC" w:rsidRDefault="00226CAC">
      <w:pPr>
        <w:rPr>
          <w:rFonts w:eastAsia="Nanum Gothic"/>
          <w:lang w:eastAsia="ko-KR"/>
        </w:rPr>
      </w:pPr>
    </w:p>
    <w:p w14:paraId="0EABF776" w14:textId="77777777" w:rsidR="00226CAC" w:rsidRDefault="00000000">
      <w:pPr>
        <w:spacing w:before="160" w:after="40"/>
      </w:pPr>
      <w:r>
        <w:rPr>
          <w:rFonts w:ascii="Nanum Gothic" w:eastAsia="Nanum Gothic" w:hAnsi="Nanum Gothic" w:cs="Nanum Gothic"/>
          <w:b/>
          <w:color w:val="024AD8"/>
          <w:sz w:val="24"/>
        </w:rPr>
        <w:t>4.1.4.4 파라미터 ≠ 성능</w:t>
      </w:r>
    </w:p>
    <w:tbl>
      <w:tblPr>
        <w:tblStyle w:val="af9"/>
        <w:tblW w:w="0" w:type="auto"/>
        <w:tblLayout w:type="fixed"/>
        <w:tblLook w:val="04A0" w:firstRow="1" w:lastRow="0" w:firstColumn="1" w:lastColumn="0" w:noHBand="0" w:noVBand="1"/>
      </w:tblPr>
      <w:tblGrid>
        <w:gridCol w:w="400"/>
        <w:gridCol w:w="8672"/>
      </w:tblGrid>
      <w:tr w:rsidR="00226CAC" w14:paraId="353DD3BD" w14:textId="77777777">
        <w:tc>
          <w:tcPr>
            <w:tcW w:w="400" w:type="dxa"/>
            <w:shd w:val="clear" w:color="auto" w:fill="6B46C1"/>
          </w:tcPr>
          <w:p w14:paraId="76411087" w14:textId="77777777" w:rsidR="00226CAC" w:rsidRDefault="00226CAC">
            <w:pPr>
              <w:spacing w:before="80" w:after="80"/>
            </w:pPr>
          </w:p>
        </w:tc>
        <w:tc>
          <w:tcPr>
            <w:tcW w:w="8672" w:type="dxa"/>
            <w:shd w:val="clear" w:color="auto" w:fill="F3EEFB"/>
          </w:tcPr>
          <w:p w14:paraId="392400C2" w14:textId="7777777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"파라미터가 많을수록 무조건 똑똑할까요?"</w:t>
            </w:r>
          </w:p>
        </w:tc>
      </w:tr>
    </w:tbl>
    <w:p w14:paraId="1FF0DB85" w14:textId="77777777" w:rsidR="00226CAC" w:rsidRDefault="00226CAC">
      <w:pPr>
        <w:rPr>
          <w:rFonts w:eastAsia="Nanum Gothic"/>
          <w:lang w:eastAsia="ko-KR"/>
        </w:rPr>
      </w:pPr>
    </w:p>
    <w:p w14:paraId="7622395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답: </w:t>
      </w:r>
      <w:r>
        <w:rPr>
          <w:rFonts w:ascii="Nanum Gothic" w:eastAsia="Nanum Gothic" w:hAnsi="Nanum Gothic" w:cs="Nanum Gothic"/>
          <w:b/>
          <w:color w:val="1A1A1A"/>
          <w:sz w:val="20"/>
          <w:lang w:eastAsia="ko-KR"/>
        </w:rPr>
        <w:t>아니다.</w:t>
      </w:r>
    </w:p>
    <w:p w14:paraId="19FE5EA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파라미터 수는 성능의 한 요소이지만, 결정 요인이 아닙니다.</w:t>
      </w:r>
    </w:p>
    <w:p w14:paraId="4E82E2C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성능을 결정하는 요소:</w:t>
      </w:r>
    </w:p>
    <w:p w14:paraId="0E437EA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1. </w:t>
      </w:r>
      <w:r>
        <w:rPr>
          <w:rFonts w:ascii="Nanum Gothic" w:eastAsia="Nanum Gothic" w:hAnsi="Nanum Gothic" w:cs="Nanum Gothic"/>
          <w:b/>
          <w:color w:val="1A1A1A"/>
          <w:sz w:val="20"/>
          <w:lang w:eastAsia="ko-KR"/>
        </w:rPr>
        <w:t>학습 데이터 품질</w:t>
      </w:r>
      <w:r>
        <w:rPr>
          <w:rFonts w:ascii="Nanum Gothic" w:eastAsia="Nanum Gothic" w:hAnsi="Nanum Gothic" w:cs="Nanum Gothic"/>
          <w:color w:val="1A1A1A"/>
          <w:sz w:val="20"/>
          <w:lang w:eastAsia="ko-KR"/>
        </w:rPr>
        <w:t>: 양보다 질 — 잡음 없는 데이터가 중요</w:t>
      </w:r>
    </w:p>
    <w:p w14:paraId="4E5FB97E"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2. </w:t>
      </w:r>
      <w:r>
        <w:rPr>
          <w:rFonts w:ascii="Nanum Gothic" w:eastAsia="Nanum Gothic" w:hAnsi="Nanum Gothic" w:cs="Nanum Gothic"/>
          <w:b/>
          <w:color w:val="1A1A1A"/>
          <w:sz w:val="20"/>
          <w:lang w:eastAsia="ko-KR"/>
        </w:rPr>
        <w:t>Fine-tuning 방식</w:t>
      </w:r>
      <w:r>
        <w:rPr>
          <w:rFonts w:ascii="Nanum Gothic" w:eastAsia="Nanum Gothic" w:hAnsi="Nanum Gothic" w:cs="Nanum Gothic"/>
          <w:color w:val="1A1A1A"/>
          <w:sz w:val="20"/>
          <w:lang w:eastAsia="ko-KR"/>
        </w:rPr>
        <w:t>: 어떤 방향으로 추가 학습했는가</w:t>
      </w:r>
    </w:p>
    <w:p w14:paraId="495C004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3. </w:t>
      </w:r>
      <w:r>
        <w:rPr>
          <w:rFonts w:ascii="Nanum Gothic" w:eastAsia="Nanum Gothic" w:hAnsi="Nanum Gothic" w:cs="Nanum Gothic"/>
          <w:b/>
          <w:color w:val="1A1A1A"/>
          <w:sz w:val="20"/>
          <w:lang w:eastAsia="ko-KR"/>
        </w:rPr>
        <w:t>RLHF (인간 피드백 강화학습)</w:t>
      </w:r>
      <w:r>
        <w:rPr>
          <w:rFonts w:ascii="Nanum Gothic" w:eastAsia="Nanum Gothic" w:hAnsi="Nanum Gothic" w:cs="Nanum Gothic"/>
          <w:color w:val="1A1A1A"/>
          <w:sz w:val="20"/>
          <w:lang w:eastAsia="ko-KR"/>
        </w:rPr>
        <w:t>: 인간 선호도 반영</w:t>
      </w:r>
    </w:p>
    <w:p w14:paraId="69834DAD"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4. </w:t>
      </w:r>
      <w:r>
        <w:rPr>
          <w:rFonts w:ascii="Nanum Gothic" w:eastAsia="Nanum Gothic" w:hAnsi="Nanum Gothic" w:cs="Nanum Gothic"/>
          <w:b/>
          <w:color w:val="1A1A1A"/>
          <w:sz w:val="20"/>
          <w:lang w:eastAsia="ko-KR"/>
        </w:rPr>
        <w:t>추론(Inference) 최적화</w:t>
      </w:r>
      <w:r>
        <w:rPr>
          <w:rFonts w:ascii="Nanum Gothic" w:eastAsia="Nanum Gothic" w:hAnsi="Nanum Gothic" w:cs="Nanum Gothic"/>
          <w:color w:val="1A1A1A"/>
          <w:sz w:val="20"/>
          <w:lang w:eastAsia="ko-KR"/>
        </w:rPr>
        <w:t>: 같은 파라미터도 추론 방식에 따라 성능 차이</w:t>
      </w:r>
    </w:p>
    <w:p w14:paraId="6D47D44A"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사례</w:t>
      </w:r>
      <w:r>
        <w:rPr>
          <w:rFonts w:ascii="Nanum Gothic" w:eastAsia="Nanum Gothic" w:hAnsi="Nanum Gothic" w:cs="Nanum Gothic"/>
          <w:color w:val="1A1A1A"/>
          <w:sz w:val="20"/>
          <w:lang w:eastAsia="ko-KR"/>
        </w:rPr>
        <w:t>: Solar Mini (업스테이지, 한국어 특화)는 파라미터가 GPT-4보다 훨씬 적지만, 한국어 특화 데이터와 파인튜닝으로 특정 한국어 태스크에서 우수한 성능을 보입니다.</w:t>
      </w:r>
    </w:p>
    <w:tbl>
      <w:tblPr>
        <w:tblStyle w:val="af9"/>
        <w:tblW w:w="0" w:type="auto"/>
        <w:tblLayout w:type="fixed"/>
        <w:tblLook w:val="04A0" w:firstRow="1" w:lastRow="0" w:firstColumn="1" w:lastColumn="0" w:noHBand="0" w:noVBand="1"/>
      </w:tblPr>
      <w:tblGrid>
        <w:gridCol w:w="400"/>
        <w:gridCol w:w="8672"/>
      </w:tblGrid>
      <w:tr w:rsidR="00226CAC" w14:paraId="4F6281BE" w14:textId="77777777">
        <w:tc>
          <w:tcPr>
            <w:tcW w:w="400" w:type="dxa"/>
            <w:shd w:val="clear" w:color="auto" w:fill="0F9D8C"/>
          </w:tcPr>
          <w:p w14:paraId="77A8110B" w14:textId="77777777" w:rsidR="00226CAC" w:rsidRDefault="00226CAC">
            <w:pPr>
              <w:spacing w:before="80" w:after="80"/>
              <w:rPr>
                <w:rFonts w:eastAsia="Nanum Gothic"/>
                <w:lang w:eastAsia="ko-KR"/>
              </w:rPr>
            </w:pPr>
          </w:p>
        </w:tc>
        <w:tc>
          <w:tcPr>
            <w:tcW w:w="8672" w:type="dxa"/>
            <w:shd w:val="clear" w:color="auto" w:fill="E6F7F4"/>
          </w:tcPr>
          <w:p w14:paraId="05A2BE13" w14:textId="77777777" w:rsidR="00226CAC" w:rsidRDefault="00000000">
            <w:pPr>
              <w:spacing w:before="80" w:after="80"/>
              <w:rPr>
                <w:rFonts w:eastAsia="Nanum Gothic"/>
                <w:lang w:eastAsia="ko-KR"/>
              </w:rPr>
            </w:pPr>
            <w:r>
              <w:rPr>
                <w:rFonts w:ascii="Nanum Gothic" w:eastAsia="Nanum Gothic" w:hAnsi="Nanum Gothic" w:cs="Nanum Gothic"/>
                <w:b/>
                <w:color w:val="0F9D8C"/>
                <w:sz w:val="20"/>
                <w:lang w:eastAsia="ko-KR"/>
              </w:rPr>
              <w:t>💡 비유</w:t>
            </w:r>
            <w:r>
              <w:rPr>
                <w:rFonts w:ascii="Apple SD Gothic Neo" w:eastAsia="Nanum Gothic" w:hAnsi="Apple SD Gothic Neo" w:cs="Apple SD Gothic Neo"/>
                <w:b/>
                <w:color w:val="0F9D8C"/>
                <w:sz w:val="20"/>
                <w:lang w:eastAsia="ko-KR"/>
              </w:rPr>
              <w:br/>
            </w:r>
            <w:r>
              <w:rPr>
                <w:rFonts w:ascii="Nanum Gothic" w:eastAsia="Nanum Gothic" w:hAnsi="Nanum Gothic" w:cs="Nanum Gothic"/>
                <w:color w:val="1A1A1A"/>
                <w:sz w:val="20"/>
                <w:lang w:eastAsia="ko-KR"/>
              </w:rPr>
              <w:t>파라미터 수는 하드 드라이브 용량과 유사합니다. 용량이 크다고 해서 데이터가 잘 정리되어 있는 건 아닙니다. 1TB 드라이브가 어질러져 있으면 256GB 깔끔한 드라이브보다 검색이 느릴 수 있습니다. 파라미터도 마찬가지 — 많아도 학습 품질이 낮으면 성능이 낮습니다.</w:t>
            </w:r>
          </w:p>
        </w:tc>
      </w:tr>
    </w:tbl>
    <w:p w14:paraId="111841A0" w14:textId="77777777" w:rsidR="00226CAC" w:rsidRDefault="00226CAC">
      <w:pPr>
        <w:rPr>
          <w:rFonts w:eastAsia="Nanum Gothic"/>
          <w:lang w:eastAsia="ko-KR"/>
        </w:rPr>
      </w:pPr>
    </w:p>
    <w:tbl>
      <w:tblPr>
        <w:tblStyle w:val="af9"/>
        <w:tblW w:w="0" w:type="auto"/>
        <w:tblLayout w:type="fixed"/>
        <w:tblLook w:val="04A0" w:firstRow="1" w:lastRow="0" w:firstColumn="1" w:lastColumn="0" w:noHBand="0" w:noVBand="1"/>
      </w:tblPr>
      <w:tblGrid>
        <w:gridCol w:w="400"/>
        <w:gridCol w:w="8672"/>
      </w:tblGrid>
      <w:tr w:rsidR="00226CAC" w14:paraId="6DD812F8" w14:textId="77777777">
        <w:tc>
          <w:tcPr>
            <w:tcW w:w="400" w:type="dxa"/>
            <w:shd w:val="clear" w:color="auto" w:fill="6B46C1"/>
          </w:tcPr>
          <w:p w14:paraId="6A9A444E" w14:textId="77777777" w:rsidR="00226CAC" w:rsidRDefault="00226CAC">
            <w:pPr>
              <w:spacing w:before="80" w:after="80"/>
              <w:rPr>
                <w:rFonts w:eastAsia="Nanum Gothic"/>
                <w:lang w:eastAsia="ko-KR"/>
              </w:rPr>
            </w:pPr>
          </w:p>
        </w:tc>
        <w:tc>
          <w:tcPr>
            <w:tcW w:w="8672" w:type="dxa"/>
            <w:shd w:val="clear" w:color="auto" w:fill="F3EEFB"/>
          </w:tcPr>
          <w:p w14:paraId="3B3B527B" w14:textId="7777777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"파라미터 수가 클수록 좋다"는 마케팅 문구를 봤을 때, 어떤 추가 정보를 물어봐야 할까?</w:t>
            </w:r>
          </w:p>
        </w:tc>
      </w:tr>
    </w:tbl>
    <w:p w14:paraId="155CAF94" w14:textId="77777777" w:rsidR="00226CAC" w:rsidRDefault="00226CAC">
      <w:pPr>
        <w:rPr>
          <w:rFonts w:eastAsia="Nanum Gothic"/>
          <w:lang w:eastAsia="ko-KR"/>
        </w:rPr>
      </w:pPr>
    </w:p>
    <w:p w14:paraId="1FC8816E"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4.1.5 용어 ③ 컨텍스트 윈도우 (Context Window) — "AI의 단기 기억"</w:t>
      </w:r>
    </w:p>
    <w:p w14:paraId="6A1A296F" w14:textId="77777777" w:rsidR="00226CAC" w:rsidRDefault="00000000">
      <w:pPr>
        <w:spacing w:before="160" w:after="40"/>
      </w:pPr>
      <w:r>
        <w:rPr>
          <w:rFonts w:ascii="Nanum Gothic" w:eastAsia="Nanum Gothic" w:hAnsi="Nanum Gothic" w:cs="Nanum Gothic"/>
          <w:b/>
          <w:color w:val="024AD8"/>
          <w:sz w:val="24"/>
        </w:rPr>
        <w:t>4.1.5.1 정의와 개념</w:t>
      </w:r>
    </w:p>
    <w:tbl>
      <w:tblPr>
        <w:tblStyle w:val="af9"/>
        <w:tblW w:w="0" w:type="auto"/>
        <w:tblLook w:val="04A0" w:firstRow="1" w:lastRow="0" w:firstColumn="1" w:lastColumn="0" w:noHBand="0" w:noVBand="1"/>
      </w:tblPr>
      <w:tblGrid>
        <w:gridCol w:w="4536"/>
        <w:gridCol w:w="4536"/>
      </w:tblGrid>
      <w:tr w:rsidR="00226CAC" w14:paraId="3F143842" w14:textId="77777777">
        <w:tc>
          <w:tcPr>
            <w:tcW w:w="4536" w:type="dxa"/>
            <w:shd w:val="clear" w:color="auto" w:fill="024AD8"/>
          </w:tcPr>
          <w:p w14:paraId="08B46450" w14:textId="77777777" w:rsidR="00226CAC" w:rsidRDefault="00000000">
            <w:pPr>
              <w:spacing w:before="60" w:after="60"/>
            </w:pPr>
            <w:r>
              <w:rPr>
                <w:rFonts w:ascii="Nanum Gothic" w:eastAsia="Nanum Gothic" w:hAnsi="Nanum Gothic" w:cs="Nanum Gothic"/>
                <w:b/>
                <w:color w:val="FFFFFF"/>
                <w:sz w:val="20"/>
              </w:rPr>
              <w:t>항목</w:t>
            </w:r>
          </w:p>
        </w:tc>
        <w:tc>
          <w:tcPr>
            <w:tcW w:w="4536" w:type="dxa"/>
            <w:shd w:val="clear" w:color="auto" w:fill="024AD8"/>
          </w:tcPr>
          <w:p w14:paraId="0B791480" w14:textId="77777777" w:rsidR="00226CAC" w:rsidRDefault="00000000">
            <w:pPr>
              <w:spacing w:before="60" w:after="60"/>
            </w:pPr>
            <w:r>
              <w:rPr>
                <w:rFonts w:ascii="Nanum Gothic" w:eastAsia="Nanum Gothic" w:hAnsi="Nanum Gothic" w:cs="Nanum Gothic"/>
                <w:b/>
                <w:color w:val="FFFFFF"/>
                <w:sz w:val="20"/>
              </w:rPr>
              <w:t>내용</w:t>
            </w:r>
          </w:p>
        </w:tc>
      </w:tr>
      <w:tr w:rsidR="00226CAC" w14:paraId="7907BAF4" w14:textId="77777777">
        <w:tc>
          <w:tcPr>
            <w:tcW w:w="4536" w:type="dxa"/>
          </w:tcPr>
          <w:p w14:paraId="05BF19F1" w14:textId="77777777" w:rsidR="00226CAC" w:rsidRDefault="00000000">
            <w:pPr>
              <w:spacing w:before="60" w:after="60"/>
            </w:pPr>
            <w:r>
              <w:rPr>
                <w:rFonts w:ascii="Nanum Gothic" w:eastAsia="Nanum Gothic" w:hAnsi="Nanum Gothic" w:cs="Nanum Gothic"/>
                <w:b/>
                <w:color w:val="1A1A1A"/>
                <w:sz w:val="20"/>
              </w:rPr>
              <w:t>정의</w:t>
            </w:r>
          </w:p>
        </w:tc>
        <w:tc>
          <w:tcPr>
            <w:tcW w:w="4536" w:type="dxa"/>
          </w:tcPr>
          <w:p w14:paraId="0F52DD7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LLM이 한 번의 요청에서 처리할 수 있는 최대 토큰 수</w:t>
            </w:r>
          </w:p>
        </w:tc>
      </w:tr>
      <w:tr w:rsidR="00226CAC" w14:paraId="7651E337" w14:textId="77777777">
        <w:tc>
          <w:tcPr>
            <w:tcW w:w="4536" w:type="dxa"/>
          </w:tcPr>
          <w:p w14:paraId="389C2BD6" w14:textId="77777777" w:rsidR="00226CAC" w:rsidRDefault="00000000">
            <w:pPr>
              <w:spacing w:before="60" w:after="60"/>
            </w:pPr>
            <w:r>
              <w:rPr>
                <w:rFonts w:ascii="Nanum Gothic" w:eastAsia="Nanum Gothic" w:hAnsi="Nanum Gothic" w:cs="Nanum Gothic"/>
                <w:b/>
                <w:color w:val="1A1A1A"/>
                <w:sz w:val="20"/>
              </w:rPr>
              <w:t>비유</w:t>
            </w:r>
          </w:p>
        </w:tc>
        <w:tc>
          <w:tcPr>
            <w:tcW w:w="4536" w:type="dxa"/>
          </w:tcPr>
          <w:p w14:paraId="5A4A7AB2" w14:textId="77777777" w:rsidR="00226CAC" w:rsidRDefault="00000000">
            <w:pPr>
              <w:spacing w:before="60" w:after="60"/>
            </w:pPr>
            <w:r>
              <w:rPr>
                <w:rFonts w:ascii="Nanum Gothic" w:eastAsia="Nanum Gothic" w:hAnsi="Nanum Gothic" w:cs="Nanum Gothic"/>
                <w:color w:val="1A1A1A"/>
                <w:sz w:val="20"/>
                <w:lang w:eastAsia="ko-KR"/>
              </w:rPr>
              <w:t xml:space="preserve">대화 중 기억할 수 있는 창문(window) 크기. </w:t>
            </w:r>
            <w:r>
              <w:rPr>
                <w:rFonts w:ascii="Nanum Gothic" w:eastAsia="Nanum Gothic" w:hAnsi="Nanum Gothic" w:cs="Nanum Gothic"/>
                <w:color w:val="1A1A1A"/>
                <w:sz w:val="20"/>
              </w:rPr>
              <w:t>RAM 같은 단기 기억.</w:t>
            </w:r>
          </w:p>
        </w:tc>
      </w:tr>
      <w:tr w:rsidR="00226CAC" w14:paraId="6CE1EAFC" w14:textId="77777777">
        <w:tc>
          <w:tcPr>
            <w:tcW w:w="4536" w:type="dxa"/>
          </w:tcPr>
          <w:p w14:paraId="3E86AC0B" w14:textId="77777777" w:rsidR="00226CAC" w:rsidRDefault="00000000">
            <w:pPr>
              <w:spacing w:before="60" w:after="60"/>
            </w:pPr>
            <w:r>
              <w:rPr>
                <w:rFonts w:ascii="Nanum Gothic" w:eastAsia="Nanum Gothic" w:hAnsi="Nanum Gothic" w:cs="Nanum Gothic"/>
                <w:b/>
                <w:color w:val="1A1A1A"/>
                <w:sz w:val="20"/>
              </w:rPr>
              <w:t>실무 연관</w:t>
            </w:r>
          </w:p>
        </w:tc>
        <w:tc>
          <w:tcPr>
            <w:tcW w:w="4536" w:type="dxa"/>
          </w:tcPr>
          <w:p w14:paraId="4F82ED9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긴 문서 분석, 긴 대화 이력 유지에 직접 영향</w:t>
            </w:r>
          </w:p>
        </w:tc>
      </w:tr>
    </w:tbl>
    <w:p w14:paraId="3200AEAC" w14:textId="77777777" w:rsidR="00226CAC" w:rsidRDefault="00226CAC">
      <w:pPr>
        <w:rPr>
          <w:rFonts w:eastAsia="Nanum Gothic"/>
          <w:lang w:eastAsia="ko-KR"/>
        </w:rPr>
      </w:pPr>
    </w:p>
    <w:p w14:paraId="5F39D054"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lastRenderedPageBreak/>
        <w:t>4.1.5.2 왜 중요한가</w:t>
      </w:r>
    </w:p>
    <w:p w14:paraId="47FA0A2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LLM은 "창문" 안에 있는 내용만 처리할 수 있습니다. 창문 밖의 내용은 모두 잊습니다.</w:t>
      </w:r>
    </w:p>
    <w:p w14:paraId="5E6503C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예:</w:t>
      </w:r>
    </w:p>
    <w:p w14:paraId="644F32F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1만 토큰짜리 계약서 분석 요청</w:t>
      </w:r>
    </w:p>
    <w:p w14:paraId="4D645FF0"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모델의 컨텍스트 윈도우가 4K 토큰이라면? → 앞 부분만 처리, 뒷부분 누락</w:t>
      </w:r>
    </w:p>
    <w:p w14:paraId="1EC16B5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1M 토큰 모델이라면? → 전체 계약서 한 번에 처리 가능</w:t>
      </w:r>
    </w:p>
    <w:p w14:paraId="7D3F59FE"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4.1.5.3 컨텍스트 윈도우 진화 타임라인</w:t>
      </w:r>
    </w:p>
    <w:tbl>
      <w:tblPr>
        <w:tblStyle w:val="af9"/>
        <w:tblW w:w="0" w:type="auto"/>
        <w:tblLook w:val="04A0" w:firstRow="1" w:lastRow="0" w:firstColumn="1" w:lastColumn="0" w:noHBand="0" w:noVBand="1"/>
      </w:tblPr>
      <w:tblGrid>
        <w:gridCol w:w="3024"/>
        <w:gridCol w:w="3024"/>
        <w:gridCol w:w="3024"/>
      </w:tblGrid>
      <w:tr w:rsidR="00226CAC" w14:paraId="28094265" w14:textId="77777777">
        <w:tc>
          <w:tcPr>
            <w:tcW w:w="3024" w:type="dxa"/>
            <w:shd w:val="clear" w:color="auto" w:fill="024AD8"/>
          </w:tcPr>
          <w:p w14:paraId="026C555F" w14:textId="77777777" w:rsidR="00226CAC" w:rsidRDefault="00000000">
            <w:pPr>
              <w:spacing w:before="60" w:after="60"/>
            </w:pPr>
            <w:r>
              <w:rPr>
                <w:rFonts w:ascii="Nanum Gothic" w:eastAsia="Nanum Gothic" w:hAnsi="Nanum Gothic" w:cs="Nanum Gothic"/>
                <w:b/>
                <w:color w:val="FFFFFF"/>
                <w:sz w:val="20"/>
              </w:rPr>
              <w:t>모델</w:t>
            </w:r>
          </w:p>
        </w:tc>
        <w:tc>
          <w:tcPr>
            <w:tcW w:w="3024" w:type="dxa"/>
            <w:shd w:val="clear" w:color="auto" w:fill="024AD8"/>
          </w:tcPr>
          <w:p w14:paraId="1113C6CD" w14:textId="77777777" w:rsidR="00226CAC" w:rsidRDefault="00000000">
            <w:pPr>
              <w:spacing w:before="60" w:after="60"/>
            </w:pPr>
            <w:r>
              <w:rPr>
                <w:rFonts w:ascii="Nanum Gothic" w:eastAsia="Nanum Gothic" w:hAnsi="Nanum Gothic" w:cs="Nanum Gothic"/>
                <w:b/>
                <w:color w:val="FFFFFF"/>
                <w:sz w:val="20"/>
              </w:rPr>
              <w:t>컨텍스트 윈도우</w:t>
            </w:r>
          </w:p>
        </w:tc>
        <w:tc>
          <w:tcPr>
            <w:tcW w:w="3024" w:type="dxa"/>
            <w:shd w:val="clear" w:color="auto" w:fill="024AD8"/>
          </w:tcPr>
          <w:p w14:paraId="3EBE5D2C" w14:textId="77777777" w:rsidR="00226CAC" w:rsidRDefault="00000000">
            <w:pPr>
              <w:spacing w:before="60" w:after="60"/>
            </w:pPr>
            <w:r>
              <w:rPr>
                <w:rFonts w:ascii="Nanum Gothic" w:eastAsia="Nanum Gothic" w:hAnsi="Nanum Gothic" w:cs="Nanum Gothic"/>
                <w:b/>
                <w:color w:val="FFFFFF"/>
                <w:sz w:val="20"/>
              </w:rPr>
              <w:t>실용적 의미</w:t>
            </w:r>
          </w:p>
        </w:tc>
      </w:tr>
      <w:tr w:rsidR="00226CAC" w14:paraId="2FDD323B" w14:textId="77777777">
        <w:tc>
          <w:tcPr>
            <w:tcW w:w="3024" w:type="dxa"/>
          </w:tcPr>
          <w:p w14:paraId="0644D544" w14:textId="77777777" w:rsidR="00226CAC" w:rsidRDefault="00000000">
            <w:pPr>
              <w:spacing w:before="60" w:after="60"/>
            </w:pPr>
            <w:r>
              <w:rPr>
                <w:rFonts w:ascii="Nanum Gothic" w:eastAsia="Nanum Gothic" w:hAnsi="Nanum Gothic" w:cs="Nanum Gothic"/>
                <w:color w:val="1A1A1A"/>
                <w:sz w:val="20"/>
              </w:rPr>
              <w:t>GPT-3.5 초기</w:t>
            </w:r>
          </w:p>
        </w:tc>
        <w:tc>
          <w:tcPr>
            <w:tcW w:w="3024" w:type="dxa"/>
          </w:tcPr>
          <w:p w14:paraId="19B64A80" w14:textId="77777777" w:rsidR="00226CAC" w:rsidRDefault="00000000">
            <w:pPr>
              <w:spacing w:before="60" w:after="60"/>
            </w:pPr>
            <w:r>
              <w:rPr>
                <w:rFonts w:ascii="Nanum Gothic" w:eastAsia="Nanum Gothic" w:hAnsi="Nanum Gothic" w:cs="Nanum Gothic"/>
                <w:color w:val="1A1A1A"/>
                <w:sz w:val="20"/>
              </w:rPr>
              <w:t>4K 토큰</w:t>
            </w:r>
          </w:p>
        </w:tc>
        <w:tc>
          <w:tcPr>
            <w:tcW w:w="3024" w:type="dxa"/>
          </w:tcPr>
          <w:p w14:paraId="0154DE34" w14:textId="77777777" w:rsidR="00226CAC" w:rsidRDefault="00000000">
            <w:pPr>
              <w:spacing w:before="60" w:after="60"/>
            </w:pPr>
            <w:r>
              <w:rPr>
                <w:rFonts w:ascii="Nanum Gothic" w:eastAsia="Nanum Gothic" w:hAnsi="Nanum Gothic" w:cs="Nanum Gothic"/>
                <w:color w:val="1A1A1A"/>
                <w:sz w:val="20"/>
              </w:rPr>
              <w:t>짧은 문서만 처리 가능</w:t>
            </w:r>
          </w:p>
        </w:tc>
      </w:tr>
      <w:tr w:rsidR="00226CAC" w14:paraId="21B662DC" w14:textId="77777777">
        <w:tc>
          <w:tcPr>
            <w:tcW w:w="3024" w:type="dxa"/>
          </w:tcPr>
          <w:p w14:paraId="53DCC3E5" w14:textId="77777777" w:rsidR="00226CAC" w:rsidRDefault="00000000">
            <w:pPr>
              <w:spacing w:before="60" w:after="60"/>
            </w:pPr>
            <w:r>
              <w:rPr>
                <w:rFonts w:ascii="Nanum Gothic" w:eastAsia="Nanum Gothic" w:hAnsi="Nanum Gothic" w:cs="Nanum Gothic"/>
                <w:color w:val="1A1A1A"/>
                <w:sz w:val="20"/>
              </w:rPr>
              <w:t>GPT-4</w:t>
            </w:r>
          </w:p>
        </w:tc>
        <w:tc>
          <w:tcPr>
            <w:tcW w:w="3024" w:type="dxa"/>
          </w:tcPr>
          <w:p w14:paraId="575411F4" w14:textId="77777777" w:rsidR="00226CAC" w:rsidRDefault="00000000">
            <w:pPr>
              <w:spacing w:before="60" w:after="60"/>
            </w:pPr>
            <w:r>
              <w:rPr>
                <w:rFonts w:ascii="Nanum Gothic" w:eastAsia="Nanum Gothic" w:hAnsi="Nanum Gothic" w:cs="Nanum Gothic"/>
                <w:color w:val="1A1A1A"/>
                <w:sz w:val="20"/>
              </w:rPr>
              <w:t>128K 토큰</w:t>
            </w:r>
          </w:p>
        </w:tc>
        <w:tc>
          <w:tcPr>
            <w:tcW w:w="3024" w:type="dxa"/>
          </w:tcPr>
          <w:p w14:paraId="4F419322" w14:textId="77777777" w:rsidR="00226CAC" w:rsidRDefault="00000000">
            <w:pPr>
              <w:spacing w:before="60" w:after="60"/>
            </w:pPr>
            <w:r>
              <w:rPr>
                <w:rFonts w:ascii="Nanum Gothic" w:eastAsia="Nanum Gothic" w:hAnsi="Nanum Gothic" w:cs="Nanum Gothic"/>
                <w:color w:val="1A1A1A"/>
                <w:sz w:val="20"/>
              </w:rPr>
              <w:t>A4 100페이지 정도</w:t>
            </w:r>
          </w:p>
        </w:tc>
      </w:tr>
      <w:tr w:rsidR="00226CAC" w14:paraId="31C25D61" w14:textId="77777777">
        <w:tc>
          <w:tcPr>
            <w:tcW w:w="3024" w:type="dxa"/>
          </w:tcPr>
          <w:p w14:paraId="6CFB4DCA" w14:textId="77777777" w:rsidR="00226CAC" w:rsidRDefault="00000000">
            <w:pPr>
              <w:spacing w:before="60" w:after="60"/>
            </w:pPr>
            <w:r>
              <w:rPr>
                <w:rFonts w:ascii="Nanum Gothic" w:eastAsia="Nanum Gothic" w:hAnsi="Nanum Gothic" w:cs="Nanum Gothic"/>
                <w:color w:val="1A1A1A"/>
                <w:sz w:val="20"/>
              </w:rPr>
              <w:t>Claude 3.5 Sonnet</w:t>
            </w:r>
          </w:p>
        </w:tc>
        <w:tc>
          <w:tcPr>
            <w:tcW w:w="3024" w:type="dxa"/>
          </w:tcPr>
          <w:p w14:paraId="7FE41D3D" w14:textId="77777777" w:rsidR="00226CAC" w:rsidRDefault="00000000">
            <w:pPr>
              <w:spacing w:before="60" w:after="60"/>
            </w:pPr>
            <w:r>
              <w:rPr>
                <w:rFonts w:ascii="Nanum Gothic" w:eastAsia="Nanum Gothic" w:hAnsi="Nanum Gothic" w:cs="Nanum Gothic"/>
                <w:color w:val="1A1A1A"/>
                <w:sz w:val="20"/>
              </w:rPr>
              <w:t>200K 토큰</w:t>
            </w:r>
          </w:p>
        </w:tc>
        <w:tc>
          <w:tcPr>
            <w:tcW w:w="3024" w:type="dxa"/>
          </w:tcPr>
          <w:p w14:paraId="6D42ABB6" w14:textId="77777777" w:rsidR="00226CAC" w:rsidRDefault="00000000">
            <w:pPr>
              <w:spacing w:before="60" w:after="60"/>
            </w:pPr>
            <w:r>
              <w:rPr>
                <w:rFonts w:ascii="Nanum Gothic" w:eastAsia="Nanum Gothic" w:hAnsi="Nanum Gothic" w:cs="Nanum Gothic"/>
                <w:color w:val="1A1A1A"/>
                <w:sz w:val="20"/>
              </w:rPr>
              <w:t>A4 160페이지 정도</w:t>
            </w:r>
          </w:p>
        </w:tc>
      </w:tr>
      <w:tr w:rsidR="00226CAC" w14:paraId="3EC027CF" w14:textId="77777777">
        <w:tc>
          <w:tcPr>
            <w:tcW w:w="3024" w:type="dxa"/>
          </w:tcPr>
          <w:p w14:paraId="08851A40" w14:textId="77777777" w:rsidR="00226CAC" w:rsidRDefault="00000000">
            <w:pPr>
              <w:spacing w:before="60" w:after="60"/>
            </w:pPr>
            <w:r>
              <w:rPr>
                <w:rFonts w:ascii="Nanum Gothic" w:eastAsia="Nanum Gothic" w:hAnsi="Nanum Gothic" w:cs="Nanum Gothic"/>
                <w:color w:val="1A1A1A"/>
                <w:sz w:val="20"/>
              </w:rPr>
              <w:t>Gemini 1.5 Pro</w:t>
            </w:r>
          </w:p>
        </w:tc>
        <w:tc>
          <w:tcPr>
            <w:tcW w:w="3024" w:type="dxa"/>
          </w:tcPr>
          <w:p w14:paraId="754CABB7" w14:textId="77777777" w:rsidR="00226CAC" w:rsidRDefault="00000000">
            <w:pPr>
              <w:spacing w:before="60" w:after="60"/>
            </w:pPr>
            <w:r>
              <w:rPr>
                <w:rFonts w:ascii="Nanum Gothic" w:eastAsia="Nanum Gothic" w:hAnsi="Nanum Gothic" w:cs="Nanum Gothic"/>
                <w:color w:val="1A1A1A"/>
                <w:sz w:val="20"/>
              </w:rPr>
              <w:t>1M~2M 토큰</w:t>
            </w:r>
          </w:p>
        </w:tc>
        <w:tc>
          <w:tcPr>
            <w:tcW w:w="3024" w:type="dxa"/>
          </w:tcPr>
          <w:p w14:paraId="19647A9A" w14:textId="77777777" w:rsidR="00226CAC" w:rsidRDefault="00000000">
            <w:pPr>
              <w:spacing w:before="60" w:after="60"/>
            </w:pPr>
            <w:r>
              <w:rPr>
                <w:rFonts w:ascii="Nanum Gothic" w:eastAsia="Nanum Gothic" w:hAnsi="Nanum Gothic" w:cs="Nanum Gothic"/>
                <w:color w:val="1A1A1A"/>
                <w:sz w:val="20"/>
              </w:rPr>
              <w:t>소설 한 권(약 750~1500페이지)</w:t>
            </w:r>
          </w:p>
        </w:tc>
      </w:tr>
      <w:tr w:rsidR="00226CAC" w14:paraId="2187EA97" w14:textId="77777777">
        <w:tc>
          <w:tcPr>
            <w:tcW w:w="3024" w:type="dxa"/>
          </w:tcPr>
          <w:p w14:paraId="6CC3FD13" w14:textId="77777777" w:rsidR="00226CAC" w:rsidRDefault="00000000">
            <w:pPr>
              <w:spacing w:before="60" w:after="60"/>
            </w:pPr>
            <w:r>
              <w:rPr>
                <w:rFonts w:ascii="Nanum Gothic" w:eastAsia="Nanum Gothic" w:hAnsi="Nanum Gothic" w:cs="Nanum Gothic"/>
                <w:color w:val="1A1A1A"/>
                <w:sz w:val="20"/>
              </w:rPr>
              <w:t>Gemini 1.5 Flash</w:t>
            </w:r>
          </w:p>
        </w:tc>
        <w:tc>
          <w:tcPr>
            <w:tcW w:w="3024" w:type="dxa"/>
          </w:tcPr>
          <w:p w14:paraId="35D0A9AE" w14:textId="77777777" w:rsidR="00226CAC" w:rsidRDefault="00000000">
            <w:pPr>
              <w:spacing w:before="60" w:after="60"/>
            </w:pPr>
            <w:r>
              <w:rPr>
                <w:rFonts w:ascii="Nanum Gothic" w:eastAsia="Nanum Gothic" w:hAnsi="Nanum Gothic" w:cs="Nanum Gothic"/>
                <w:color w:val="1A1A1A"/>
                <w:sz w:val="20"/>
              </w:rPr>
              <w:t>1M 토큰</w:t>
            </w:r>
          </w:p>
        </w:tc>
        <w:tc>
          <w:tcPr>
            <w:tcW w:w="3024" w:type="dxa"/>
          </w:tcPr>
          <w:p w14:paraId="210A41B8" w14:textId="77777777" w:rsidR="00226CAC" w:rsidRDefault="00000000">
            <w:pPr>
              <w:spacing w:before="60" w:after="60"/>
            </w:pPr>
            <w:r>
              <w:rPr>
                <w:rFonts w:ascii="Nanum Gothic" w:eastAsia="Nanum Gothic" w:hAnsi="Nanum Gothic" w:cs="Nanum Gothic"/>
                <w:color w:val="1A1A1A"/>
                <w:sz w:val="20"/>
              </w:rPr>
              <w:t>빠른 처리 버전</w:t>
            </w:r>
          </w:p>
        </w:tc>
      </w:tr>
    </w:tbl>
    <w:p w14:paraId="763F65EA" w14:textId="77777777" w:rsidR="00226CAC" w:rsidRDefault="00226CAC"/>
    <w:p w14:paraId="7935B1A6"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4K → 2M: </w:t>
      </w:r>
      <w:r>
        <w:rPr>
          <w:rFonts w:ascii="Nanum Gothic" w:eastAsia="Nanum Gothic" w:hAnsi="Nanum Gothic" w:cs="Nanum Gothic"/>
          <w:b/>
          <w:color w:val="1A1A1A"/>
          <w:sz w:val="20"/>
          <w:lang w:eastAsia="ko-KR"/>
        </w:rPr>
        <w:t>500배</w:t>
      </w:r>
      <w:r>
        <w:rPr>
          <w:rFonts w:ascii="Nanum Gothic" w:eastAsia="Nanum Gothic" w:hAnsi="Nanum Gothic" w:cs="Nanum Gothic"/>
          <w:color w:val="1A1A1A"/>
          <w:sz w:val="20"/>
          <w:lang w:eastAsia="ko-KR"/>
        </w:rPr>
        <w:t xml:space="preserve"> 확장. 불과 3년 만의 변화입니다.</w:t>
      </w:r>
    </w:p>
    <w:p w14:paraId="1BED1FDF"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4.1.5.4 컨텍스트 윈도우와 "기억" 오개념</w:t>
      </w:r>
    </w:p>
    <w:tbl>
      <w:tblPr>
        <w:tblStyle w:val="af9"/>
        <w:tblW w:w="0" w:type="auto"/>
        <w:tblLayout w:type="fixed"/>
        <w:tblLook w:val="04A0" w:firstRow="1" w:lastRow="0" w:firstColumn="1" w:lastColumn="0" w:noHBand="0" w:noVBand="1"/>
      </w:tblPr>
      <w:tblGrid>
        <w:gridCol w:w="400"/>
        <w:gridCol w:w="8672"/>
      </w:tblGrid>
      <w:tr w:rsidR="00226CAC" w14:paraId="5D881420" w14:textId="77777777">
        <w:tc>
          <w:tcPr>
            <w:tcW w:w="400" w:type="dxa"/>
            <w:shd w:val="clear" w:color="auto" w:fill="C05621"/>
          </w:tcPr>
          <w:p w14:paraId="72EC7D82" w14:textId="77777777" w:rsidR="00226CAC" w:rsidRDefault="00226CAC">
            <w:pPr>
              <w:spacing w:before="80" w:after="80"/>
              <w:rPr>
                <w:rFonts w:eastAsia="Nanum Gothic"/>
                <w:lang w:eastAsia="ko-KR"/>
              </w:rPr>
            </w:pPr>
          </w:p>
        </w:tc>
        <w:tc>
          <w:tcPr>
            <w:tcW w:w="8672" w:type="dxa"/>
            <w:shd w:val="clear" w:color="auto" w:fill="FFF7E6"/>
          </w:tcPr>
          <w:p w14:paraId="7597D9B6" w14:textId="77777777" w:rsidR="00226CAC" w:rsidRDefault="00000000">
            <w:pPr>
              <w:spacing w:before="80" w:after="80"/>
              <w:rPr>
                <w:rFonts w:eastAsia="Nanum Gothic"/>
                <w:lang w:eastAsia="ko-KR"/>
              </w:rPr>
            </w:pPr>
            <w:r>
              <w:rPr>
                <w:rFonts w:ascii="Nanum Gothic" w:eastAsia="Nanum Gothic" w:hAnsi="Nanum Gothic" w:cs="Nanum Gothic"/>
                <w:b/>
                <w:color w:val="C05621"/>
                <w:sz w:val="20"/>
                <w:lang w:eastAsia="ko-KR"/>
              </w:rPr>
              <w:t>⚠️ 주의</w:t>
            </w:r>
            <w:r>
              <w:rPr>
                <w:rFonts w:ascii="Apple SD Gothic Neo" w:eastAsia="Nanum Gothic" w:hAnsi="Apple SD Gothic Neo" w:cs="Apple SD Gothic Neo"/>
                <w:b/>
                <w:color w:val="C05621"/>
                <w:sz w:val="20"/>
                <w:lang w:eastAsia="ko-KR"/>
              </w:rPr>
              <w:br/>
            </w:r>
            <w:r>
              <w:rPr>
                <w:rFonts w:ascii="Nanum Gothic" w:eastAsia="Nanum Gothic" w:hAnsi="Nanum Gothic" w:cs="Nanum Gothic"/>
                <w:color w:val="1A1A1A"/>
                <w:sz w:val="20"/>
                <w:lang w:eastAsia="ko-KR"/>
              </w:rPr>
              <w:t>오개념 교정 — "컨텍스트 윈도우가 크면 LLM이 대화를 영구 기억한다" → ❌</w:t>
            </w:r>
          </w:p>
        </w:tc>
      </w:tr>
    </w:tbl>
    <w:p w14:paraId="4878F6F3" w14:textId="77777777" w:rsidR="00226CAC" w:rsidRDefault="00226CAC">
      <w:pPr>
        <w:rPr>
          <w:rFonts w:eastAsia="Nanum Gothic"/>
          <w:lang w:eastAsia="ko-KR"/>
        </w:rPr>
      </w:pPr>
    </w:p>
    <w:p w14:paraId="63A6B49F"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컨텍스트 윈도우는 </w:t>
      </w:r>
      <w:r>
        <w:rPr>
          <w:rFonts w:ascii="Nanum Gothic" w:eastAsia="Nanum Gothic" w:hAnsi="Nanum Gothic" w:cs="Nanum Gothic"/>
          <w:b/>
          <w:color w:val="1A1A1A"/>
          <w:sz w:val="20"/>
          <w:lang w:eastAsia="ko-KR"/>
        </w:rPr>
        <w:t>현재 대화 세션</w:t>
      </w:r>
      <w:r>
        <w:rPr>
          <w:rFonts w:ascii="Nanum Gothic" w:eastAsia="Nanum Gothic" w:hAnsi="Nanum Gothic" w:cs="Nanum Gothic"/>
          <w:color w:val="1A1A1A"/>
          <w:sz w:val="20"/>
          <w:lang w:eastAsia="ko-KR"/>
        </w:rPr>
        <w:t>의 단기 기억입니다. 세션이 끝나면 모두 사라집니다. 새로운 세션을 시작하면 LLM은 이전 대화를 기억하지 못합니다.</w:t>
      </w:r>
    </w:p>
    <w:p w14:paraId="0D6C2AA1"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"대화를 기억하는 것처럼 보이는" 이유: 이전 대화 내용을 매 요청마다 다시 컨텍스트에 포함시키기 때문입니다. (이를 "대화 히스토리 주입"이라고 합니다)</w:t>
      </w:r>
    </w:p>
    <w:tbl>
      <w:tblPr>
        <w:tblStyle w:val="af9"/>
        <w:tblW w:w="0" w:type="auto"/>
        <w:tblLayout w:type="fixed"/>
        <w:tblLook w:val="04A0" w:firstRow="1" w:lastRow="0" w:firstColumn="1" w:lastColumn="0" w:noHBand="0" w:noVBand="1"/>
      </w:tblPr>
      <w:tblGrid>
        <w:gridCol w:w="400"/>
        <w:gridCol w:w="8672"/>
      </w:tblGrid>
      <w:tr w:rsidR="00226CAC" w14:paraId="0E888756" w14:textId="77777777">
        <w:tc>
          <w:tcPr>
            <w:tcW w:w="400" w:type="dxa"/>
            <w:shd w:val="clear" w:color="auto" w:fill="0F9D8C"/>
          </w:tcPr>
          <w:p w14:paraId="09AC276D" w14:textId="77777777" w:rsidR="00226CAC" w:rsidRDefault="00226CAC">
            <w:pPr>
              <w:spacing w:before="80" w:after="80"/>
              <w:rPr>
                <w:rFonts w:eastAsia="Nanum Gothic"/>
                <w:lang w:eastAsia="ko-KR"/>
              </w:rPr>
            </w:pPr>
          </w:p>
        </w:tc>
        <w:tc>
          <w:tcPr>
            <w:tcW w:w="8672" w:type="dxa"/>
            <w:shd w:val="clear" w:color="auto" w:fill="E6F7F4"/>
          </w:tcPr>
          <w:p w14:paraId="2C713845" w14:textId="77777777" w:rsidR="00226CAC" w:rsidRDefault="00000000">
            <w:pPr>
              <w:spacing w:before="80" w:after="80"/>
              <w:rPr>
                <w:rFonts w:eastAsia="Nanum Gothic"/>
                <w:lang w:eastAsia="ko-KR"/>
              </w:rPr>
            </w:pPr>
            <w:r>
              <w:rPr>
                <w:rFonts w:ascii="Nanum Gothic" w:eastAsia="Nanum Gothic" w:hAnsi="Nanum Gothic" w:cs="Nanum Gothic"/>
                <w:b/>
                <w:color w:val="0F9D8C"/>
                <w:sz w:val="20"/>
                <w:lang w:eastAsia="ko-KR"/>
              </w:rPr>
              <w:t>💡 비유</w:t>
            </w:r>
            <w:r>
              <w:rPr>
                <w:rFonts w:ascii="Apple SD Gothic Neo" w:eastAsia="Nanum Gothic" w:hAnsi="Apple SD Gothic Neo" w:cs="Apple SD Gothic Neo"/>
                <w:b/>
                <w:color w:val="0F9D8C"/>
                <w:sz w:val="20"/>
                <w:lang w:eastAsia="ko-KR"/>
              </w:rPr>
              <w:br/>
            </w:r>
            <w:r>
              <w:rPr>
                <w:rFonts w:ascii="Nanum Gothic" w:eastAsia="Nanum Gothic" w:hAnsi="Nanum Gothic" w:cs="Nanum Gothic"/>
                <w:color w:val="1A1A1A"/>
                <w:sz w:val="20"/>
                <w:lang w:eastAsia="ko-KR"/>
              </w:rPr>
              <w:t>컨텍스트 윈도우는 서버 RAM과 유사합니다. 처리 중인 데이터는 RAM에 올라가 있고, 전원이 꺼지면(세션 종료) 모두 사라집니다. 영구 저장은 디스크(데이터베이스)에 해야 하듯, LLM의 장기 기억은 외부 메모리(RAG, 벡터 DB)로 구현해야 합니다.</w:t>
            </w:r>
          </w:p>
        </w:tc>
      </w:tr>
    </w:tbl>
    <w:p w14:paraId="26BCA0AC" w14:textId="77777777" w:rsidR="00226CAC" w:rsidRDefault="00226CAC">
      <w:pPr>
        <w:rPr>
          <w:rFonts w:eastAsia="Nanum Gothic"/>
          <w:lang w:eastAsia="ko-KR"/>
        </w:rPr>
      </w:pPr>
    </w:p>
    <w:p w14:paraId="2D6CA354"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실무 설계 함의</w:t>
      </w:r>
      <w:r>
        <w:rPr>
          <w:rFonts w:ascii="Nanum Gothic" w:eastAsia="Nanum Gothic" w:hAnsi="Nanum Gothic" w:cs="Nanum Gothic"/>
          <w:color w:val="1A1A1A"/>
          <w:sz w:val="20"/>
          <w:lang w:eastAsia="ko-KR"/>
        </w:rPr>
        <w:t>:</w:t>
      </w:r>
    </w:p>
    <w:p w14:paraId="3BC293E0"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긴 문서 분석이 필요하면 컨텍스트 윈도우가 큰 모델 선택</w:t>
      </w:r>
    </w:p>
    <w:p w14:paraId="32AFC15B"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대화형 서비스에서 이전 기억이 필요하면 RAG 또는 대화 이력 저장 설계 필요</w:t>
      </w:r>
    </w:p>
    <w:p w14:paraId="1B9996C1"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대형 컨텍스트 모델은 비용이 높음 — 트레이드오프 고려</w:t>
      </w:r>
    </w:p>
    <w:tbl>
      <w:tblPr>
        <w:tblStyle w:val="af9"/>
        <w:tblW w:w="0" w:type="auto"/>
        <w:tblLayout w:type="fixed"/>
        <w:tblLook w:val="04A0" w:firstRow="1" w:lastRow="0" w:firstColumn="1" w:lastColumn="0" w:noHBand="0" w:noVBand="1"/>
      </w:tblPr>
      <w:tblGrid>
        <w:gridCol w:w="400"/>
        <w:gridCol w:w="8672"/>
      </w:tblGrid>
      <w:tr w:rsidR="00226CAC" w14:paraId="7675C4A6" w14:textId="77777777">
        <w:tc>
          <w:tcPr>
            <w:tcW w:w="400" w:type="dxa"/>
            <w:shd w:val="clear" w:color="auto" w:fill="6B46C1"/>
          </w:tcPr>
          <w:p w14:paraId="6E3923A8" w14:textId="77777777" w:rsidR="00226CAC" w:rsidRDefault="00226CAC">
            <w:pPr>
              <w:spacing w:before="80" w:after="80"/>
              <w:rPr>
                <w:rFonts w:eastAsia="Nanum Gothic"/>
                <w:lang w:eastAsia="ko-KR"/>
              </w:rPr>
            </w:pPr>
          </w:p>
        </w:tc>
        <w:tc>
          <w:tcPr>
            <w:tcW w:w="8672" w:type="dxa"/>
            <w:shd w:val="clear" w:color="auto" w:fill="F3EEFB"/>
          </w:tcPr>
          <w:p w14:paraId="2119D10E" w14:textId="7777777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 xml:space="preserve">고객 상담 기록 전체(6개월치)를 AI에게 요약해달라고 한다면, 컨텍스트 윈도우와 관련해 어떤 설계 결정이 </w:t>
            </w:r>
            <w:r>
              <w:rPr>
                <w:rFonts w:ascii="Nanum Gothic" w:eastAsia="Nanum Gothic" w:hAnsi="Nanum Gothic" w:cs="Nanum Gothic"/>
                <w:color w:val="1A1A1A"/>
                <w:sz w:val="20"/>
                <w:lang w:eastAsia="ko-KR"/>
              </w:rPr>
              <w:lastRenderedPageBreak/>
              <w:t>필요한가?</w:t>
            </w:r>
          </w:p>
        </w:tc>
      </w:tr>
    </w:tbl>
    <w:p w14:paraId="1F0607D9" w14:textId="77777777" w:rsidR="00226CAC" w:rsidRDefault="00226CAC">
      <w:pPr>
        <w:rPr>
          <w:rFonts w:eastAsia="Nanum Gothic"/>
          <w:lang w:eastAsia="ko-KR"/>
        </w:rPr>
      </w:pPr>
    </w:p>
    <w:p w14:paraId="4567C6C1"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4.1.6 용어 ④ 임베딩 (Embedding) — "단어를 좌표로 바꾸는 일"</w:t>
      </w:r>
    </w:p>
    <w:p w14:paraId="3940B96C" w14:textId="77777777" w:rsidR="00226CAC" w:rsidRDefault="00000000">
      <w:pPr>
        <w:spacing w:before="160" w:after="40"/>
      </w:pPr>
      <w:r>
        <w:rPr>
          <w:rFonts w:ascii="Nanum Gothic" w:eastAsia="Nanum Gothic" w:hAnsi="Nanum Gothic" w:cs="Nanum Gothic"/>
          <w:b/>
          <w:color w:val="024AD8"/>
          <w:sz w:val="24"/>
        </w:rPr>
        <w:t>4.1.6.1 정의와 개념</w:t>
      </w:r>
    </w:p>
    <w:tbl>
      <w:tblPr>
        <w:tblStyle w:val="af9"/>
        <w:tblW w:w="0" w:type="auto"/>
        <w:tblLook w:val="04A0" w:firstRow="1" w:lastRow="0" w:firstColumn="1" w:lastColumn="0" w:noHBand="0" w:noVBand="1"/>
      </w:tblPr>
      <w:tblGrid>
        <w:gridCol w:w="4536"/>
        <w:gridCol w:w="4536"/>
      </w:tblGrid>
      <w:tr w:rsidR="00226CAC" w14:paraId="33E63E2C" w14:textId="77777777">
        <w:tc>
          <w:tcPr>
            <w:tcW w:w="4536" w:type="dxa"/>
            <w:shd w:val="clear" w:color="auto" w:fill="024AD8"/>
          </w:tcPr>
          <w:p w14:paraId="03163FE0" w14:textId="77777777" w:rsidR="00226CAC" w:rsidRDefault="00000000">
            <w:pPr>
              <w:spacing w:before="60" w:after="60"/>
            </w:pPr>
            <w:r>
              <w:rPr>
                <w:rFonts w:ascii="Nanum Gothic" w:eastAsia="Nanum Gothic" w:hAnsi="Nanum Gothic" w:cs="Nanum Gothic"/>
                <w:b/>
                <w:color w:val="FFFFFF"/>
                <w:sz w:val="20"/>
              </w:rPr>
              <w:t>항목</w:t>
            </w:r>
          </w:p>
        </w:tc>
        <w:tc>
          <w:tcPr>
            <w:tcW w:w="4536" w:type="dxa"/>
            <w:shd w:val="clear" w:color="auto" w:fill="024AD8"/>
          </w:tcPr>
          <w:p w14:paraId="079D2D79" w14:textId="77777777" w:rsidR="00226CAC" w:rsidRDefault="00000000">
            <w:pPr>
              <w:spacing w:before="60" w:after="60"/>
            </w:pPr>
            <w:r>
              <w:rPr>
                <w:rFonts w:ascii="Nanum Gothic" w:eastAsia="Nanum Gothic" w:hAnsi="Nanum Gothic" w:cs="Nanum Gothic"/>
                <w:b/>
                <w:color w:val="FFFFFF"/>
                <w:sz w:val="20"/>
              </w:rPr>
              <w:t>내용</w:t>
            </w:r>
          </w:p>
        </w:tc>
      </w:tr>
      <w:tr w:rsidR="00226CAC" w14:paraId="0CB23189" w14:textId="77777777">
        <w:tc>
          <w:tcPr>
            <w:tcW w:w="4536" w:type="dxa"/>
          </w:tcPr>
          <w:p w14:paraId="22EBE5D5" w14:textId="77777777" w:rsidR="00226CAC" w:rsidRDefault="00000000">
            <w:pPr>
              <w:spacing w:before="60" w:after="60"/>
            </w:pPr>
            <w:r>
              <w:rPr>
                <w:rFonts w:ascii="Nanum Gothic" w:eastAsia="Nanum Gothic" w:hAnsi="Nanum Gothic" w:cs="Nanum Gothic"/>
                <w:b/>
                <w:color w:val="1A1A1A"/>
                <w:sz w:val="20"/>
              </w:rPr>
              <w:t>정의</w:t>
            </w:r>
          </w:p>
        </w:tc>
        <w:tc>
          <w:tcPr>
            <w:tcW w:w="4536" w:type="dxa"/>
          </w:tcPr>
          <w:p w14:paraId="4EDCEE6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단어·문장을 숫자 벡터(좌표)로 변환한 표현</w:t>
            </w:r>
          </w:p>
        </w:tc>
      </w:tr>
      <w:tr w:rsidR="00226CAC" w14:paraId="0F45254E" w14:textId="77777777">
        <w:tc>
          <w:tcPr>
            <w:tcW w:w="4536" w:type="dxa"/>
          </w:tcPr>
          <w:p w14:paraId="2B22FD4F" w14:textId="77777777" w:rsidR="00226CAC" w:rsidRDefault="00000000">
            <w:pPr>
              <w:spacing w:before="60" w:after="60"/>
            </w:pPr>
            <w:r>
              <w:rPr>
                <w:rFonts w:ascii="Nanum Gothic" w:eastAsia="Nanum Gothic" w:hAnsi="Nanum Gothic" w:cs="Nanum Gothic"/>
                <w:b/>
                <w:color w:val="1A1A1A"/>
                <w:sz w:val="20"/>
              </w:rPr>
              <w:t>비유</w:t>
            </w:r>
          </w:p>
        </w:tc>
        <w:tc>
          <w:tcPr>
            <w:tcW w:w="4536" w:type="dxa"/>
          </w:tcPr>
          <w:p w14:paraId="785C7D70"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의미가 비슷한 단어는 지도에서 가까운 위치에 배치</w:t>
            </w:r>
          </w:p>
        </w:tc>
      </w:tr>
      <w:tr w:rsidR="00226CAC" w14:paraId="449F1CE1" w14:textId="77777777">
        <w:tc>
          <w:tcPr>
            <w:tcW w:w="4536" w:type="dxa"/>
          </w:tcPr>
          <w:p w14:paraId="6AB4DF4D" w14:textId="77777777" w:rsidR="00226CAC" w:rsidRDefault="00000000">
            <w:pPr>
              <w:spacing w:before="60" w:after="60"/>
            </w:pPr>
            <w:r>
              <w:rPr>
                <w:rFonts w:ascii="Nanum Gothic" w:eastAsia="Nanum Gothic" w:hAnsi="Nanum Gothic" w:cs="Nanum Gothic"/>
                <w:b/>
                <w:color w:val="1A1A1A"/>
                <w:sz w:val="20"/>
              </w:rPr>
              <w:t>핵심 포인트</w:t>
            </w:r>
          </w:p>
        </w:tc>
        <w:tc>
          <w:tcPr>
            <w:tcW w:w="4536" w:type="dxa"/>
          </w:tcPr>
          <w:p w14:paraId="37E76F21"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의미 기반 검색(RAG), 문서 유사도 계산의 기반</w:t>
            </w:r>
          </w:p>
        </w:tc>
      </w:tr>
      <w:tr w:rsidR="00226CAC" w14:paraId="005A5079" w14:textId="77777777">
        <w:tc>
          <w:tcPr>
            <w:tcW w:w="4536" w:type="dxa"/>
          </w:tcPr>
          <w:p w14:paraId="2723C00D" w14:textId="77777777" w:rsidR="00226CAC" w:rsidRDefault="00000000">
            <w:pPr>
              <w:spacing w:before="60" w:after="60"/>
            </w:pPr>
            <w:r>
              <w:rPr>
                <w:rFonts w:ascii="Nanum Gothic" w:eastAsia="Nanum Gothic" w:hAnsi="Nanum Gothic" w:cs="Nanum Gothic"/>
                <w:b/>
                <w:color w:val="1A1A1A"/>
                <w:sz w:val="20"/>
              </w:rPr>
              <w:t>시연 도구</w:t>
            </w:r>
          </w:p>
        </w:tc>
        <w:tc>
          <w:tcPr>
            <w:tcW w:w="4536" w:type="dxa"/>
          </w:tcPr>
          <w:p w14:paraId="218B842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https://projector.tensorflow.org — 단어 벡터 공간 시각화</w:t>
            </w:r>
          </w:p>
        </w:tc>
      </w:tr>
    </w:tbl>
    <w:p w14:paraId="23CDE62F" w14:textId="77777777" w:rsidR="00226CAC" w:rsidRDefault="00226CAC">
      <w:pPr>
        <w:rPr>
          <w:rFonts w:eastAsia="Nanum Gothic"/>
          <w:lang w:eastAsia="ko-KR"/>
        </w:rPr>
      </w:pPr>
    </w:p>
    <w:p w14:paraId="2D0463B5"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4.1.6.2 왜 숫자로 변환하는가</w:t>
      </w:r>
    </w:p>
    <w:p w14:paraId="1C71D55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컴퓨터는 텍스트를 직접 이해하지 못합니다. 숫자만 처리할 수 있습니다. 임베딩은 텍스트 → 숫자로 변환하는 과정입니다.</w:t>
      </w:r>
    </w:p>
    <w:p w14:paraId="561177F7"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변환 후 특성</w:t>
      </w:r>
      <w:r>
        <w:rPr>
          <w:rFonts w:ascii="Nanum Gothic" w:eastAsia="Nanum Gothic" w:hAnsi="Nanum Gothic" w:cs="Nanum Gothic"/>
          <w:color w:val="1A1A1A"/>
          <w:sz w:val="20"/>
          <w:lang w:eastAsia="ko-KR"/>
        </w:rPr>
        <w:t>: 의미가 비슷한 단어는 숫자 좌표 공간에서 가깝게 위치합니다.</w:t>
      </w:r>
    </w:p>
    <w:p w14:paraId="77341C03" w14:textId="77777777" w:rsidR="00226CAC" w:rsidRDefault="00000000">
      <w:pPr>
        <w:spacing w:before="60" w:after="60"/>
      </w:pPr>
      <w:r>
        <w:rPr>
          <w:rFonts w:ascii="Nanum Gothic" w:eastAsia="Nanum Gothic" w:hAnsi="Nanum Gothic" w:cs="Nanum Gothic"/>
          <w:color w:val="1A1A1A"/>
          <w:sz w:val="20"/>
        </w:rPr>
        <w:t>예시:</w:t>
      </w:r>
    </w:p>
    <w:tbl>
      <w:tblPr>
        <w:tblStyle w:val="af9"/>
        <w:tblW w:w="0" w:type="auto"/>
        <w:tblLook w:val="04A0" w:firstRow="1" w:lastRow="0" w:firstColumn="1" w:lastColumn="0" w:noHBand="0" w:noVBand="1"/>
      </w:tblPr>
      <w:tblGrid>
        <w:gridCol w:w="9072"/>
      </w:tblGrid>
      <w:tr w:rsidR="00226CAC" w14:paraId="23E5CEDE" w14:textId="77777777">
        <w:tc>
          <w:tcPr>
            <w:tcW w:w="9072" w:type="dxa"/>
            <w:shd w:val="clear" w:color="auto" w:fill="F7F7F7"/>
          </w:tcPr>
          <w:p w14:paraId="2523A4C4"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왕</w:t>
            </w:r>
            <w:r>
              <w:rPr>
                <w:rFonts w:ascii="D2Coding" w:hAnsi="D2Coding" w:eastAsia="D2Coding" w:cs="D2Coding"/>
                <w:color w:val="1A1A1A"/>
                <w:sz w:val="19"/>
                <w:lang w:eastAsia="ko-KR"/>
              </w:rPr>
              <w:t>" → [0.92, 0.17, -0.41,...] (512</w:t>
            </w:r>
            <w:r>
              <w:rPr>
                <w:rFonts w:ascii="Nanum Gothic" w:hAnsi="Nanum Gothic" w:eastAsia="Nanum Gothic" w:cs="Nanum Gothic"/>
                <w:color w:val="1A1A1A"/>
                <w:sz w:val="19"/>
                <w:lang w:eastAsia="ko-KR"/>
              </w:rPr>
              <w:t>차원</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벡터</w:t>
            </w:r>
            <w:r>
              <w:rPr>
                <w:rFonts w:ascii="Nanum Gothic" w:hAnsi="Nanum Gothic" w:eastAsia="Nanum Gothic" w:cs="Nanum Gothic"/>
                <w:color w:val="1A1A1A"/>
                <w:sz w:val="19"/>
                <w:lang w:eastAsia="ko-KR"/>
              </w:rPr>
              <w:t>)</w:t>
            </w:r>
          </w:p>
          <w:p w14:paraId="6374A87A"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여왕</w:t>
            </w:r>
            <w:r>
              <w:rPr>
                <w:rFonts w:ascii="D2Coding" w:hAnsi="D2Coding" w:eastAsia="D2Coding" w:cs="D2Coding"/>
                <w:color w:val="1A1A1A"/>
                <w:sz w:val="19"/>
                <w:lang w:eastAsia="ko-KR"/>
              </w:rPr>
              <w:t>" → [0.88, 0.12, -0.38,...] (</w:t>
            </w:r>
            <w:r>
              <w:rPr>
                <w:rFonts w:ascii="Nanum Gothic" w:hAnsi="Nanum Gothic" w:eastAsia="Nanum Gothic" w:cs="Nanum Gothic"/>
                <w:color w:val="1A1A1A"/>
                <w:sz w:val="19"/>
                <w:lang w:eastAsia="ko-KR"/>
              </w:rPr>
              <w:t>매우</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유사</w:t>
            </w:r>
            <w:r>
              <w:rPr>
                <w:rFonts w:ascii="Nanum Gothic" w:hAnsi="Nanum Gothic" w:eastAsia="Nanum Gothic" w:cs="Nanum Gothic"/>
                <w:color w:val="1A1A1A"/>
                <w:sz w:val="19"/>
                <w:lang w:eastAsia="ko-KR"/>
              </w:rPr>
              <w:t>)</w:t>
            </w:r>
          </w:p>
          <w:p w14:paraId="0D702FC8" w14:textId="77777777" w:rsidR="00226CAC" w:rsidRDefault="00000000">
            <w:pPr>
              <w:spacing w:before="20" w:after="20" w:line="220" w:lineRule="exact"/>
            </w:pPr>
            <w:r>
              <w:rPr>
                <w:rFonts w:ascii="Nanum Gothic" w:hAnsi="Nanum Gothic" w:eastAsia="Nanum Gothic" w:cs="Nanum Gothic"/>
                <w:color w:val="1A1A1A"/>
                <w:sz w:val="19"/>
              </w:rPr>
              <w:t>"</w:t>
            </w:r>
            <w:r>
              <w:rPr>
                <w:rFonts w:ascii="Nanum Gothic" w:hAnsi="Nanum Gothic" w:eastAsia="Nanum Gothic" w:cs="Nanum Gothic"/>
                <w:color w:val="1A1A1A"/>
                <w:sz w:val="19"/>
              </w:rPr>
              <w:t>사과</w:t>
            </w:r>
            <w:r>
              <w:rPr>
                <w:rFonts w:ascii="D2Coding" w:hAnsi="D2Coding" w:eastAsia="D2Coding" w:cs="D2Coding"/>
                <w:color w:val="1A1A1A"/>
                <w:sz w:val="19"/>
              </w:rPr>
              <w:t>" → [-0.31, 0.78, 0.55,...] (</w:t>
            </w:r>
            <w:r>
              <w:rPr>
                <w:rFonts w:ascii="Nanum Gothic" w:hAnsi="Nanum Gothic" w:eastAsia="Nanum Gothic" w:cs="Nanum Gothic"/>
                <w:color w:val="1A1A1A"/>
                <w:sz w:val="19"/>
              </w:rPr>
              <w:t>매우</w:t>
            </w:r>
            <w:r>
              <w:rPr>
                <w:rFonts w:ascii="D2Coding" w:hAnsi="D2Coding" w:eastAsia="D2Coding" w:cs="D2Coding"/>
                <w:color w:val="1A1A1A"/>
                <w:sz w:val="19"/>
              </w:rPr>
              <w:t xml:space="preserve"> </w:t>
            </w:r>
            <w:r>
              <w:rPr>
                <w:rFonts w:ascii="Nanum Gothic" w:hAnsi="Nanum Gothic" w:eastAsia="Nanum Gothic" w:cs="Nanum Gothic"/>
                <w:color w:val="1A1A1A"/>
                <w:sz w:val="19"/>
              </w:rPr>
              <w:t>다름</w:t>
            </w:r>
            <w:r>
              <w:rPr>
                <w:rFonts w:ascii="Nanum Gothic" w:hAnsi="Nanum Gothic" w:eastAsia="Nanum Gothic" w:cs="Nanum Gothic"/>
                <w:color w:val="1A1A1A"/>
                <w:sz w:val="19"/>
              </w:rPr>
              <w:t>)</w:t>
            </w:r>
          </w:p>
        </w:tc>
      </w:tr>
    </w:tbl>
    <w:p w14:paraId="423DF1DD" w14:textId="77777777" w:rsidR="00226CAC" w:rsidRDefault="00226CAC"/>
    <w:p w14:paraId="5D74959B"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4.1.6.3 임베딩의 수학적 특성 (직관 수준)</w:t>
      </w:r>
    </w:p>
    <w:p w14:paraId="5C9C51D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가장 유명한 임베딩 특성:</w:t>
      </w:r>
    </w:p>
    <w:tbl>
      <w:tblPr>
        <w:tblStyle w:val="af9"/>
        <w:tblW w:w="0" w:type="auto"/>
        <w:tblLook w:val="04A0" w:firstRow="1" w:lastRow="0" w:firstColumn="1" w:lastColumn="0" w:noHBand="0" w:noVBand="1"/>
      </w:tblPr>
      <w:tblGrid>
        <w:gridCol w:w="9072"/>
      </w:tblGrid>
      <w:tr w:rsidR="00226CAC" w14:paraId="47A0330C" w14:textId="77777777">
        <w:tc>
          <w:tcPr>
            <w:tcW w:w="9072" w:type="dxa"/>
            <w:shd w:val="clear" w:color="auto" w:fill="F7F7F7"/>
          </w:tcPr>
          <w:p w14:paraId="73FCB2F1"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벡터</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왕</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벡터</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남성</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벡터</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여성</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벡터</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여왕</w:t>
            </w:r>
            <w:r>
              <w:rPr>
                <w:rFonts w:ascii="Nanum Gothic" w:hAnsi="Nanum Gothic" w:eastAsia="Nanum Gothic" w:cs="Nanum Gothic"/>
                <w:color w:val="1A1A1A"/>
                <w:sz w:val="19"/>
                <w:lang w:eastAsia="ko-KR"/>
              </w:rPr>
              <w:t>")</w:t>
            </w:r>
          </w:p>
          <w:p w14:paraId="4069C1D6"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벡터</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서울</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벡터</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한국</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벡터</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일본</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벡터</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도쿄</w:t>
            </w:r>
            <w:r>
              <w:rPr>
                <w:rFonts w:ascii="Nanum Gothic" w:hAnsi="Nanum Gothic" w:eastAsia="Nanum Gothic" w:cs="Nanum Gothic"/>
                <w:color w:val="1A1A1A"/>
                <w:sz w:val="19"/>
                <w:lang w:eastAsia="ko-KR"/>
              </w:rPr>
              <w:t>")</w:t>
            </w:r>
          </w:p>
          <w:p w14:paraId="343DF301"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벡터</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파리</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벡터</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프랑스</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벡터</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이탈리아</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벡터</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로마</w:t>
            </w:r>
            <w:r>
              <w:rPr>
                <w:rFonts w:ascii="Nanum Gothic" w:hAnsi="Nanum Gothic" w:eastAsia="Nanum Gothic" w:cs="Nanum Gothic"/>
                <w:color w:val="1A1A1A"/>
                <w:sz w:val="19"/>
                <w:lang w:eastAsia="ko-KR"/>
              </w:rPr>
              <w:t>")</w:t>
            </w:r>
          </w:p>
        </w:tc>
      </w:tr>
    </w:tbl>
    <w:p w14:paraId="67D32A59" w14:textId="77777777" w:rsidR="00226CAC" w:rsidRDefault="00226CAC">
      <w:pPr>
        <w:rPr>
          <w:rFonts w:eastAsia="Nanum Gothic"/>
          <w:lang w:eastAsia="ko-KR"/>
        </w:rPr>
      </w:pPr>
    </w:p>
    <w:p w14:paraId="2B0C941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이것이 가능한 이유: 학습 데이터에서 "왕"과 "남성", "여왕"과 "여성"이 비슷한 맥락에서 등장하면, 이 관계가 벡터 공간의 </w:t>
      </w:r>
      <w:r>
        <w:rPr>
          <w:rFonts w:ascii="Nanum Gothic" w:eastAsia="Nanum Gothic" w:hAnsi="Nanum Gothic" w:cs="Nanum Gothic"/>
          <w:b/>
          <w:color w:val="1A1A1A"/>
          <w:sz w:val="20"/>
          <w:lang w:eastAsia="ko-KR"/>
        </w:rPr>
        <w:t>방향과 거리</w:t>
      </w:r>
      <w:r>
        <w:rPr>
          <w:rFonts w:ascii="Nanum Gothic" w:eastAsia="Nanum Gothic" w:hAnsi="Nanum Gothic" w:cs="Nanum Gothic"/>
          <w:color w:val="1A1A1A"/>
          <w:sz w:val="20"/>
          <w:lang w:eastAsia="ko-KR"/>
        </w:rPr>
        <w:t>로 인코딩되기 때문입니다.</w:t>
      </w:r>
    </w:p>
    <w:tbl>
      <w:tblPr>
        <w:tblStyle w:val="af9"/>
        <w:tblW w:w="0" w:type="auto"/>
        <w:tblLayout w:type="fixed"/>
        <w:tblLook w:val="04A0" w:firstRow="1" w:lastRow="0" w:firstColumn="1" w:lastColumn="0" w:noHBand="0" w:noVBand="1"/>
      </w:tblPr>
      <w:tblGrid>
        <w:gridCol w:w="400"/>
        <w:gridCol w:w="8672"/>
      </w:tblGrid>
      <w:tr w:rsidR="00226CAC" w14:paraId="66EBC250" w14:textId="77777777">
        <w:tc>
          <w:tcPr>
            <w:tcW w:w="400" w:type="dxa"/>
            <w:shd w:val="clear" w:color="auto" w:fill="0F9D8C"/>
          </w:tcPr>
          <w:p w14:paraId="1C9AF913" w14:textId="77777777" w:rsidR="00226CAC" w:rsidRDefault="00226CAC">
            <w:pPr>
              <w:spacing w:before="80" w:after="80"/>
              <w:rPr>
                <w:rFonts w:eastAsia="Nanum Gothic"/>
                <w:lang w:eastAsia="ko-KR"/>
              </w:rPr>
            </w:pPr>
          </w:p>
        </w:tc>
        <w:tc>
          <w:tcPr>
            <w:tcW w:w="8672" w:type="dxa"/>
            <w:shd w:val="clear" w:color="auto" w:fill="E6F7F4"/>
          </w:tcPr>
          <w:p w14:paraId="00520DE5" w14:textId="77777777" w:rsidR="00226CAC" w:rsidRDefault="00000000">
            <w:pPr>
              <w:spacing w:before="80" w:after="80"/>
              <w:rPr>
                <w:rFonts w:eastAsia="Nanum Gothic"/>
                <w:lang w:eastAsia="ko-KR"/>
              </w:rPr>
            </w:pPr>
            <w:r>
              <w:rPr>
                <w:rFonts w:ascii="Nanum Gothic" w:eastAsia="Nanum Gothic" w:hAnsi="Nanum Gothic" w:cs="Nanum Gothic"/>
                <w:b/>
                <w:color w:val="0F9D8C"/>
                <w:sz w:val="20"/>
                <w:lang w:eastAsia="ko-KR"/>
              </w:rPr>
              <w:t>💡 비유</w:t>
            </w:r>
            <w:r>
              <w:rPr>
                <w:rFonts w:ascii="Apple SD Gothic Neo" w:eastAsia="Nanum Gothic" w:hAnsi="Apple SD Gothic Neo" w:cs="Apple SD Gothic Neo"/>
                <w:b/>
                <w:color w:val="0F9D8C"/>
                <w:sz w:val="20"/>
                <w:lang w:eastAsia="ko-KR"/>
              </w:rPr>
              <w:br/>
            </w:r>
            <w:r>
              <w:rPr>
                <w:rFonts w:ascii="Nanum Gothic" w:eastAsia="Nanum Gothic" w:hAnsi="Nanum Gothic" w:cs="Nanum Gothic"/>
                <w:color w:val="1A1A1A"/>
                <w:sz w:val="20"/>
                <w:lang w:eastAsia="ko-KR"/>
              </w:rPr>
              <w:t>임베딩은 검색 엔진의 색인(Index)과 유사합니다. 전통 검색: 키워드 정확 일치 (예: "서울 날씨"를 검색하면 "서울 날씨"가 포함된 문서만) 임베딩 기반 검색: 의미 유사도 (예: "서울 날씨"를 검색해도 "수도 기온"이 포함된 문서 반환) RAG는 이 임베딩 기반 검색으로 작동합니다.</w:t>
            </w:r>
          </w:p>
        </w:tc>
      </w:tr>
    </w:tbl>
    <w:p w14:paraId="7D8A52C6" w14:textId="77777777" w:rsidR="00226CAC" w:rsidRDefault="00226CAC">
      <w:pPr>
        <w:rPr>
          <w:rFonts w:eastAsia="Nanum Gothic"/>
          <w:lang w:eastAsia="ko-KR"/>
        </w:rPr>
      </w:pPr>
    </w:p>
    <w:p w14:paraId="3E966ABE"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4.1.6.4 RAG와의 연결</w:t>
      </w:r>
    </w:p>
    <w:p w14:paraId="2B89DBC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임베딩은 RAG(검색 증강 생성)의 핵심 기술입니다.</w:t>
      </w:r>
    </w:p>
    <w:p w14:paraId="62C0680F" w14:textId="77777777" w:rsidR="00226CAC" w:rsidRDefault="00000000">
      <w:pPr>
        <w:spacing w:before="60" w:after="60"/>
      </w:pPr>
      <w:r>
        <w:rPr>
          <w:rFonts w:ascii="Nanum Gothic" w:eastAsia="Nanum Gothic" w:hAnsi="Nanum Gothic" w:cs="Nanum Gothic"/>
          <w:color w:val="1A1A1A"/>
          <w:sz w:val="20"/>
        </w:rPr>
        <w:t>RAG 작동 흐름:</w:t>
      </w:r>
    </w:p>
    <w:tbl>
      <w:tblPr>
        <w:tblStyle w:val="af9"/>
        <w:tblW w:w="0" w:type="auto"/>
        <w:tblLook w:val="04A0" w:firstRow="1" w:lastRow="0" w:firstColumn="1" w:lastColumn="0" w:noHBand="0" w:noVBand="1"/>
      </w:tblPr>
      <w:tblGrid>
        <w:gridCol w:w="9072"/>
      </w:tblGrid>
      <w:tr w:rsidR="00226CAC" w14:paraId="446D6812" w14:textId="77777777">
        <w:tc>
          <w:tcPr>
            <w:tcW w:w="9072" w:type="dxa"/>
            <w:shd w:val="clear" w:color="auto" w:fill="F7F7F7"/>
          </w:tcPr>
          <w:p w14:paraId="0A64E557"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lastRenderedPageBreak/>
              <w:t>사용자</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질문</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임베딩</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변환</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벡터</w:t>
            </w:r>
            <w:r>
              <w:rPr>
                <w:rFonts w:ascii="D2Coding" w:hAnsi="D2Coding" w:eastAsia="D2Coding" w:cs="D2Coding"/>
                <w:color w:val="1A1A1A"/>
                <w:sz w:val="19"/>
                <w:lang w:eastAsia="ko-KR"/>
              </w:rPr>
              <w:t xml:space="preserve"> DB </w:t>
            </w:r>
            <w:r>
              <w:rPr>
                <w:rFonts w:ascii="Nanum Gothic" w:hAnsi="Nanum Gothic" w:eastAsia="Nanum Gothic" w:cs="Nanum Gothic"/>
                <w:color w:val="1A1A1A"/>
                <w:sz w:val="19"/>
                <w:lang w:eastAsia="ko-KR"/>
              </w:rPr>
              <w:t>검색</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가장</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유사한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문서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발견</w:t>
            </w:r>
          </w:p>
          <w:p w14:paraId="5BBEDE92"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발견된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문서</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원래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질문</w:t>
            </w:r>
            <w:r>
              <w:rPr>
                <w:rFonts w:ascii="D2Coding" w:hAnsi="D2Coding" w:eastAsia="D2Coding" w:cs="D2Coding"/>
                <w:color w:val="1A1A1A"/>
                <w:sz w:val="19"/>
                <w:lang w:eastAsia="ko-KR"/>
              </w:rPr>
              <w:t xml:space="preserve"> → LLM → </w:t>
            </w:r>
            <w:r>
              <w:rPr>
                <w:rFonts w:ascii="Nanum Gothic" w:hAnsi="Nanum Gothic" w:eastAsia="Nanum Gothic" w:cs="Nanum Gothic"/>
                <w:color w:val="1A1A1A"/>
                <w:sz w:val="19"/>
                <w:lang w:eastAsia="ko-KR"/>
              </w:rPr>
              <w:t>답변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생성</w:t>
            </w:r>
          </w:p>
        </w:tc>
      </w:tr>
    </w:tbl>
    <w:p w14:paraId="343E5CFF" w14:textId="77777777" w:rsidR="00226CAC" w:rsidRDefault="00226CAC">
      <w:pPr>
        <w:rPr>
          <w:rFonts w:eastAsia="Nanum Gothic"/>
          <w:lang w:eastAsia="ko-KR"/>
        </w:rPr>
      </w:pPr>
    </w:p>
    <w:p w14:paraId="5782700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"의미가 비슷한 문서를 찾는" 단계가 임베딩 비교로 이루어집니다.</w:t>
      </w:r>
    </w:p>
    <w:p w14:paraId="4210FB76"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이 과정에서 언제 만나는가</w:t>
      </w:r>
      <w:r>
        <w:rPr>
          <w:rFonts w:ascii="Nanum Gothic" w:eastAsia="Nanum Gothic" w:hAnsi="Nanum Gothic" w:cs="Nanum Gothic"/>
          <w:color w:val="1A1A1A"/>
          <w:sz w:val="20"/>
          <w:lang w:eastAsia="ko-KR"/>
        </w:rPr>
        <w:t>: AIR Studio의 지식 베이스 기능 실습에서 직접 사용합니다. 사내 문서를 업로드하면, AIR Studio가 이를 임베딩으로 변환해 벡터 DB에 저장합니다. 이후 질문 시 관련 문서를 임베딩 유사도로 검색해 답변에 활용합니다.</w:t>
      </w:r>
    </w:p>
    <w:tbl>
      <w:tblPr>
        <w:tblStyle w:val="af9"/>
        <w:tblW w:w="0" w:type="auto"/>
        <w:tblLayout w:type="fixed"/>
        <w:tblLook w:val="04A0" w:firstRow="1" w:lastRow="0" w:firstColumn="1" w:lastColumn="0" w:noHBand="0" w:noVBand="1"/>
      </w:tblPr>
      <w:tblGrid>
        <w:gridCol w:w="400"/>
        <w:gridCol w:w="8672"/>
      </w:tblGrid>
      <w:tr w:rsidR="00226CAC" w14:paraId="01E55D0D" w14:textId="77777777">
        <w:tc>
          <w:tcPr>
            <w:tcW w:w="400" w:type="dxa"/>
            <w:shd w:val="clear" w:color="auto" w:fill="6B46C1"/>
          </w:tcPr>
          <w:p w14:paraId="208BB0D1" w14:textId="77777777" w:rsidR="00226CAC" w:rsidRDefault="00226CAC">
            <w:pPr>
              <w:spacing w:before="80" w:after="80"/>
              <w:rPr>
                <w:rFonts w:eastAsia="Nanum Gothic"/>
                <w:lang w:eastAsia="ko-KR"/>
              </w:rPr>
            </w:pPr>
          </w:p>
        </w:tc>
        <w:tc>
          <w:tcPr>
            <w:tcW w:w="8672" w:type="dxa"/>
            <w:shd w:val="clear" w:color="auto" w:fill="F3EEFB"/>
          </w:tcPr>
          <w:p w14:paraId="2A0AF853" w14:textId="7777777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"키워드 검색"과 "임베딩 기반 의미 검색"이 다른 결과를 낼 수 있는 상황을 업무 맥락에서 1가지 예를 들어보세요.</w:t>
            </w:r>
          </w:p>
        </w:tc>
      </w:tr>
    </w:tbl>
    <w:p w14:paraId="572F677B" w14:textId="77777777" w:rsidR="00226CAC" w:rsidRDefault="00226CAC">
      <w:pPr>
        <w:rPr>
          <w:rFonts w:eastAsia="Nanum Gothic"/>
          <w:lang w:eastAsia="ko-KR"/>
        </w:rPr>
      </w:pPr>
    </w:p>
    <w:p w14:paraId="50A1B685"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4.1.7 용어 ⑤ 온도 (Temperature) — "창의성 다이얼"</w:t>
      </w:r>
    </w:p>
    <w:p w14:paraId="66E3FF2E"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4.1.7.1 정의와 개념</w:t>
      </w:r>
    </w:p>
    <w:tbl>
      <w:tblPr>
        <w:tblStyle w:val="af9"/>
        <w:tblW w:w="0" w:type="auto"/>
        <w:tblLook w:val="04A0" w:firstRow="1" w:lastRow="0" w:firstColumn="1" w:lastColumn="0" w:noHBand="0" w:noVBand="1"/>
      </w:tblPr>
      <w:tblGrid>
        <w:gridCol w:w="4536"/>
        <w:gridCol w:w="4536"/>
      </w:tblGrid>
      <w:tr w:rsidR="00226CAC" w14:paraId="44F89E1B" w14:textId="77777777">
        <w:tc>
          <w:tcPr>
            <w:tcW w:w="4536" w:type="dxa"/>
            <w:shd w:val="clear" w:color="auto" w:fill="024AD8"/>
          </w:tcPr>
          <w:p w14:paraId="53C17302" w14:textId="77777777" w:rsidR="00226CAC" w:rsidRDefault="00000000">
            <w:pPr>
              <w:spacing w:before="60" w:after="60"/>
            </w:pPr>
            <w:r>
              <w:rPr>
                <w:rFonts w:ascii="Nanum Gothic" w:eastAsia="Nanum Gothic" w:hAnsi="Nanum Gothic" w:cs="Nanum Gothic"/>
                <w:b/>
                <w:color w:val="FFFFFF"/>
                <w:sz w:val="20"/>
              </w:rPr>
              <w:t>항목</w:t>
            </w:r>
          </w:p>
        </w:tc>
        <w:tc>
          <w:tcPr>
            <w:tcW w:w="4536" w:type="dxa"/>
            <w:shd w:val="clear" w:color="auto" w:fill="024AD8"/>
          </w:tcPr>
          <w:p w14:paraId="3F65F1C3" w14:textId="77777777" w:rsidR="00226CAC" w:rsidRDefault="00000000">
            <w:pPr>
              <w:spacing w:before="60" w:after="60"/>
            </w:pPr>
            <w:r>
              <w:rPr>
                <w:rFonts w:ascii="Nanum Gothic" w:eastAsia="Nanum Gothic" w:hAnsi="Nanum Gothic" w:cs="Nanum Gothic"/>
                <w:b/>
                <w:color w:val="FFFFFF"/>
                <w:sz w:val="20"/>
              </w:rPr>
              <w:t>내용</w:t>
            </w:r>
          </w:p>
        </w:tc>
      </w:tr>
      <w:tr w:rsidR="00226CAC" w14:paraId="6AEFB5BD" w14:textId="77777777">
        <w:tc>
          <w:tcPr>
            <w:tcW w:w="4536" w:type="dxa"/>
          </w:tcPr>
          <w:p w14:paraId="10D64A9A" w14:textId="77777777" w:rsidR="00226CAC" w:rsidRDefault="00000000">
            <w:pPr>
              <w:spacing w:before="60" w:after="60"/>
            </w:pPr>
            <w:r>
              <w:rPr>
                <w:rFonts w:ascii="Nanum Gothic" w:eastAsia="Nanum Gothic" w:hAnsi="Nanum Gothic" w:cs="Nanum Gothic"/>
                <w:b/>
                <w:color w:val="1A1A1A"/>
                <w:sz w:val="20"/>
              </w:rPr>
              <w:t>정의</w:t>
            </w:r>
          </w:p>
        </w:tc>
        <w:tc>
          <w:tcPr>
            <w:tcW w:w="4536" w:type="dxa"/>
          </w:tcPr>
          <w:p w14:paraId="07F8B2C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LLM이 다음 토큰을 선택할 때 다양성을 조정하는 파라미터</w:t>
            </w:r>
          </w:p>
        </w:tc>
      </w:tr>
      <w:tr w:rsidR="00226CAC" w14:paraId="6E8A3CFE" w14:textId="77777777">
        <w:tc>
          <w:tcPr>
            <w:tcW w:w="4536" w:type="dxa"/>
          </w:tcPr>
          <w:p w14:paraId="091C0302" w14:textId="77777777" w:rsidR="00226CAC" w:rsidRDefault="00000000">
            <w:pPr>
              <w:spacing w:before="60" w:after="60"/>
            </w:pPr>
            <w:r>
              <w:rPr>
                <w:rFonts w:ascii="Nanum Gothic" w:eastAsia="Nanum Gothic" w:hAnsi="Nanum Gothic" w:cs="Nanum Gothic"/>
                <w:b/>
                <w:color w:val="1A1A1A"/>
                <w:sz w:val="20"/>
              </w:rPr>
              <w:t>범위</w:t>
            </w:r>
          </w:p>
        </w:tc>
        <w:tc>
          <w:tcPr>
            <w:tcW w:w="4536" w:type="dxa"/>
          </w:tcPr>
          <w:p w14:paraId="12AC140F"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제품과 모델에 따라 0~1 또는 0~2. 일부 모델은 직접 설정을 지원하지 않음</w:t>
            </w:r>
          </w:p>
        </w:tc>
      </w:tr>
      <w:tr w:rsidR="00226CAC" w14:paraId="6648B686" w14:textId="77777777">
        <w:tc>
          <w:tcPr>
            <w:tcW w:w="4536" w:type="dxa"/>
          </w:tcPr>
          <w:p w14:paraId="4852C94B" w14:textId="77777777" w:rsidR="00226CAC" w:rsidRDefault="00000000">
            <w:pPr>
              <w:spacing w:before="60" w:after="60"/>
            </w:pPr>
            <w:r>
              <w:rPr>
                <w:rFonts w:ascii="Nanum Gothic" w:eastAsia="Nanum Gothic" w:hAnsi="Nanum Gothic" w:cs="Nanum Gothic"/>
                <w:b/>
                <w:color w:val="1A1A1A"/>
                <w:sz w:val="20"/>
              </w:rPr>
              <w:t>비유</w:t>
            </w:r>
          </w:p>
        </w:tc>
        <w:tc>
          <w:tcPr>
            <w:tcW w:w="4536" w:type="dxa"/>
          </w:tcPr>
          <w:p w14:paraId="2B01272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0 = 항상 같은 답 / 1~2 = 창의·다양하지만 혼란</w:t>
            </w:r>
          </w:p>
        </w:tc>
      </w:tr>
      <w:tr w:rsidR="00226CAC" w14:paraId="21459946" w14:textId="77777777">
        <w:tc>
          <w:tcPr>
            <w:tcW w:w="4536" w:type="dxa"/>
          </w:tcPr>
          <w:p w14:paraId="0E8F0FF8" w14:textId="77777777" w:rsidR="00226CAC" w:rsidRDefault="00000000">
            <w:pPr>
              <w:spacing w:before="60" w:after="60"/>
            </w:pPr>
            <w:r>
              <w:rPr>
                <w:rFonts w:ascii="Nanum Gothic" w:eastAsia="Nanum Gothic" w:hAnsi="Nanum Gothic" w:cs="Nanum Gothic"/>
                <w:b/>
                <w:color w:val="1A1A1A"/>
                <w:sz w:val="20"/>
              </w:rPr>
              <w:t>실무 연관</w:t>
            </w:r>
          </w:p>
        </w:tc>
        <w:tc>
          <w:tcPr>
            <w:tcW w:w="4536" w:type="dxa"/>
          </w:tcPr>
          <w:p w14:paraId="2164560B"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코드 생성: 낮은 온도 / 창작: 높은 온도</w:t>
            </w:r>
          </w:p>
        </w:tc>
      </w:tr>
    </w:tbl>
    <w:p w14:paraId="6CCAD856" w14:textId="77777777" w:rsidR="00226CAC" w:rsidRDefault="00226CAC">
      <w:pPr>
        <w:rPr>
          <w:rFonts w:eastAsia="Nanum Gothic"/>
          <w:lang w:eastAsia="ko-KR"/>
        </w:rPr>
      </w:pPr>
    </w:p>
    <w:p w14:paraId="3CDA51C7"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4.1.7.2 온도의 작동 원리</w:t>
      </w:r>
    </w:p>
    <w:p w14:paraId="1E8026C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LLM이 다음 토큰을 선택하기 전, 각 후보 토큰에 확률을 계산합니다.</w:t>
      </w:r>
    </w:p>
    <w:p w14:paraId="355C277D"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온도 = 0 (낮음)</w:t>
      </w:r>
      <w:r>
        <w:rPr>
          <w:rFonts w:ascii="Nanum Gothic" w:eastAsia="Nanum Gothic" w:hAnsi="Nanum Gothic" w:cs="Nanum Gothic"/>
          <w:color w:val="1A1A1A"/>
          <w:sz w:val="20"/>
          <w:lang w:eastAsia="ko-KR"/>
        </w:rPr>
        <w:t xml:space="preserve">: 가장 높은 확률의 토큰만 선택 → </w:t>
      </w:r>
      <w:r>
        <w:rPr>
          <w:rFonts w:ascii="Nanum Gothic" w:eastAsia="Nanum Gothic" w:hAnsi="Nanum Gothic" w:cs="Nanum Gothic"/>
          <w:b/>
          <w:color w:val="1A1A1A"/>
          <w:sz w:val="20"/>
          <w:lang w:eastAsia="ko-KR"/>
        </w:rPr>
        <w:t>항상 같은 답 (Greedy Decoding)</w:t>
      </w:r>
    </w:p>
    <w:tbl>
      <w:tblPr>
        <w:tblStyle w:val="af9"/>
        <w:tblW w:w="0" w:type="auto"/>
        <w:tblLook w:val="04A0" w:firstRow="1" w:lastRow="0" w:firstColumn="1" w:lastColumn="0" w:noHBand="0" w:noVBand="1"/>
      </w:tblPr>
      <w:tblGrid>
        <w:gridCol w:w="9072"/>
      </w:tblGrid>
      <w:tr w:rsidR="00226CAC" w14:paraId="29974E2B" w14:textId="77777777">
        <w:tc>
          <w:tcPr>
            <w:tcW w:w="9072" w:type="dxa"/>
            <w:shd w:val="clear" w:color="auto" w:fill="F7F7F7"/>
          </w:tcPr>
          <w:p w14:paraId="2B63AAAC"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오늘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날씨는</w:t>
            </w:r>
            <w:r>
              <w:rPr>
                <w:rFonts w:ascii="Nanum Gothic" w:hAnsi="Nanum Gothic" w:eastAsia="Nanum Gothic" w:cs="Nanum Gothic"/>
                <w:color w:val="1A1A1A"/>
                <w:sz w:val="19"/>
                <w:lang w:eastAsia="ko-KR"/>
              </w:rPr>
              <w:t>" → "</w:t>
            </w:r>
            <w:r>
              <w:rPr>
                <w:rFonts w:ascii="Nanum Gothic" w:hAnsi="Nanum Gothic" w:eastAsia="Nanum Gothic" w:cs="Nanum Gothic"/>
                <w:color w:val="1A1A1A"/>
                <w:sz w:val="19"/>
                <w:lang w:eastAsia="ko-KR"/>
              </w:rPr>
              <w:t>맑다</w:t>
            </w: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항상</w:t>
            </w:r>
            <w:r>
              <w:rPr>
                <w:rFonts w:ascii="Nanum Gothic" w:hAnsi="Nanum Gothic" w:eastAsia="Nanum Gothic" w:cs="Nanum Gothic"/>
                <w:color w:val="1A1A1A"/>
                <w:sz w:val="19"/>
                <w:lang w:eastAsia="ko-KR"/>
              </w:rPr>
              <w:t>)</w:t>
            </w:r>
          </w:p>
        </w:tc>
      </w:tr>
    </w:tbl>
    <w:p w14:paraId="2C9E9E9D" w14:textId="77777777" w:rsidR="00226CAC" w:rsidRDefault="00226CAC">
      <w:pPr>
        <w:rPr>
          <w:rFonts w:eastAsia="Nanum Gothic"/>
          <w:lang w:eastAsia="ko-KR"/>
        </w:rPr>
      </w:pPr>
    </w:p>
    <w:p w14:paraId="5C37C274"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온도 = 0.7 (중간)</w:t>
      </w:r>
      <w:r>
        <w:rPr>
          <w:rFonts w:ascii="Nanum Gothic" w:eastAsia="Nanum Gothic" w:hAnsi="Nanum Gothic" w:cs="Nanum Gothic"/>
          <w:color w:val="1A1A1A"/>
          <w:sz w:val="20"/>
          <w:lang w:eastAsia="ko-KR"/>
        </w:rPr>
        <w:t xml:space="preserve">: 상위 확률 토큰들 중에서 다양하게 선택 → </w:t>
      </w:r>
      <w:r>
        <w:rPr>
          <w:rFonts w:ascii="Nanum Gothic" w:eastAsia="Nanum Gothic" w:hAnsi="Nanum Gothic" w:cs="Nanum Gothic"/>
          <w:b/>
          <w:color w:val="1A1A1A"/>
          <w:sz w:val="20"/>
          <w:lang w:eastAsia="ko-KR"/>
        </w:rPr>
        <w:t>창의성과 일관성 균형</w:t>
      </w:r>
    </w:p>
    <w:tbl>
      <w:tblPr>
        <w:tblStyle w:val="af9"/>
        <w:tblW w:w="0" w:type="auto"/>
        <w:tblLook w:val="04A0" w:firstRow="1" w:lastRow="0" w:firstColumn="1" w:lastColumn="0" w:noHBand="0" w:noVBand="1"/>
      </w:tblPr>
      <w:tblGrid>
        <w:gridCol w:w="9072"/>
      </w:tblGrid>
      <w:tr w:rsidR="00226CAC" w14:paraId="4258AB33" w14:textId="77777777">
        <w:tc>
          <w:tcPr>
            <w:tcW w:w="9072" w:type="dxa"/>
            <w:shd w:val="clear" w:color="auto" w:fill="F7F7F7"/>
          </w:tcPr>
          <w:p w14:paraId="622BB8AD"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오늘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날씨는</w:t>
            </w:r>
            <w:r>
              <w:rPr>
                <w:rFonts w:ascii="Nanum Gothic" w:hAnsi="Nanum Gothic" w:eastAsia="Nanum Gothic" w:cs="Nanum Gothic"/>
                <w:color w:val="1A1A1A"/>
                <w:sz w:val="19"/>
                <w:lang w:eastAsia="ko-KR"/>
              </w:rPr>
              <w:t>" → "</w:t>
            </w:r>
            <w:r>
              <w:rPr>
                <w:rFonts w:ascii="Nanum Gothic" w:hAnsi="Nanum Gothic" w:eastAsia="Nanum Gothic" w:cs="Nanum Gothic"/>
                <w:color w:val="1A1A1A"/>
                <w:sz w:val="19"/>
                <w:lang w:eastAsia="ko-KR"/>
              </w:rPr>
              <w:t>맑다</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또는</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따뜻하다</w:t>
            </w: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다양하게</w:t>
            </w:r>
            <w:r>
              <w:rPr>
                <w:rFonts w:ascii="Nanum Gothic" w:hAnsi="Nanum Gothic" w:eastAsia="Nanum Gothic" w:cs="Nanum Gothic"/>
                <w:color w:val="1A1A1A"/>
                <w:sz w:val="19"/>
                <w:lang w:eastAsia="ko-KR"/>
              </w:rPr>
              <w:t>)</w:t>
            </w:r>
          </w:p>
        </w:tc>
      </w:tr>
    </w:tbl>
    <w:p w14:paraId="5EACA203" w14:textId="77777777" w:rsidR="00226CAC" w:rsidRDefault="00226CAC">
      <w:pPr>
        <w:rPr>
          <w:rFonts w:eastAsia="Nanum Gothic"/>
          <w:lang w:eastAsia="ko-KR"/>
        </w:rPr>
      </w:pPr>
    </w:p>
    <w:p w14:paraId="1FD028CE"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온도 = 1.5 (높음)</w:t>
      </w:r>
      <w:r>
        <w:rPr>
          <w:rFonts w:ascii="Nanum Gothic" w:eastAsia="Nanum Gothic" w:hAnsi="Nanum Gothic" w:cs="Nanum Gothic"/>
          <w:color w:val="1A1A1A"/>
          <w:sz w:val="20"/>
          <w:lang w:eastAsia="ko-KR"/>
        </w:rPr>
        <w:t xml:space="preserve">: 낮은 확률 토큰도 선택 가능 → </w:t>
      </w:r>
      <w:r>
        <w:rPr>
          <w:rFonts w:ascii="Nanum Gothic" w:eastAsia="Nanum Gothic" w:hAnsi="Nanum Gothic" w:cs="Nanum Gothic"/>
          <w:b/>
          <w:color w:val="1A1A1A"/>
          <w:sz w:val="20"/>
          <w:lang w:eastAsia="ko-KR"/>
        </w:rPr>
        <w:t>매우 창의적·예측 불가능·때로 혼란</w:t>
      </w:r>
    </w:p>
    <w:tbl>
      <w:tblPr>
        <w:tblStyle w:val="af9"/>
        <w:tblW w:w="0" w:type="auto"/>
        <w:tblLook w:val="04A0" w:firstRow="1" w:lastRow="0" w:firstColumn="1" w:lastColumn="0" w:noHBand="0" w:noVBand="1"/>
      </w:tblPr>
      <w:tblGrid>
        <w:gridCol w:w="9072"/>
      </w:tblGrid>
      <w:tr w:rsidR="00226CAC" w14:paraId="73732B01" w14:textId="77777777">
        <w:tc>
          <w:tcPr>
            <w:tcW w:w="9072" w:type="dxa"/>
            <w:shd w:val="clear" w:color="auto" w:fill="F7F7F7"/>
          </w:tcPr>
          <w:p w14:paraId="0FBA26E7"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오늘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날씨는</w:t>
            </w:r>
            <w:r>
              <w:rPr>
                <w:rFonts w:ascii="Nanum Gothic" w:hAnsi="Nanum Gothic" w:eastAsia="Nanum Gothic" w:cs="Nanum Gothic"/>
                <w:color w:val="1A1A1A"/>
                <w:sz w:val="19"/>
                <w:lang w:eastAsia="ko-KR"/>
              </w:rPr>
              <w:t>" → "</w:t>
            </w:r>
            <w:r>
              <w:rPr>
                <w:rFonts w:ascii="Nanum Gothic" w:hAnsi="Nanum Gothic" w:eastAsia="Nanum Gothic" w:cs="Nanum Gothic"/>
                <w:color w:val="1A1A1A"/>
                <w:sz w:val="19"/>
                <w:lang w:eastAsia="ko-KR"/>
              </w:rPr>
              <w:t>춤을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춘다</w:t>
            </w: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예상</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밖의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답도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가능</w:t>
            </w:r>
            <w:r>
              <w:rPr>
                <w:rFonts w:ascii="Nanum Gothic" w:hAnsi="Nanum Gothic" w:eastAsia="Nanum Gothic" w:cs="Nanum Gothic"/>
                <w:color w:val="1A1A1A"/>
                <w:sz w:val="19"/>
                <w:lang w:eastAsia="ko-KR"/>
              </w:rPr>
              <w:t>)</w:t>
            </w:r>
          </w:p>
        </w:tc>
      </w:tr>
    </w:tbl>
    <w:p w14:paraId="2445C352" w14:textId="77777777" w:rsidR="00226CAC" w:rsidRDefault="00226CAC">
      <w:pPr>
        <w:rPr>
          <w:rFonts w:eastAsia="Nanum Gothic"/>
          <w:lang w:eastAsia="ko-KR"/>
        </w:rPr>
      </w:pPr>
    </w:p>
    <w:p w14:paraId="2362E14E" w14:textId="77777777" w:rsidR="00226CAC" w:rsidRDefault="00000000">
      <w:pPr>
        <w:spacing w:before="160" w:after="40"/>
      </w:pPr>
      <w:r>
        <w:rPr>
          <w:rFonts w:ascii="Nanum Gothic" w:eastAsia="Nanum Gothic" w:hAnsi="Nanum Gothic" w:cs="Nanum Gothic"/>
          <w:b/>
          <w:color w:val="024AD8"/>
          <w:sz w:val="24"/>
        </w:rPr>
        <w:t>4.1.7.3 온도 권장값 가이드</w:t>
      </w:r>
    </w:p>
    <w:tbl>
      <w:tblPr>
        <w:tblStyle w:val="af9"/>
        <w:tblW w:w="0" w:type="auto"/>
        <w:tblLook w:val="04A0" w:firstRow="1" w:lastRow="0" w:firstColumn="1" w:lastColumn="0" w:noHBand="0" w:noVBand="1"/>
      </w:tblPr>
      <w:tblGrid>
        <w:gridCol w:w="3024"/>
        <w:gridCol w:w="3024"/>
        <w:gridCol w:w="3024"/>
      </w:tblGrid>
      <w:tr w:rsidR="00226CAC" w14:paraId="533D586B" w14:textId="77777777">
        <w:tc>
          <w:tcPr>
            <w:tcW w:w="3024" w:type="dxa"/>
            <w:shd w:val="clear" w:color="auto" w:fill="024AD8"/>
          </w:tcPr>
          <w:p w14:paraId="236A2FE0" w14:textId="77777777" w:rsidR="00226CAC" w:rsidRDefault="00000000">
            <w:pPr>
              <w:spacing w:before="60" w:after="60"/>
            </w:pPr>
            <w:r>
              <w:rPr>
                <w:rFonts w:ascii="Nanum Gothic" w:eastAsia="Nanum Gothic" w:hAnsi="Nanum Gothic" w:cs="Nanum Gothic"/>
                <w:b/>
                <w:color w:val="FFFFFF"/>
                <w:sz w:val="20"/>
              </w:rPr>
              <w:t>사용 목적</w:t>
            </w:r>
          </w:p>
        </w:tc>
        <w:tc>
          <w:tcPr>
            <w:tcW w:w="3024" w:type="dxa"/>
            <w:shd w:val="clear" w:color="auto" w:fill="024AD8"/>
          </w:tcPr>
          <w:p w14:paraId="3BBB633E" w14:textId="77777777" w:rsidR="00226CAC" w:rsidRDefault="00000000">
            <w:pPr>
              <w:spacing w:before="60" w:after="60"/>
            </w:pPr>
            <w:r>
              <w:rPr>
                <w:rFonts w:ascii="Nanum Gothic" w:eastAsia="Nanum Gothic" w:hAnsi="Nanum Gothic" w:cs="Nanum Gothic"/>
                <w:b/>
                <w:color w:val="FFFFFF"/>
                <w:sz w:val="20"/>
              </w:rPr>
              <w:t>권장 온도</w:t>
            </w:r>
          </w:p>
        </w:tc>
        <w:tc>
          <w:tcPr>
            <w:tcW w:w="3024" w:type="dxa"/>
            <w:shd w:val="clear" w:color="auto" w:fill="024AD8"/>
          </w:tcPr>
          <w:p w14:paraId="1EDB0436" w14:textId="77777777" w:rsidR="00226CAC" w:rsidRDefault="00000000">
            <w:pPr>
              <w:spacing w:before="60" w:after="60"/>
            </w:pPr>
            <w:r>
              <w:rPr>
                <w:rFonts w:ascii="Nanum Gothic" w:eastAsia="Nanum Gothic" w:hAnsi="Nanum Gothic" w:cs="Nanum Gothic"/>
                <w:b/>
                <w:color w:val="FFFFFF"/>
                <w:sz w:val="20"/>
              </w:rPr>
              <w:t>이유</w:t>
            </w:r>
          </w:p>
        </w:tc>
      </w:tr>
      <w:tr w:rsidR="00226CAC" w14:paraId="2916B3E2" w14:textId="77777777">
        <w:tc>
          <w:tcPr>
            <w:tcW w:w="3024" w:type="dxa"/>
          </w:tcPr>
          <w:p w14:paraId="7375E1AD" w14:textId="77777777" w:rsidR="00226CAC" w:rsidRDefault="00000000">
            <w:pPr>
              <w:spacing w:before="60" w:after="60"/>
            </w:pPr>
            <w:r>
              <w:rPr>
                <w:rFonts w:ascii="Nanum Gothic" w:eastAsia="Nanum Gothic" w:hAnsi="Nanum Gothic" w:cs="Nanum Gothic"/>
                <w:color w:val="1A1A1A"/>
                <w:sz w:val="20"/>
              </w:rPr>
              <w:lastRenderedPageBreak/>
              <w:t>코드 생성·디버깅</w:t>
            </w:r>
          </w:p>
        </w:tc>
        <w:tc>
          <w:tcPr>
            <w:tcW w:w="3024" w:type="dxa"/>
          </w:tcPr>
          <w:p w14:paraId="0C5F9DC4" w14:textId="77777777" w:rsidR="00226CAC" w:rsidRDefault="00000000">
            <w:pPr>
              <w:spacing w:before="60" w:after="60"/>
            </w:pPr>
            <w:r>
              <w:rPr>
                <w:rFonts w:ascii="Nanum Gothic" w:eastAsia="Nanum Gothic" w:hAnsi="Nanum Gothic" w:cs="Nanum Gothic"/>
                <w:color w:val="1A1A1A"/>
                <w:sz w:val="20"/>
              </w:rPr>
              <w:t>0~0.3</w:t>
            </w:r>
          </w:p>
        </w:tc>
        <w:tc>
          <w:tcPr>
            <w:tcW w:w="3024" w:type="dxa"/>
          </w:tcPr>
          <w:p w14:paraId="4B341BAE" w14:textId="77777777" w:rsidR="00226CAC" w:rsidRDefault="00000000">
            <w:pPr>
              <w:spacing w:before="60" w:after="60"/>
            </w:pPr>
            <w:r>
              <w:rPr>
                <w:rFonts w:ascii="Nanum Gothic" w:eastAsia="Nanum Gothic" w:hAnsi="Nanum Gothic" w:cs="Nanum Gothic"/>
                <w:color w:val="1A1A1A"/>
                <w:sz w:val="20"/>
              </w:rPr>
              <w:t>재현성·정확성 중요</w:t>
            </w:r>
          </w:p>
        </w:tc>
      </w:tr>
      <w:tr w:rsidR="00226CAC" w14:paraId="3F315D2A" w14:textId="77777777">
        <w:tc>
          <w:tcPr>
            <w:tcW w:w="3024" w:type="dxa"/>
          </w:tcPr>
          <w:p w14:paraId="66FFBE7D" w14:textId="77777777" w:rsidR="00226CAC" w:rsidRDefault="00000000">
            <w:pPr>
              <w:spacing w:before="60" w:after="60"/>
            </w:pPr>
            <w:r>
              <w:rPr>
                <w:rFonts w:ascii="Nanum Gothic" w:eastAsia="Nanum Gothic" w:hAnsi="Nanum Gothic" w:cs="Nanum Gothic"/>
                <w:color w:val="1A1A1A"/>
                <w:sz w:val="20"/>
              </w:rPr>
              <w:t>사실 기반 Q&amp;A</w:t>
            </w:r>
          </w:p>
        </w:tc>
        <w:tc>
          <w:tcPr>
            <w:tcW w:w="3024" w:type="dxa"/>
          </w:tcPr>
          <w:p w14:paraId="7C3BB5FF" w14:textId="77777777" w:rsidR="00226CAC" w:rsidRDefault="00000000">
            <w:pPr>
              <w:spacing w:before="60" w:after="60"/>
            </w:pPr>
            <w:r>
              <w:rPr>
                <w:rFonts w:ascii="Nanum Gothic" w:eastAsia="Nanum Gothic" w:hAnsi="Nanum Gothic" w:cs="Nanum Gothic"/>
                <w:color w:val="1A1A1A"/>
                <w:sz w:val="20"/>
              </w:rPr>
              <w:t>0.1~0.5</w:t>
            </w:r>
          </w:p>
        </w:tc>
        <w:tc>
          <w:tcPr>
            <w:tcW w:w="3024" w:type="dxa"/>
          </w:tcPr>
          <w:p w14:paraId="19C1E9C1" w14:textId="77777777" w:rsidR="00226CAC" w:rsidRDefault="00000000">
            <w:pPr>
              <w:spacing w:before="60" w:after="60"/>
            </w:pPr>
            <w:r>
              <w:rPr>
                <w:rFonts w:ascii="Nanum Gothic" w:eastAsia="Nanum Gothic" w:hAnsi="Nanum Gothic" w:cs="Nanum Gothic"/>
                <w:color w:val="1A1A1A"/>
                <w:sz w:val="20"/>
              </w:rPr>
              <w:t>사실 왜곡 최소화</w:t>
            </w:r>
          </w:p>
        </w:tc>
      </w:tr>
      <w:tr w:rsidR="00226CAC" w14:paraId="0E9A0002" w14:textId="77777777">
        <w:tc>
          <w:tcPr>
            <w:tcW w:w="3024" w:type="dxa"/>
          </w:tcPr>
          <w:p w14:paraId="63CFFC1B" w14:textId="77777777" w:rsidR="00226CAC" w:rsidRDefault="00000000">
            <w:pPr>
              <w:spacing w:before="60" w:after="60"/>
            </w:pPr>
            <w:r>
              <w:rPr>
                <w:rFonts w:ascii="Nanum Gothic" w:eastAsia="Nanum Gothic" w:hAnsi="Nanum Gothic" w:cs="Nanum Gothic"/>
                <w:color w:val="1A1A1A"/>
                <w:sz w:val="20"/>
              </w:rPr>
              <w:t>일반 대화</w:t>
            </w:r>
          </w:p>
        </w:tc>
        <w:tc>
          <w:tcPr>
            <w:tcW w:w="3024" w:type="dxa"/>
          </w:tcPr>
          <w:p w14:paraId="3D078E92" w14:textId="77777777" w:rsidR="00226CAC" w:rsidRDefault="00000000">
            <w:pPr>
              <w:spacing w:before="60" w:after="60"/>
            </w:pPr>
            <w:r>
              <w:rPr>
                <w:rFonts w:ascii="Nanum Gothic" w:eastAsia="Nanum Gothic" w:hAnsi="Nanum Gothic" w:cs="Nanum Gothic"/>
                <w:color w:val="1A1A1A"/>
                <w:sz w:val="20"/>
              </w:rPr>
              <w:t>0.5~0.8</w:t>
            </w:r>
          </w:p>
        </w:tc>
        <w:tc>
          <w:tcPr>
            <w:tcW w:w="3024" w:type="dxa"/>
          </w:tcPr>
          <w:p w14:paraId="65F54D0E" w14:textId="77777777" w:rsidR="00226CAC" w:rsidRDefault="00000000">
            <w:pPr>
              <w:spacing w:before="60" w:after="60"/>
            </w:pPr>
            <w:r>
              <w:rPr>
                <w:rFonts w:ascii="Nanum Gothic" w:eastAsia="Nanum Gothic" w:hAnsi="Nanum Gothic" w:cs="Nanum Gothic"/>
                <w:color w:val="1A1A1A"/>
                <w:sz w:val="20"/>
              </w:rPr>
              <w:t>자연스러운 균형</w:t>
            </w:r>
          </w:p>
        </w:tc>
      </w:tr>
      <w:tr w:rsidR="00226CAC" w14:paraId="166BBD14" w14:textId="77777777">
        <w:tc>
          <w:tcPr>
            <w:tcW w:w="3024" w:type="dxa"/>
          </w:tcPr>
          <w:p w14:paraId="44FF121C" w14:textId="77777777" w:rsidR="00226CAC" w:rsidRDefault="00000000">
            <w:pPr>
              <w:spacing w:before="60" w:after="60"/>
            </w:pPr>
            <w:r>
              <w:rPr>
                <w:rFonts w:ascii="Nanum Gothic" w:eastAsia="Nanum Gothic" w:hAnsi="Nanum Gothic" w:cs="Nanum Gothic"/>
                <w:color w:val="1A1A1A"/>
                <w:sz w:val="20"/>
              </w:rPr>
              <w:t>마케팅 카피 작성</w:t>
            </w:r>
          </w:p>
        </w:tc>
        <w:tc>
          <w:tcPr>
            <w:tcW w:w="3024" w:type="dxa"/>
          </w:tcPr>
          <w:p w14:paraId="08669DA8" w14:textId="77777777" w:rsidR="00226CAC" w:rsidRDefault="00000000">
            <w:pPr>
              <w:spacing w:before="60" w:after="60"/>
            </w:pPr>
            <w:r>
              <w:rPr>
                <w:rFonts w:ascii="Nanum Gothic" w:eastAsia="Nanum Gothic" w:hAnsi="Nanum Gothic" w:cs="Nanum Gothic"/>
                <w:color w:val="1A1A1A"/>
                <w:sz w:val="20"/>
              </w:rPr>
              <w:t>0.8~1.2</w:t>
            </w:r>
          </w:p>
        </w:tc>
        <w:tc>
          <w:tcPr>
            <w:tcW w:w="3024" w:type="dxa"/>
          </w:tcPr>
          <w:p w14:paraId="63BAF592" w14:textId="77777777" w:rsidR="00226CAC" w:rsidRDefault="00000000">
            <w:pPr>
              <w:spacing w:before="60" w:after="60"/>
            </w:pPr>
            <w:r>
              <w:rPr>
                <w:rFonts w:ascii="Nanum Gothic" w:eastAsia="Nanum Gothic" w:hAnsi="Nanum Gothic" w:cs="Nanum Gothic"/>
                <w:color w:val="1A1A1A"/>
                <w:sz w:val="20"/>
              </w:rPr>
              <w:t>창의성 필요</w:t>
            </w:r>
          </w:p>
        </w:tc>
      </w:tr>
      <w:tr w:rsidR="00226CAC" w14:paraId="358DAE4B" w14:textId="77777777">
        <w:tc>
          <w:tcPr>
            <w:tcW w:w="3024" w:type="dxa"/>
          </w:tcPr>
          <w:p w14:paraId="3E417657" w14:textId="77777777" w:rsidR="00226CAC" w:rsidRDefault="00000000">
            <w:pPr>
              <w:spacing w:before="60" w:after="60"/>
            </w:pPr>
            <w:r>
              <w:rPr>
                <w:rFonts w:ascii="Nanum Gothic" w:eastAsia="Nanum Gothic" w:hAnsi="Nanum Gothic" w:cs="Nanum Gothic"/>
                <w:color w:val="1A1A1A"/>
                <w:sz w:val="20"/>
              </w:rPr>
              <w:t>시·소설·창작</w:t>
            </w:r>
          </w:p>
        </w:tc>
        <w:tc>
          <w:tcPr>
            <w:tcW w:w="3024" w:type="dxa"/>
          </w:tcPr>
          <w:p w14:paraId="7065CBC8" w14:textId="77777777" w:rsidR="00226CAC" w:rsidRDefault="00000000">
            <w:pPr>
              <w:spacing w:before="60" w:after="60"/>
            </w:pPr>
            <w:r>
              <w:rPr>
                <w:rFonts w:ascii="Nanum Gothic" w:eastAsia="Nanum Gothic" w:hAnsi="Nanum Gothic" w:cs="Nanum Gothic"/>
                <w:color w:val="1A1A1A"/>
                <w:sz w:val="20"/>
              </w:rPr>
              <w:t>1.0~1.5</w:t>
            </w:r>
          </w:p>
        </w:tc>
        <w:tc>
          <w:tcPr>
            <w:tcW w:w="3024" w:type="dxa"/>
          </w:tcPr>
          <w:p w14:paraId="0C47B23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다양성·창의성 극대화</w:t>
            </w:r>
          </w:p>
        </w:tc>
      </w:tr>
    </w:tbl>
    <w:p w14:paraId="17644ED0" w14:textId="77777777" w:rsidR="00226CAC" w:rsidRDefault="00226CAC">
      <w:pPr>
        <w:rPr>
          <w:rFonts w:eastAsia="Nanum Gothic"/>
          <w:lang w:eastAsia="ko-KR"/>
        </w:rPr>
      </w:pPr>
    </w:p>
    <w:tbl>
      <w:tblPr>
        <w:tblStyle w:val="af9"/>
        <w:tblW w:w="0" w:type="auto"/>
        <w:tblLayout w:type="fixed"/>
        <w:tblLook w:val="04A0" w:firstRow="1" w:lastRow="0" w:firstColumn="1" w:lastColumn="0" w:noHBand="0" w:noVBand="1"/>
      </w:tblPr>
      <w:tblGrid>
        <w:gridCol w:w="400"/>
        <w:gridCol w:w="8672"/>
      </w:tblGrid>
      <w:tr w:rsidR="00226CAC" w14:paraId="045921B3" w14:textId="77777777">
        <w:tc>
          <w:tcPr>
            <w:tcW w:w="400" w:type="dxa"/>
            <w:shd w:val="clear" w:color="auto" w:fill="C05621"/>
          </w:tcPr>
          <w:p w14:paraId="7E3033B0" w14:textId="77777777" w:rsidR="00226CAC" w:rsidRDefault="00226CAC">
            <w:pPr>
              <w:spacing w:before="80" w:after="80"/>
              <w:rPr>
                <w:rFonts w:eastAsia="Nanum Gothic"/>
                <w:lang w:eastAsia="ko-KR"/>
              </w:rPr>
            </w:pPr>
          </w:p>
        </w:tc>
        <w:tc>
          <w:tcPr>
            <w:tcW w:w="8672" w:type="dxa"/>
            <w:shd w:val="clear" w:color="auto" w:fill="FFF7E6"/>
          </w:tcPr>
          <w:p w14:paraId="1A3BD4A3" w14:textId="77777777" w:rsidR="00226CAC" w:rsidRDefault="00000000">
            <w:pPr>
              <w:spacing w:before="80" w:after="80"/>
              <w:rPr>
                <w:rFonts w:eastAsia="Nanum Gothic"/>
                <w:lang w:eastAsia="ko-KR"/>
              </w:rPr>
            </w:pPr>
            <w:r>
              <w:rPr>
                <w:rFonts w:ascii="Nanum Gothic" w:eastAsia="Nanum Gothic" w:hAnsi="Nanum Gothic" w:cs="Nanum Gothic"/>
                <w:b/>
                <w:color w:val="C05621"/>
                <w:sz w:val="20"/>
                <w:lang w:eastAsia="ko-KR"/>
              </w:rPr>
              <w:t>⚠️ 주의</w:t>
            </w:r>
            <w:r>
              <w:rPr>
                <w:rFonts w:ascii="Apple SD Gothic Neo" w:eastAsia="Nanum Gothic" w:hAnsi="Apple SD Gothic Neo" w:cs="Apple SD Gothic Neo"/>
                <w:b/>
                <w:color w:val="C05621"/>
                <w:sz w:val="20"/>
                <w:lang w:eastAsia="ko-KR"/>
              </w:rPr>
              <w:br/>
            </w:r>
            <w:r>
              <w:rPr>
                <w:rFonts w:ascii="Nanum Gothic" w:eastAsia="Nanum Gothic" w:hAnsi="Nanum Gothic" w:cs="Nanum Gothic"/>
                <w:color w:val="1A1A1A"/>
                <w:sz w:val="20"/>
                <w:lang w:eastAsia="ko-KR"/>
              </w:rPr>
              <w:t>온도가 높으면 같은 프롬프트에서도 매번 다른 답이 나옵니다. 재현 가능성이 필요한 업무(정책 문서, 코드)에서는 낮은 온도를 사용하세요.</w:t>
            </w:r>
          </w:p>
        </w:tc>
      </w:tr>
    </w:tbl>
    <w:p w14:paraId="6A6E7125" w14:textId="77777777" w:rsidR="00226CAC" w:rsidRDefault="00226CAC">
      <w:pPr>
        <w:rPr>
          <w:rFonts w:eastAsia="Nanum Gothic"/>
          <w:lang w:eastAsia="ko-KR"/>
        </w:rPr>
      </w:pPr>
    </w:p>
    <w:p w14:paraId="18D7DD7A" w14:textId="77777777" w:rsidR="00226CAC" w:rsidRDefault="00000000">
      <w:pPr>
        <w:spacing w:before="200" w:after="40"/>
      </w:pPr>
      <w:r>
        <w:rPr>
          <w:rFonts w:ascii="Nanum Gothic" w:eastAsia="Nanum Gothic" w:hAnsi="Nanum Gothic" w:cs="Nanum Gothic"/>
          <w:b/>
          <w:color w:val="024AD8"/>
          <w:sz w:val="28"/>
        </w:rPr>
        <w:t>4.1.8 5대 용어 종합 비교</w:t>
      </w:r>
    </w:p>
    <w:tbl>
      <w:tblPr>
        <w:tblStyle w:val="af9"/>
        <w:tblW w:w="0" w:type="auto"/>
        <w:tblLook w:val="04A0" w:firstRow="1" w:lastRow="0" w:firstColumn="1" w:lastColumn="0" w:noHBand="0" w:noVBand="1"/>
      </w:tblPr>
      <w:tblGrid>
        <w:gridCol w:w="2268"/>
        <w:gridCol w:w="2268"/>
        <w:gridCol w:w="2268"/>
        <w:gridCol w:w="2268"/>
      </w:tblGrid>
      <w:tr w:rsidR="00226CAC" w14:paraId="423EFBE9" w14:textId="77777777">
        <w:tc>
          <w:tcPr>
            <w:tcW w:w="2268" w:type="dxa"/>
            <w:shd w:val="clear" w:color="auto" w:fill="024AD8"/>
          </w:tcPr>
          <w:p w14:paraId="2C585701" w14:textId="77777777" w:rsidR="00226CAC" w:rsidRDefault="00000000">
            <w:pPr>
              <w:spacing w:before="60" w:after="60"/>
            </w:pPr>
            <w:r>
              <w:rPr>
                <w:rFonts w:ascii="Nanum Gothic" w:eastAsia="Nanum Gothic" w:hAnsi="Nanum Gothic" w:cs="Nanum Gothic"/>
                <w:b/>
                <w:color w:val="FFFFFF"/>
                <w:sz w:val="20"/>
              </w:rPr>
              <w:t>용어</w:t>
            </w:r>
          </w:p>
        </w:tc>
        <w:tc>
          <w:tcPr>
            <w:tcW w:w="2268" w:type="dxa"/>
            <w:shd w:val="clear" w:color="auto" w:fill="024AD8"/>
          </w:tcPr>
          <w:p w14:paraId="540E985B" w14:textId="77777777" w:rsidR="00226CAC" w:rsidRDefault="00000000">
            <w:pPr>
              <w:spacing w:before="60" w:after="60"/>
            </w:pPr>
            <w:r>
              <w:rPr>
                <w:rFonts w:ascii="Nanum Gothic" w:eastAsia="Nanum Gothic" w:hAnsi="Nanum Gothic" w:cs="Nanum Gothic"/>
                <w:b/>
                <w:color w:val="FFFFFF"/>
                <w:sz w:val="20"/>
              </w:rPr>
              <w:t>핵심 역할</w:t>
            </w:r>
          </w:p>
        </w:tc>
        <w:tc>
          <w:tcPr>
            <w:tcW w:w="2268" w:type="dxa"/>
            <w:shd w:val="clear" w:color="auto" w:fill="024AD8"/>
          </w:tcPr>
          <w:p w14:paraId="4EF7B07A" w14:textId="77777777" w:rsidR="00226CAC" w:rsidRDefault="00000000">
            <w:pPr>
              <w:spacing w:before="60" w:after="60"/>
            </w:pPr>
            <w:r>
              <w:rPr>
                <w:rFonts w:ascii="Nanum Gothic" w:eastAsia="Nanum Gothic" w:hAnsi="Nanum Gothic" w:cs="Nanum Gothic"/>
                <w:b/>
                <w:color w:val="FFFFFF"/>
                <w:sz w:val="20"/>
              </w:rPr>
              <w:t>비유</w:t>
            </w:r>
          </w:p>
        </w:tc>
        <w:tc>
          <w:tcPr>
            <w:tcW w:w="2268" w:type="dxa"/>
            <w:shd w:val="clear" w:color="auto" w:fill="024AD8"/>
          </w:tcPr>
          <w:p w14:paraId="0F3A14DC" w14:textId="77777777" w:rsidR="00226CAC" w:rsidRDefault="00000000">
            <w:pPr>
              <w:spacing w:before="60" w:after="60"/>
            </w:pPr>
            <w:r>
              <w:rPr>
                <w:rFonts w:ascii="Nanum Gothic" w:eastAsia="Nanum Gothic" w:hAnsi="Nanum Gothic" w:cs="Nanum Gothic"/>
                <w:b/>
                <w:color w:val="FFFFFF"/>
                <w:sz w:val="20"/>
              </w:rPr>
              <w:t>직무 관련 포인트</w:t>
            </w:r>
          </w:p>
        </w:tc>
      </w:tr>
      <w:tr w:rsidR="00226CAC" w14:paraId="417823CF" w14:textId="77777777">
        <w:tc>
          <w:tcPr>
            <w:tcW w:w="2268" w:type="dxa"/>
          </w:tcPr>
          <w:p w14:paraId="0552F822" w14:textId="77777777" w:rsidR="00226CAC" w:rsidRDefault="00000000">
            <w:pPr>
              <w:spacing w:before="60" w:after="60"/>
            </w:pPr>
            <w:r>
              <w:rPr>
                <w:rFonts w:ascii="Nanum Gothic" w:eastAsia="Nanum Gothic" w:hAnsi="Nanum Gothic" w:cs="Nanum Gothic"/>
                <w:b/>
                <w:color w:val="1A1A1A"/>
                <w:sz w:val="20"/>
              </w:rPr>
              <w:t>토큰</w:t>
            </w:r>
          </w:p>
        </w:tc>
        <w:tc>
          <w:tcPr>
            <w:tcW w:w="2268" w:type="dxa"/>
          </w:tcPr>
          <w:p w14:paraId="5B05E5B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LLM의 최소 처리 단위</w:t>
            </w:r>
          </w:p>
        </w:tc>
        <w:tc>
          <w:tcPr>
            <w:tcW w:w="2268" w:type="dxa"/>
          </w:tcPr>
          <w:p w14:paraId="0C49EA75" w14:textId="77777777" w:rsidR="00226CAC" w:rsidRDefault="00000000">
            <w:pPr>
              <w:spacing w:before="60" w:after="60"/>
            </w:pPr>
            <w:r>
              <w:rPr>
                <w:rFonts w:ascii="Nanum Gothic" w:eastAsia="Nanum Gothic" w:hAnsi="Nanum Gothic" w:cs="Nanum Gothic"/>
                <w:color w:val="1A1A1A"/>
                <w:sz w:val="20"/>
              </w:rPr>
              <w:t>패킷·음절 조각</w:t>
            </w:r>
          </w:p>
        </w:tc>
        <w:tc>
          <w:tcPr>
            <w:tcW w:w="2268" w:type="dxa"/>
          </w:tcPr>
          <w:p w14:paraId="0AB44999" w14:textId="77777777" w:rsidR="00226CAC" w:rsidRDefault="00000000">
            <w:pPr>
              <w:spacing w:before="60" w:after="60"/>
            </w:pPr>
            <w:r>
              <w:rPr>
                <w:rFonts w:ascii="Nanum Gothic" w:eastAsia="Nanum Gothic" w:hAnsi="Nanum Gothic" w:cs="Nanum Gothic"/>
                <w:color w:val="1A1A1A"/>
                <w:sz w:val="20"/>
              </w:rPr>
              <w:t>API 비용 계산 기준</w:t>
            </w:r>
          </w:p>
        </w:tc>
      </w:tr>
      <w:tr w:rsidR="00226CAC" w14:paraId="66C05DB2" w14:textId="77777777">
        <w:tc>
          <w:tcPr>
            <w:tcW w:w="2268" w:type="dxa"/>
          </w:tcPr>
          <w:p w14:paraId="3902A300" w14:textId="77777777" w:rsidR="00226CAC" w:rsidRDefault="00000000">
            <w:pPr>
              <w:spacing w:before="60" w:after="60"/>
            </w:pPr>
            <w:r>
              <w:rPr>
                <w:rFonts w:ascii="Nanum Gothic" w:eastAsia="Nanum Gothic" w:hAnsi="Nanum Gothic" w:cs="Nanum Gothic"/>
                <w:b/>
                <w:color w:val="1A1A1A"/>
                <w:sz w:val="20"/>
              </w:rPr>
              <w:t>파라미터</w:t>
            </w:r>
          </w:p>
        </w:tc>
        <w:tc>
          <w:tcPr>
            <w:tcW w:w="2268" w:type="dxa"/>
          </w:tcPr>
          <w:p w14:paraId="353418EF" w14:textId="77777777" w:rsidR="00226CAC" w:rsidRDefault="00000000">
            <w:pPr>
              <w:spacing w:before="60" w:after="60"/>
            </w:pPr>
            <w:r>
              <w:rPr>
                <w:rFonts w:ascii="Nanum Gothic" w:eastAsia="Nanum Gothic" w:hAnsi="Nanum Gothic" w:cs="Nanum Gothic"/>
                <w:color w:val="1A1A1A"/>
                <w:sz w:val="20"/>
              </w:rPr>
              <w:t>학습된 지식 저장</w:t>
            </w:r>
          </w:p>
        </w:tc>
        <w:tc>
          <w:tcPr>
            <w:tcW w:w="2268" w:type="dxa"/>
          </w:tcPr>
          <w:p w14:paraId="2AAD4BD0" w14:textId="77777777" w:rsidR="00226CAC" w:rsidRDefault="00000000">
            <w:pPr>
              <w:spacing w:before="60" w:after="60"/>
            </w:pPr>
            <w:r>
              <w:rPr>
                <w:rFonts w:ascii="Nanum Gothic" w:eastAsia="Nanum Gothic" w:hAnsi="Nanum Gothic" w:cs="Nanum Gothic"/>
                <w:color w:val="1A1A1A"/>
                <w:sz w:val="20"/>
              </w:rPr>
              <w:t>뉴런 연결 강도</w:t>
            </w:r>
          </w:p>
        </w:tc>
        <w:tc>
          <w:tcPr>
            <w:tcW w:w="2268" w:type="dxa"/>
          </w:tcPr>
          <w:p w14:paraId="55422CE0" w14:textId="77777777" w:rsidR="00226CAC" w:rsidRDefault="00000000">
            <w:pPr>
              <w:spacing w:before="60" w:after="60"/>
            </w:pPr>
            <w:r>
              <w:rPr>
                <w:rFonts w:ascii="Nanum Gothic" w:eastAsia="Nanum Gothic" w:hAnsi="Nanum Gothic" w:cs="Nanum Gothic"/>
                <w:color w:val="1A1A1A"/>
                <w:sz w:val="20"/>
              </w:rPr>
              <w:t>파라미터 ≠ 성능</w:t>
            </w:r>
          </w:p>
        </w:tc>
      </w:tr>
      <w:tr w:rsidR="00226CAC" w14:paraId="7CF195AC" w14:textId="77777777">
        <w:tc>
          <w:tcPr>
            <w:tcW w:w="2268" w:type="dxa"/>
          </w:tcPr>
          <w:p w14:paraId="7CD76B13" w14:textId="77777777" w:rsidR="00226CAC" w:rsidRDefault="00000000">
            <w:pPr>
              <w:spacing w:before="60" w:after="60"/>
            </w:pPr>
            <w:r>
              <w:rPr>
                <w:rFonts w:ascii="Nanum Gothic" w:eastAsia="Nanum Gothic" w:hAnsi="Nanum Gothic" w:cs="Nanum Gothic"/>
                <w:b/>
                <w:color w:val="1A1A1A"/>
                <w:sz w:val="20"/>
              </w:rPr>
              <w:t>컨텍스트 윈도우</w:t>
            </w:r>
          </w:p>
        </w:tc>
        <w:tc>
          <w:tcPr>
            <w:tcW w:w="2268" w:type="dxa"/>
          </w:tcPr>
          <w:p w14:paraId="6F33A9F1" w14:textId="77777777" w:rsidR="00226CAC" w:rsidRDefault="00000000">
            <w:pPr>
              <w:spacing w:before="60" w:after="60"/>
            </w:pPr>
            <w:r>
              <w:rPr>
                <w:rFonts w:ascii="Nanum Gothic" w:eastAsia="Nanum Gothic" w:hAnsi="Nanum Gothic" w:cs="Nanum Gothic"/>
                <w:color w:val="1A1A1A"/>
                <w:sz w:val="20"/>
              </w:rPr>
              <w:t>단기 기억 범위</w:t>
            </w:r>
          </w:p>
        </w:tc>
        <w:tc>
          <w:tcPr>
            <w:tcW w:w="2268" w:type="dxa"/>
          </w:tcPr>
          <w:p w14:paraId="2C0B6DED" w14:textId="77777777" w:rsidR="00226CAC" w:rsidRDefault="00000000">
            <w:pPr>
              <w:spacing w:before="60" w:after="60"/>
            </w:pPr>
            <w:r>
              <w:rPr>
                <w:rFonts w:ascii="Nanum Gothic" w:eastAsia="Nanum Gothic" w:hAnsi="Nanum Gothic" w:cs="Nanum Gothic"/>
                <w:color w:val="1A1A1A"/>
                <w:sz w:val="20"/>
              </w:rPr>
              <w:t>RAM / 창문</w:t>
            </w:r>
          </w:p>
        </w:tc>
        <w:tc>
          <w:tcPr>
            <w:tcW w:w="2268" w:type="dxa"/>
          </w:tcPr>
          <w:p w14:paraId="4D84DBD0" w14:textId="77777777" w:rsidR="00226CAC" w:rsidRDefault="00000000">
            <w:pPr>
              <w:spacing w:before="60" w:after="60"/>
            </w:pPr>
            <w:r>
              <w:rPr>
                <w:rFonts w:ascii="Nanum Gothic" w:eastAsia="Nanum Gothic" w:hAnsi="Nanum Gothic" w:cs="Nanum Gothic"/>
                <w:color w:val="1A1A1A"/>
                <w:sz w:val="20"/>
              </w:rPr>
              <w:t>긴 문서 처리 한계</w:t>
            </w:r>
          </w:p>
        </w:tc>
      </w:tr>
      <w:tr w:rsidR="00226CAC" w14:paraId="4916BDF9" w14:textId="77777777">
        <w:tc>
          <w:tcPr>
            <w:tcW w:w="2268" w:type="dxa"/>
          </w:tcPr>
          <w:p w14:paraId="5B07E2E4" w14:textId="77777777" w:rsidR="00226CAC" w:rsidRDefault="00000000">
            <w:pPr>
              <w:spacing w:before="60" w:after="60"/>
            </w:pPr>
            <w:r>
              <w:rPr>
                <w:rFonts w:ascii="Nanum Gothic" w:eastAsia="Nanum Gothic" w:hAnsi="Nanum Gothic" w:cs="Nanum Gothic"/>
                <w:b/>
                <w:color w:val="1A1A1A"/>
                <w:sz w:val="20"/>
              </w:rPr>
              <w:t>임베딩</w:t>
            </w:r>
          </w:p>
        </w:tc>
        <w:tc>
          <w:tcPr>
            <w:tcW w:w="2268" w:type="dxa"/>
          </w:tcPr>
          <w:p w14:paraId="589824F6" w14:textId="77777777" w:rsidR="00226CAC" w:rsidRDefault="00000000">
            <w:pPr>
              <w:spacing w:before="60" w:after="60"/>
            </w:pPr>
            <w:r>
              <w:rPr>
                <w:rFonts w:ascii="Nanum Gothic" w:eastAsia="Nanum Gothic" w:hAnsi="Nanum Gothic" w:cs="Nanum Gothic"/>
                <w:color w:val="1A1A1A"/>
                <w:sz w:val="20"/>
              </w:rPr>
              <w:t>텍스트 → 벡터 변환</w:t>
            </w:r>
          </w:p>
        </w:tc>
        <w:tc>
          <w:tcPr>
            <w:tcW w:w="2268" w:type="dxa"/>
          </w:tcPr>
          <w:p w14:paraId="5FCECCEE" w14:textId="77777777" w:rsidR="00226CAC" w:rsidRDefault="00000000">
            <w:pPr>
              <w:spacing w:before="60" w:after="60"/>
            </w:pPr>
            <w:r>
              <w:rPr>
                <w:rFonts w:ascii="Nanum Gothic" w:eastAsia="Nanum Gothic" w:hAnsi="Nanum Gothic" w:cs="Nanum Gothic"/>
                <w:color w:val="1A1A1A"/>
                <w:sz w:val="20"/>
              </w:rPr>
              <w:t>의미 좌표 지도</w:t>
            </w:r>
          </w:p>
        </w:tc>
        <w:tc>
          <w:tcPr>
            <w:tcW w:w="2268" w:type="dxa"/>
          </w:tcPr>
          <w:p w14:paraId="1B989EF4" w14:textId="77777777" w:rsidR="00226CAC" w:rsidRDefault="00000000">
            <w:pPr>
              <w:spacing w:before="60" w:after="60"/>
            </w:pPr>
            <w:r>
              <w:rPr>
                <w:rFonts w:ascii="Nanum Gothic" w:eastAsia="Nanum Gothic" w:hAnsi="Nanum Gothic" w:cs="Nanum Gothic"/>
                <w:color w:val="1A1A1A"/>
                <w:sz w:val="20"/>
              </w:rPr>
              <w:t>RAG의 기반</w:t>
            </w:r>
          </w:p>
        </w:tc>
      </w:tr>
      <w:tr w:rsidR="00226CAC" w14:paraId="5C84BCFC" w14:textId="77777777">
        <w:tc>
          <w:tcPr>
            <w:tcW w:w="2268" w:type="dxa"/>
          </w:tcPr>
          <w:p w14:paraId="0882D04D" w14:textId="77777777" w:rsidR="00226CAC" w:rsidRDefault="00000000">
            <w:pPr>
              <w:spacing w:before="60" w:after="60"/>
            </w:pPr>
            <w:r>
              <w:rPr>
                <w:rFonts w:ascii="Nanum Gothic" w:eastAsia="Nanum Gothic" w:hAnsi="Nanum Gothic" w:cs="Nanum Gothic"/>
                <w:b/>
                <w:color w:val="1A1A1A"/>
                <w:sz w:val="20"/>
              </w:rPr>
              <w:t>온도</w:t>
            </w:r>
          </w:p>
        </w:tc>
        <w:tc>
          <w:tcPr>
            <w:tcW w:w="2268" w:type="dxa"/>
          </w:tcPr>
          <w:p w14:paraId="1D7DE175" w14:textId="77777777" w:rsidR="00226CAC" w:rsidRDefault="00000000">
            <w:pPr>
              <w:spacing w:before="60" w:after="60"/>
            </w:pPr>
            <w:r>
              <w:rPr>
                <w:rFonts w:ascii="Nanum Gothic" w:eastAsia="Nanum Gothic" w:hAnsi="Nanum Gothic" w:cs="Nanum Gothic"/>
                <w:color w:val="1A1A1A"/>
                <w:sz w:val="20"/>
              </w:rPr>
              <w:t>창의성 vs 일관성</w:t>
            </w:r>
          </w:p>
        </w:tc>
        <w:tc>
          <w:tcPr>
            <w:tcW w:w="2268" w:type="dxa"/>
          </w:tcPr>
          <w:p w14:paraId="013F03EC" w14:textId="77777777" w:rsidR="00226CAC" w:rsidRDefault="00000000">
            <w:pPr>
              <w:spacing w:before="60" w:after="60"/>
            </w:pPr>
            <w:r>
              <w:rPr>
                <w:rFonts w:ascii="Nanum Gothic" w:eastAsia="Nanum Gothic" w:hAnsi="Nanum Gothic" w:cs="Nanum Gothic"/>
                <w:color w:val="1A1A1A"/>
                <w:sz w:val="20"/>
              </w:rPr>
              <w:t>창의성 다이얼</w:t>
            </w:r>
          </w:p>
        </w:tc>
        <w:tc>
          <w:tcPr>
            <w:tcW w:w="2268" w:type="dxa"/>
          </w:tcPr>
          <w:p w14:paraId="698633F9" w14:textId="77777777" w:rsidR="00226CAC" w:rsidRDefault="00000000">
            <w:pPr>
              <w:spacing w:before="60" w:after="60"/>
            </w:pPr>
            <w:r>
              <w:rPr>
                <w:rFonts w:ascii="Nanum Gothic" w:eastAsia="Nanum Gothic" w:hAnsi="Nanum Gothic" w:cs="Nanum Gothic"/>
                <w:color w:val="1A1A1A"/>
                <w:sz w:val="20"/>
              </w:rPr>
              <w:t>코드: 낮게 / 창작: 높게</w:t>
            </w:r>
          </w:p>
        </w:tc>
      </w:tr>
    </w:tbl>
    <w:p w14:paraId="6B52F991" w14:textId="77777777" w:rsidR="00226CAC" w:rsidRDefault="00226CAC"/>
    <w:tbl>
      <w:tblPr>
        <w:tblStyle w:val="af9"/>
        <w:tblW w:w="0" w:type="auto"/>
        <w:tblLayout w:type="fixed"/>
        <w:tblLook w:val="04A0" w:firstRow="1" w:lastRow="0" w:firstColumn="1" w:lastColumn="0" w:noHBand="0" w:noVBand="1"/>
      </w:tblPr>
      <w:tblGrid>
        <w:gridCol w:w="400"/>
        <w:gridCol w:w="8672"/>
      </w:tblGrid>
      <w:tr w:rsidR="00226CAC" w14:paraId="7E1DCE54" w14:textId="77777777">
        <w:tc>
          <w:tcPr>
            <w:tcW w:w="400" w:type="dxa"/>
            <w:shd w:val="clear" w:color="auto" w:fill="024AD8"/>
          </w:tcPr>
          <w:p w14:paraId="693D30B3" w14:textId="77777777" w:rsidR="00226CAC" w:rsidRDefault="00226CAC">
            <w:pPr>
              <w:spacing w:before="80" w:after="80"/>
            </w:pPr>
          </w:p>
        </w:tc>
        <w:tc>
          <w:tcPr>
            <w:tcW w:w="8672" w:type="dxa"/>
            <w:shd w:val="clear" w:color="auto" w:fill="F0F6FF"/>
          </w:tcPr>
          <w:p w14:paraId="6B823AFC" w14:textId="77777777" w:rsidR="00226CAC" w:rsidRDefault="00000000">
            <w:pPr>
              <w:spacing w:before="80" w:after="80"/>
              <w:rPr>
                <w:rFonts w:eastAsia="Nanum Gothic"/>
                <w:lang w:eastAsia="ko-KR"/>
              </w:rPr>
            </w:pPr>
            <w:r>
              <w:rPr>
                <w:rFonts w:ascii="Nanum Gothic" w:eastAsia="Nanum Gothic" w:hAnsi="Nanum Gothic" w:cs="Nanum Gothic"/>
                <w:b/>
                <w:color w:val="024AD8"/>
                <w:sz w:val="20"/>
                <w:lang w:eastAsia="ko-KR"/>
              </w:rPr>
              <w:t>⭐ 핵심</w:t>
            </w:r>
            <w:r>
              <w:rPr>
                <w:rFonts w:ascii="Apple SD Gothic Neo" w:eastAsia="Nanum Gothic" w:hAnsi="Apple SD Gothic Neo" w:cs="Apple SD Gothic Neo"/>
                <w:b/>
                <w:color w:val="024AD8"/>
                <w:sz w:val="20"/>
                <w:lang w:eastAsia="ko-KR"/>
              </w:rPr>
              <w:br/>
            </w:r>
            <w:r>
              <w:rPr>
                <w:rFonts w:ascii="Nanum Gothic" w:eastAsia="Nanum Gothic" w:hAnsi="Nanum Gothic" w:cs="Nanum Gothic"/>
                <w:color w:val="1A1A1A"/>
                <w:sz w:val="20"/>
                <w:lang w:eastAsia="ko-KR"/>
              </w:rPr>
              <w:t>5대 용어는 서로 연결됩니다: - LLM은 토큰 단위로 텍스트를 처리 (토큰) - 그 처리는 파라미터를 통한 계산 (파라미터) - 한 번에 처리할 수 있는 토큰 수 제한 (컨텍스트 윈도우) - 의미 검색을 위해 텍스트를 벡터로 변환 (임베딩) - 다음 토큰 선택의 다양성 조정 (온도)</w:t>
            </w:r>
          </w:p>
        </w:tc>
      </w:tr>
    </w:tbl>
    <w:p w14:paraId="58816539" w14:textId="77777777" w:rsidR="00226CAC" w:rsidRDefault="00226CAC">
      <w:pPr>
        <w:rPr>
          <w:rFonts w:eastAsia="Nanum Gothic"/>
          <w:lang w:eastAsia="ko-KR"/>
        </w:rPr>
      </w:pPr>
    </w:p>
    <w:p w14:paraId="77152D85"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4.1.9 오개념 교정 목록</w:t>
      </w:r>
    </w:p>
    <w:p w14:paraId="0280442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학습자들이 자주 갖는 오개념과 정확한 이해:</w:t>
      </w:r>
    </w:p>
    <w:tbl>
      <w:tblPr>
        <w:tblStyle w:val="af9"/>
        <w:tblW w:w="0" w:type="auto"/>
        <w:tblLook w:val="04A0" w:firstRow="1" w:lastRow="0" w:firstColumn="1" w:lastColumn="0" w:noHBand="0" w:noVBand="1"/>
      </w:tblPr>
      <w:tblGrid>
        <w:gridCol w:w="4536"/>
        <w:gridCol w:w="4536"/>
      </w:tblGrid>
      <w:tr w:rsidR="00226CAC" w14:paraId="34C38714" w14:textId="77777777">
        <w:tc>
          <w:tcPr>
            <w:tcW w:w="4536" w:type="dxa"/>
            <w:shd w:val="clear" w:color="auto" w:fill="024AD8"/>
          </w:tcPr>
          <w:p w14:paraId="0DC330D0" w14:textId="77777777" w:rsidR="00226CAC" w:rsidRDefault="00000000">
            <w:pPr>
              <w:spacing w:before="60" w:after="60"/>
            </w:pPr>
            <w:r>
              <w:rPr>
                <w:rFonts w:ascii="Nanum Gothic" w:eastAsia="Nanum Gothic" w:hAnsi="Nanum Gothic" w:cs="Nanum Gothic"/>
                <w:b/>
                <w:color w:val="FFFFFF"/>
                <w:sz w:val="20"/>
              </w:rPr>
              <w:t>오개념</w:t>
            </w:r>
          </w:p>
        </w:tc>
        <w:tc>
          <w:tcPr>
            <w:tcW w:w="4536" w:type="dxa"/>
            <w:shd w:val="clear" w:color="auto" w:fill="024AD8"/>
          </w:tcPr>
          <w:p w14:paraId="1434483A" w14:textId="77777777" w:rsidR="00226CAC" w:rsidRDefault="00000000">
            <w:pPr>
              <w:spacing w:before="60" w:after="60"/>
            </w:pPr>
            <w:r>
              <w:rPr>
                <w:rFonts w:ascii="Nanum Gothic" w:eastAsia="Nanum Gothic" w:hAnsi="Nanum Gothic" w:cs="Nanum Gothic"/>
                <w:b/>
                <w:color w:val="FFFFFF"/>
                <w:sz w:val="20"/>
              </w:rPr>
              <w:t>정확한 이해</w:t>
            </w:r>
          </w:p>
        </w:tc>
      </w:tr>
      <w:tr w:rsidR="00226CAC" w14:paraId="1A6D7B89" w14:textId="77777777">
        <w:tc>
          <w:tcPr>
            <w:tcW w:w="4536" w:type="dxa"/>
          </w:tcPr>
          <w:p w14:paraId="4C21D1F9" w14:textId="77777777" w:rsidR="00226CAC" w:rsidRDefault="00000000">
            <w:pPr>
              <w:spacing w:before="60" w:after="60"/>
            </w:pPr>
            <w:r>
              <w:rPr>
                <w:rFonts w:ascii="Nanum Gothic" w:eastAsia="Nanum Gothic" w:hAnsi="Nanum Gothic" w:cs="Nanum Gothic"/>
                <w:color w:val="1A1A1A"/>
                <w:sz w:val="20"/>
              </w:rPr>
              <w:t>"LLM은 생각한다"</w:t>
            </w:r>
          </w:p>
        </w:tc>
        <w:tc>
          <w:tcPr>
            <w:tcW w:w="4536" w:type="dxa"/>
          </w:tcPr>
          <w:p w14:paraId="488110C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확률 계산이다. 생각처럼 보이지만 계산이다.</w:t>
            </w:r>
          </w:p>
        </w:tc>
      </w:tr>
      <w:tr w:rsidR="00226CAC" w14:paraId="30EEB6B8" w14:textId="77777777">
        <w:tc>
          <w:tcPr>
            <w:tcW w:w="4536" w:type="dxa"/>
          </w:tcPr>
          <w:p w14:paraId="7528F70E" w14:textId="77777777" w:rsidR="00226CAC" w:rsidRDefault="00000000">
            <w:pPr>
              <w:spacing w:before="60" w:after="60"/>
            </w:pPr>
            <w:r>
              <w:rPr>
                <w:rFonts w:ascii="Nanum Gothic" w:eastAsia="Nanum Gothic" w:hAnsi="Nanum Gothic" w:cs="Nanum Gothic"/>
                <w:color w:val="1A1A1A"/>
                <w:sz w:val="20"/>
              </w:rPr>
              <w:t>"파라미터 수 = 성능"</w:t>
            </w:r>
          </w:p>
        </w:tc>
        <w:tc>
          <w:tcPr>
            <w:tcW w:w="4536" w:type="dxa"/>
          </w:tcPr>
          <w:p w14:paraId="3F9ACE7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학습 데이터 품질·파인튜닝이 더 중요하다</w:t>
            </w:r>
          </w:p>
        </w:tc>
      </w:tr>
      <w:tr w:rsidR="00226CAC" w14:paraId="75B01688" w14:textId="77777777">
        <w:tc>
          <w:tcPr>
            <w:tcW w:w="4536" w:type="dxa"/>
          </w:tcPr>
          <w:p w14:paraId="50E47960"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"컨텍스트 윈도우 = 영구 기억"</w:t>
            </w:r>
          </w:p>
        </w:tc>
        <w:tc>
          <w:tcPr>
            <w:tcW w:w="4536" w:type="dxa"/>
          </w:tcPr>
          <w:p w14:paraId="68112B1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세션 단위 단기 기억. 세션 종료 시 사라진다.</w:t>
            </w:r>
          </w:p>
        </w:tc>
      </w:tr>
      <w:tr w:rsidR="00226CAC" w14:paraId="74775D92" w14:textId="77777777">
        <w:tc>
          <w:tcPr>
            <w:tcW w:w="4536" w:type="dxa"/>
          </w:tcPr>
          <w:p w14:paraId="7F5D4A2D" w14:textId="77777777" w:rsidR="00226CAC" w:rsidRDefault="00000000">
            <w:pPr>
              <w:spacing w:before="60" w:after="60"/>
            </w:pPr>
            <w:r>
              <w:rPr>
                <w:rFonts w:ascii="Nanum Gothic" w:eastAsia="Nanum Gothic" w:hAnsi="Nanum Gothic" w:cs="Nanum Gothic"/>
                <w:color w:val="1A1A1A"/>
                <w:sz w:val="20"/>
              </w:rPr>
              <w:t>"임베딩 = 단순 번역"</w:t>
            </w:r>
          </w:p>
        </w:tc>
        <w:tc>
          <w:tcPr>
            <w:tcW w:w="4536" w:type="dxa"/>
          </w:tcPr>
          <w:p w14:paraId="38F39A6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의미를 수치화하는 것. 의미가 비슷하면 벡터가 가깝다.</w:t>
            </w:r>
          </w:p>
        </w:tc>
      </w:tr>
      <w:tr w:rsidR="00226CAC" w14:paraId="18BA70C2" w14:textId="77777777">
        <w:tc>
          <w:tcPr>
            <w:tcW w:w="4536" w:type="dxa"/>
          </w:tcPr>
          <w:p w14:paraId="224DA96B"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"온도가 높으면 답이 더 좋다"</w:t>
            </w:r>
          </w:p>
        </w:tc>
        <w:tc>
          <w:tcPr>
            <w:tcW w:w="4536" w:type="dxa"/>
          </w:tcPr>
          <w:p w14:paraId="18693F9F"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높으면 창의적이지만 일관성 저하. 목적에 맞게 조정.</w:t>
            </w:r>
          </w:p>
        </w:tc>
      </w:tr>
      <w:tr w:rsidR="00226CAC" w14:paraId="00073870" w14:textId="77777777">
        <w:tc>
          <w:tcPr>
            <w:tcW w:w="4536" w:type="dxa"/>
          </w:tcPr>
          <w:p w14:paraId="43848C9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"한국어도 영어와 토큰 수 같다"</w:t>
            </w:r>
          </w:p>
        </w:tc>
        <w:tc>
          <w:tcPr>
            <w:tcW w:w="4536" w:type="dxa"/>
          </w:tcPr>
          <w:p w14:paraId="4F11FC41"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한국어가 영어보다 토큰을 더 많이 소모한다.</w:t>
            </w:r>
          </w:p>
        </w:tc>
      </w:tr>
    </w:tbl>
    <w:p w14:paraId="300CC69A" w14:textId="77777777" w:rsidR="00226CAC" w:rsidRDefault="00226CAC">
      <w:pPr>
        <w:rPr>
          <w:rFonts w:eastAsia="Nanum Gothic"/>
          <w:lang w:eastAsia="ko-KR"/>
        </w:rPr>
      </w:pPr>
    </w:p>
    <w:p w14:paraId="752BD856"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4.1.10 학습자 활동: 5대 용어 비유 설명</w:t>
      </w:r>
    </w:p>
    <w:p w14:paraId="4B8AEEB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1. 토큰, 파라미터, 컨텍스트 윈도우, 임베딩, 온도 가운데 하나를 선택합니다.</w:t>
      </w:r>
    </w:p>
    <w:p w14:paraId="4B8AEEB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2. 선택한 용어의 핵심 특징을 자신의 업무나 일상 경험에 빗대어 한 문장으로 적습니다.</w:t>
      </w:r>
    </w:p>
    <w:p w14:paraId="4B8AEEB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3. 두 명씩 짝을 지어 자신이 만든 비유와 그렇게 생각한 이유를 설명합니다.</w:t>
      </w:r>
    </w:p>
    <w:p w14:paraId="4B8AEEB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4. 듣는 사람은 비유가 용어의 어떤 특징을 잘 설명하는지 말하고, 오해할 수 있는 부분이 있으면 질문합니다.</w:t>
      </w:r>
    </w:p>
    <w:p w14:paraId="4B8AEEB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5. 질문을 반영해 비유를 고친 뒤 다른 학습자에게 다시 설명합니다.</w:t>
      </w:r>
    </w:p>
    <w:p w14:paraId="2E17534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비유가 멋있는지보다 용어의 뜻을 정확하게 설명하는지가 중요합니다. 설명을 들은 사람이 용어와 비유의 연결을 이해할 수 있으면 활동을 마칩니다.</w:t>
      </w:r>
    </w:p>
    <w:p w14:paraId="1FD2A684" w14:textId="77777777" w:rsidR="00226CAC" w:rsidRDefault="00000000">
      <w:pPr>
        <w:pBdr>
          <w:bottom w:val="single" w:sz="4" w:space="1" w:color="024AD8"/>
        </w:pBdr>
        <w:spacing w:before="280" w:after="80"/>
      </w:pPr>
      <w:r>
        <w:rPr>
          <w:rFonts w:ascii="Nanum Gothic" w:eastAsia="Nanum Gothic" w:hAnsi="Nanum Gothic" w:cs="Nanum Gothic"/>
          <w:b/>
          <w:color w:val="024AD8"/>
          <w:sz w:val="36"/>
        </w:rPr>
        <w:t>4.2 핵심 3줄 정리</w:t>
      </w:r>
    </w:p>
    <w:p w14:paraId="6F4ADA66" w14:textId="77777777" w:rsidR="00226CAC" w:rsidRDefault="00000000">
      <w:pPr>
        <w:spacing w:before="60" w:after="0"/>
        <w:jc w:val="center"/>
      </w:pPr>
      <w:r>
        <w:rPr>
          <w:rFonts w:eastAsia="Nanum Gothic"/>
          <w:noProof/>
        </w:rPr>
        <w:drawing>
          <wp:inline distT="0" distB="0" distL="0" distR="0" wp14:anchorId="41C2EE2A" wp14:editId="6E378F8E">
            <wp:extent cx="4860000" cy="243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part2-08.png"/>
                    <pic:cNvPicPr/>
                  </pic:nvPicPr>
                  <pic:blipFill>
                    <a:blip r:embed="rId13"/>
                    <a:stretch>
                      <a:fillRect/>
                    </a:stretch>
                  </pic:blipFill>
                  <pic:spPr>
                    <a:xfrm>
                      <a:off x="0" y="0"/>
                      <a:ext cx="4860000" cy="2430000"/>
                    </a:xfrm>
                    <a:prstGeom prst="rect">
                      <a:avLst/>
                    </a:prstGeom>
                  </pic:spPr>
                </pic:pic>
              </a:graphicData>
            </a:graphic>
          </wp:inline>
        </w:drawing>
      </w:r>
    </w:p>
    <w:p w14:paraId="25A96558" w14:textId="77777777" w:rsidR="00226CAC" w:rsidRDefault="00000000">
      <w:pPr>
        <w:spacing w:after="80"/>
        <w:jc w:val="center"/>
        <w:rPr>
          <w:rFonts w:eastAsia="Nanum Gothic"/>
          <w:lang w:eastAsia="ko-KR"/>
        </w:rPr>
      </w:pPr>
      <w:r>
        <w:rPr>
          <w:rFonts w:ascii="Nanum Gothic" w:eastAsia="Nanum Gothic" w:hAnsi="Nanum Gothic" w:cs="Nanum Gothic"/>
          <w:i/>
          <w:color w:val="666666"/>
          <w:sz w:val="16"/>
          <w:lang w:eastAsia="ko-KR"/>
        </w:rPr>
        <w:t>확률적 토큰 예측: "오늘 날씨는" 다음 토큰 확률 분포 시각화</w:t>
      </w:r>
    </w:p>
    <w:p w14:paraId="6EA19A70"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1. </w:t>
      </w:r>
      <w:r>
        <w:rPr>
          <w:rFonts w:ascii="Nanum Gothic" w:eastAsia="Nanum Gothic" w:hAnsi="Nanum Gothic" w:cs="Nanum Gothic"/>
          <w:b/>
          <w:color w:val="1A1A1A"/>
          <w:sz w:val="20"/>
          <w:lang w:eastAsia="ko-KR"/>
        </w:rPr>
        <w:t>LLM은 "다음 토큰을 확률적으로 예측"하는 기계다.</w:t>
      </w:r>
      <w:r>
        <w:rPr>
          <w:rFonts w:ascii="Nanum Gothic" w:eastAsia="Nanum Gothic" w:hAnsi="Nanum Gothic" w:cs="Nanum Gothic"/>
          <w:color w:val="1A1A1A"/>
          <w:sz w:val="20"/>
          <w:lang w:eastAsia="ko-KR"/>
        </w:rPr>
        <w:t xml:space="preserve"> 생각이 아닌 계산이지만, 결과는 생각처럼 보인다.</w:t>
      </w:r>
    </w:p>
    <w:p w14:paraId="48AEA0BD"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2. </w:t>
      </w:r>
      <w:r>
        <w:rPr>
          <w:rFonts w:ascii="Nanum Gothic" w:eastAsia="Nanum Gothic" w:hAnsi="Nanum Gothic" w:cs="Nanum Gothic"/>
          <w:b/>
          <w:color w:val="1A1A1A"/>
          <w:sz w:val="20"/>
          <w:lang w:eastAsia="ko-KR"/>
        </w:rPr>
        <w:t>5대 핵심 용어(토큰·파라미터·컨텍스트 윈도우·임베딩·온도)는 모든 LLM에 공통 적용된다.</w:t>
      </w:r>
      <w:r>
        <w:rPr>
          <w:rFonts w:ascii="Nanum Gothic" w:eastAsia="Nanum Gothic" w:hAnsi="Nanum Gothic" w:cs="Nanum Gothic"/>
          <w:color w:val="1A1A1A"/>
          <w:sz w:val="20"/>
          <w:lang w:eastAsia="ko-KR"/>
        </w:rPr>
        <w:t xml:space="preserve"> GPT·Gemini·Claude 어디서나 같은 개념이다.</w:t>
      </w:r>
    </w:p>
    <w:p w14:paraId="6E595BA2"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3. </w:t>
      </w:r>
      <w:r>
        <w:rPr>
          <w:rFonts w:ascii="Nanum Gothic" w:eastAsia="Nanum Gothic" w:hAnsi="Nanum Gothic" w:cs="Nanum Gothic"/>
          <w:b/>
          <w:color w:val="1A1A1A"/>
          <w:sz w:val="20"/>
          <w:lang w:eastAsia="ko-KR"/>
        </w:rPr>
        <w:t>온도는 창의성 다이얼이다.</w:t>
      </w:r>
      <w:r>
        <w:rPr>
          <w:rFonts w:ascii="Nanum Gothic" w:eastAsia="Nanum Gothic" w:hAnsi="Nanum Gothic" w:cs="Nanum Gothic"/>
          <w:color w:val="1A1A1A"/>
          <w:sz w:val="20"/>
          <w:lang w:eastAsia="ko-KR"/>
        </w:rPr>
        <w:t xml:space="preserve"> 코드 생성은 낮게, 창작은 높게 설정한다.</w:t>
      </w:r>
    </w:p>
    <w:p w14:paraId="4D8F0A58" w14:textId="77777777" w:rsidR="00226CAC" w:rsidRDefault="00000000">
      <w:pPr>
        <w:pBdr>
          <w:bottom w:val="single" w:sz="4" w:space="1" w:color="024AD8"/>
        </w:pBdr>
        <w:spacing w:before="280" w:after="80"/>
      </w:pPr>
      <w:r>
        <w:rPr>
          <w:rFonts w:ascii="Nanum Gothic" w:eastAsia="Nanum Gothic" w:hAnsi="Nanum Gothic" w:cs="Nanum Gothic"/>
          <w:b/>
          <w:color w:val="024AD8"/>
          <w:sz w:val="36"/>
        </w:rPr>
        <w:t>4.3 개념 연결 지도</w:t>
      </w:r>
    </w:p>
    <w:tbl>
      <w:tblPr>
        <w:tblStyle w:val="af9"/>
        <w:tblW w:w="0" w:type="auto"/>
        <w:tblLook w:val="04A0" w:firstRow="1" w:lastRow="0" w:firstColumn="1" w:lastColumn="0" w:noHBand="0" w:noVBand="1"/>
      </w:tblPr>
      <w:tblGrid>
        <w:gridCol w:w="9072"/>
      </w:tblGrid>
      <w:tr w:rsidR="00226CAC" w14:paraId="1760D132" w14:textId="77777777">
        <w:tc>
          <w:tcPr>
            <w:tcW w:w="9072" w:type="dxa"/>
            <w:shd w:val="clear" w:color="auto" w:fill="F7F7F7"/>
          </w:tcPr>
          <w:p w14:paraId="038CB388" w14:textId="77777777" w:rsidR="00226CAC" w:rsidRDefault="00000000">
            <w:pPr>
              <w:spacing w:before="20" w:after="20" w:line="220" w:lineRule="exact"/>
            </w:pPr>
            <w:r>
              <w:rPr>
                <w:rFonts w:ascii="Nanum Gothic" w:hAnsi="Nanum Gothic" w:eastAsia="Nanum Gothic" w:cs="Nanum Gothic"/>
                <w:color w:val="1A1A1A"/>
                <w:sz w:val="19"/>
              </w:rPr>
              <w:t>[</w:t>
            </w:r>
            <w:r>
              <w:rPr>
                <w:rFonts w:ascii="Nanum Gothic" w:hAnsi="Nanum Gothic" w:eastAsia="Nanum Gothic" w:cs="Nanum Gothic"/>
                <w:color w:val="1A1A1A"/>
                <w:sz w:val="19"/>
              </w:rPr>
              <w:t>생성형</w:t>
            </w:r>
            <w:r>
              <w:rPr>
                <w:rFonts w:ascii="D2Coding" w:hAnsi="D2Coding" w:eastAsia="D2Coding" w:cs="D2Coding"/>
                <w:color w:val="1A1A1A"/>
                <w:sz w:val="19"/>
              </w:rPr>
              <w:t xml:space="preserve"> AI </w:t>
            </w:r>
            <w:r>
              <w:rPr>
                <w:rFonts w:ascii="Nanum Gothic" w:hAnsi="Nanum Gothic" w:eastAsia="Nanum Gothic" w:cs="Nanum Gothic"/>
                <w:color w:val="1A1A1A"/>
                <w:sz w:val="19"/>
              </w:rPr>
              <w:t>트렌드</w:t>
            </w:r>
            <w:r>
              <w:rPr>
                <w:rFonts w:ascii="D2Coding" w:hAnsi="D2Coding" w:eastAsia="D2Coding" w:cs="D2Coding"/>
                <w:color w:val="1A1A1A"/>
                <w:sz w:val="19"/>
              </w:rPr>
              <w:t xml:space="preserve"> 2026]</w:t>
            </w:r>
          </w:p>
          <w:p w14:paraId="47D0088D" w14:textId="77777777" w:rsidR="00226CAC" w:rsidRDefault="00000000">
            <w:pPr>
              <w:spacing w:before="20" w:after="20" w:line="220" w:lineRule="exact"/>
            </w:pPr>
            <w:r>
              <w:rPr>
                <w:rFonts w:ascii="D2Coding" w:hAnsi="D2Coding" w:eastAsia="D2Coding" w:cs="D2Coding"/>
                <w:color w:val="1A1A1A"/>
                <w:sz w:val="19"/>
              </w:rPr>
              <w:t>Agentic AI / Vertical AI / On-Device AI</w:t>
            </w:r>
          </w:p>
          <w:p w14:paraId="12E4E024" w14:textId="77777777" w:rsidR="00226CAC" w:rsidRDefault="00000000">
            <w:pPr>
              <w:spacing w:before="20" w:after="20" w:line="220" w:lineRule="exact"/>
            </w:pPr>
            <w:r>
              <w:rPr>
                <w:rFonts w:ascii="Nanum Gothic" w:hAnsi="Nanum Gothic" w:eastAsia="Nanum Gothic" w:cs="Nanum Gothic"/>
                <w:color w:val="1A1A1A"/>
                <w:sz w:val="19"/>
              </w:rPr>
              <w:t>│</w:t>
            </w:r>
          </w:p>
          <w:p w14:paraId="71779386" w14:textId="77777777" w:rsidR="00226CAC" w:rsidRDefault="00000000">
            <w:pPr>
              <w:spacing w:before="20" w:after="20" w:line="220" w:lineRule="exact"/>
            </w:pPr>
            <w:r>
              <w:rPr>
                <w:rFonts w:ascii="Nanum Gothic" w:hAnsi="Nanum Gothic" w:eastAsia="Nanum Gothic" w:cs="Nanum Gothic"/>
                <w:color w:val="1A1A1A"/>
                <w:sz w:val="19"/>
              </w:rPr>
              <w:t xml:space="preserve">│ ← </w:t>
            </w:r>
            <w:r>
              <w:rPr>
                <w:rFonts w:ascii="Nanum Gothic" w:hAnsi="Nanum Gothic" w:eastAsia="Nanum Gothic" w:cs="Nanum Gothic"/>
                <w:color w:val="1A1A1A"/>
                <w:sz w:val="19"/>
              </w:rPr>
              <w:t>이</w:t>
            </w:r>
            <w:r>
              <w:rPr>
                <w:rFonts w:ascii="D2Coding" w:hAnsi="D2Coding" w:eastAsia="D2Coding" w:cs="D2Coding"/>
                <w:color w:val="1A1A1A"/>
                <w:sz w:val="19"/>
              </w:rPr>
              <w:t xml:space="preserve"> </w:t>
            </w:r>
            <w:r>
              <w:rPr>
                <w:rFonts w:ascii="Nanum Gothic" w:hAnsi="Nanum Gothic" w:eastAsia="Nanum Gothic" w:cs="Nanum Gothic"/>
                <w:color w:val="1A1A1A"/>
                <w:sz w:val="19"/>
              </w:rPr>
              <w:t>셋의</w:t>
            </w:r>
            <w:r>
              <w:rPr>
                <w:rFonts w:ascii="D2Coding" w:hAnsi="D2Coding" w:eastAsia="D2Coding" w:cs="D2Coding"/>
                <w:color w:val="1A1A1A"/>
                <w:sz w:val="19"/>
              </w:rPr>
              <w:t xml:space="preserve"> </w:t>
            </w:r>
            <w:r>
              <w:rPr>
                <w:rFonts w:ascii="Nanum Gothic" w:hAnsi="Nanum Gothic" w:eastAsia="Nanum Gothic" w:cs="Nanum Gothic"/>
                <w:color w:val="1A1A1A"/>
                <w:sz w:val="19"/>
              </w:rPr>
              <w:t>공통</w:t>
            </w:r>
            <w:r>
              <w:rPr>
                <w:rFonts w:ascii="D2Coding" w:hAnsi="D2Coding" w:eastAsia="D2Coding" w:cs="D2Coding"/>
                <w:color w:val="1A1A1A"/>
                <w:sz w:val="19"/>
              </w:rPr>
              <w:t xml:space="preserve"> </w:t>
            </w:r>
            <w:r>
              <w:rPr>
                <w:rFonts w:ascii="Nanum Gothic" w:hAnsi="Nanum Gothic" w:eastAsia="Nanum Gothic" w:cs="Nanum Gothic"/>
                <w:color w:val="1A1A1A"/>
                <w:sz w:val="19"/>
              </w:rPr>
              <w:t>엔진</w:t>
            </w:r>
          </w:p>
          <w:p w14:paraId="136382B4" w14:textId="77777777" w:rsidR="00226CAC" w:rsidRDefault="00000000">
            <w:pPr>
              <w:spacing w:before="20" w:after="20" w:line="220" w:lineRule="exact"/>
            </w:pPr>
            <w:r>
              <w:rPr>
                <w:rFonts w:ascii="Nanum Gothic" w:hAnsi="Nanum Gothic" w:eastAsia="Nanum Gothic" w:cs="Nanum Gothic"/>
                <w:color w:val="1A1A1A"/>
                <w:sz w:val="19"/>
              </w:rPr>
              <w:t>▼</w:t>
            </w:r>
          </w:p>
          <w:p w14:paraId="6B99F301" w14:textId="77777777" w:rsidR="00226CAC" w:rsidRDefault="00000000">
            <w:pPr>
              <w:spacing w:before="20" w:after="20" w:line="220" w:lineRule="exact"/>
            </w:pPr>
            <w:r>
              <w:rPr>
                <w:rFonts w:ascii="D2Coding" w:hAnsi="D2Coding" w:eastAsia="D2Coding" w:cs="D2Coding"/>
                <w:color w:val="1A1A1A"/>
                <w:sz w:val="19"/>
              </w:rPr>
              <w:t xml:space="preserve">[LLM </w:t>
            </w:r>
            <w:r>
              <w:rPr>
                <w:rFonts w:ascii="Nanum Gothic" w:hAnsi="Nanum Gothic" w:eastAsia="Nanum Gothic" w:cs="Nanum Gothic"/>
                <w:color w:val="1A1A1A"/>
                <w:sz w:val="19"/>
              </w:rPr>
              <w:t>핵심</w:t>
            </w:r>
            <w:r>
              <w:rPr>
                <w:rFonts w:ascii="D2Coding" w:hAnsi="D2Coding" w:eastAsia="D2Coding" w:cs="D2Coding"/>
                <w:color w:val="1A1A1A"/>
                <w:sz w:val="19"/>
              </w:rPr>
              <w:t xml:space="preserve"> </w:t>
            </w:r>
            <w:r>
              <w:rPr>
                <w:rFonts w:ascii="Nanum Gothic" w:hAnsi="Nanum Gothic" w:eastAsia="Nanum Gothic" w:cs="Nanum Gothic"/>
                <w:color w:val="1A1A1A"/>
                <w:sz w:val="19"/>
              </w:rPr>
              <w:t>용어</w:t>
            </w:r>
            <w:r>
              <w:rPr>
                <w:rFonts w:ascii="Nanum Gothic" w:hAnsi="Nanum Gothic" w:eastAsia="Nanum Gothic" w:cs="Nanum Gothic"/>
                <w:color w:val="1A1A1A"/>
                <w:sz w:val="19"/>
              </w:rPr>
              <w:t xml:space="preserve"> &amp; </w:t>
            </w:r>
            <w:r>
              <w:rPr>
                <w:rFonts w:ascii="Nanum Gothic" w:hAnsi="Nanum Gothic" w:eastAsia="Nanum Gothic" w:cs="Nanum Gothic"/>
                <w:color w:val="1A1A1A"/>
                <w:sz w:val="19"/>
              </w:rPr>
              <w:t>작동</w:t>
            </w:r>
            <w:r>
              <w:rPr>
                <w:rFonts w:ascii="D2Coding" w:hAnsi="D2Coding" w:eastAsia="D2Coding" w:cs="D2Coding"/>
                <w:color w:val="1A1A1A"/>
                <w:sz w:val="19"/>
              </w:rPr>
              <w:t xml:space="preserve"> </w:t>
            </w:r>
            <w:r>
              <w:rPr>
                <w:rFonts w:ascii="Nanum Gothic" w:hAnsi="Nanum Gothic" w:eastAsia="Nanum Gothic" w:cs="Nanum Gothic"/>
                <w:color w:val="1A1A1A"/>
                <w:sz w:val="19"/>
              </w:rPr>
              <w:t>원리</w:t>
            </w:r>
            <w:r>
              <w:rPr>
                <w:rFonts w:ascii="Nanum Gothic" w:hAnsi="Nanum Gothic" w:eastAsia="Nanum Gothic" w:cs="Nanum Gothic"/>
                <w:color w:val="1A1A1A"/>
                <w:sz w:val="19"/>
              </w:rPr>
              <w:t xml:space="preserve">] ← </w:t>
            </w:r>
            <w:r>
              <w:rPr>
                <w:rFonts w:ascii="Nanum Gothic" w:hAnsi="Nanum Gothic" w:eastAsia="Nanum Gothic" w:cs="Nanum Gothic"/>
                <w:color w:val="1A1A1A"/>
                <w:sz w:val="19"/>
              </w:rPr>
              <w:t>지금</w:t>
            </w:r>
            <w:r>
              <w:rPr>
                <w:rFonts w:ascii="D2Coding" w:hAnsi="D2Coding" w:eastAsia="D2Coding" w:cs="D2Coding"/>
                <w:color w:val="1A1A1A"/>
                <w:sz w:val="19"/>
              </w:rPr>
              <w:t xml:space="preserve"> </w:t>
            </w:r>
            <w:r>
              <w:rPr>
                <w:rFonts w:ascii="Nanum Gothic" w:hAnsi="Nanum Gothic" w:eastAsia="Nanum Gothic" w:cs="Nanum Gothic"/>
                <w:color w:val="1A1A1A"/>
                <w:sz w:val="19"/>
              </w:rPr>
              <w:t>여기</w:t>
            </w:r>
          </w:p>
          <w:p w14:paraId="0C0C4F5F"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4F4DB977"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토큰</w:t>
            </w:r>
            <w:r>
              <w:rPr>
                <w:rFonts w:ascii="D2Coding" w:hAnsi="D2Coding" w:eastAsia="D2Coding" w:cs="D2Coding"/>
                <w:color w:val="1A1A1A"/>
                <w:sz w:val="19"/>
                <w:lang w:eastAsia="ko-KR"/>
              </w:rPr>
              <w:t xml:space="preserve"> → API </w:t>
            </w:r>
            <w:r>
              <w:rPr>
                <w:rFonts w:ascii="Nanum Gothic" w:hAnsi="Nanum Gothic" w:eastAsia="Nanum Gothic" w:cs="Nanum Gothic"/>
                <w:color w:val="1A1A1A"/>
                <w:sz w:val="19"/>
                <w:lang w:eastAsia="ko-KR"/>
              </w:rPr>
              <w:t>비용</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계산</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세션</w:t>
            </w:r>
            <w:r>
              <w:rPr>
                <w:rFonts w:ascii="D2Coding" w:hAnsi="D2Coding" w:eastAsia="D2Coding" w:cs="D2Coding"/>
                <w:color w:val="1A1A1A"/>
                <w:sz w:val="19"/>
                <w:lang w:eastAsia="ko-KR"/>
              </w:rPr>
              <w:t xml:space="preserve">6 LLM API </w:t>
            </w:r>
            <w:r>
              <w:rPr>
                <w:rFonts w:ascii="Nanum Gothic" w:hAnsi="Nanum Gothic" w:eastAsia="Nanum Gothic" w:cs="Nanum Gothic"/>
                <w:color w:val="1A1A1A"/>
                <w:sz w:val="19"/>
                <w:lang w:eastAsia="ko-KR"/>
              </w:rPr>
              <w:t>실습</w:t>
            </w:r>
            <w:r>
              <w:rPr>
                <w:rFonts w:ascii="Nanum Gothic" w:hAnsi="Nanum Gothic" w:eastAsia="Nanum Gothic" w:cs="Nanum Gothic"/>
                <w:color w:val="1A1A1A"/>
                <w:sz w:val="19"/>
                <w:lang w:eastAsia="ko-KR"/>
              </w:rPr>
              <w:t>)</w:t>
            </w:r>
          </w:p>
          <w:p w14:paraId="73D0EEC8"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파라미터</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모델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선택</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기준</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세션</w:t>
            </w:r>
            <w:r>
              <w:rPr>
                <w:rFonts w:ascii="D2Coding" w:hAnsi="D2Coding" w:eastAsia="D2Coding" w:cs="D2Coding"/>
                <w:color w:val="1A1A1A"/>
                <w:sz w:val="19"/>
                <w:lang w:eastAsia="ko-KR"/>
              </w:rPr>
              <w:t xml:space="preserve">5 LLM </w:t>
            </w:r>
            <w:r>
              <w:rPr>
                <w:rFonts w:ascii="Nanum Gothic" w:hAnsi="Nanum Gothic" w:eastAsia="Nanum Gothic" w:cs="Nanum Gothic"/>
                <w:color w:val="1A1A1A"/>
                <w:sz w:val="19"/>
                <w:lang w:eastAsia="ko-KR"/>
              </w:rPr>
              <w:t>플랫폼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탐색</w:t>
            </w:r>
            <w:r>
              <w:rPr>
                <w:rFonts w:ascii="Nanum Gothic" w:hAnsi="Nanum Gothic" w:eastAsia="Nanum Gothic" w:cs="Nanum Gothic"/>
                <w:color w:val="1A1A1A"/>
                <w:sz w:val="19"/>
                <w:lang w:eastAsia="ko-KR"/>
              </w:rPr>
              <w:t>)</w:t>
            </w:r>
          </w:p>
          <w:p w14:paraId="316565B8"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컨텍스트</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문서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분석</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한계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설계</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세션</w:t>
            </w:r>
            <w:r>
              <w:rPr>
                <w:rFonts w:ascii="D2Coding" w:hAnsi="D2Coding" w:eastAsia="D2Coding" w:cs="D2Coding"/>
                <w:color w:val="1A1A1A"/>
                <w:sz w:val="19"/>
                <w:lang w:eastAsia="ko-KR"/>
              </w:rPr>
              <w:t xml:space="preserve">7 </w:t>
            </w:r>
            <w:r>
              <w:rPr>
                <w:rFonts w:ascii="Nanum Gothic" w:hAnsi="Nanum Gothic" w:eastAsia="Nanum Gothic" w:cs="Nanum Gothic"/>
                <w:color w:val="1A1A1A"/>
                <w:sz w:val="19"/>
                <w:lang w:eastAsia="ko-KR"/>
              </w:rPr>
              <w:t>멀티모달</w:t>
            </w:r>
            <w:r>
              <w:rPr>
                <w:rFonts w:ascii="Nanum Gothic" w:hAnsi="Nanum Gothic" w:eastAsia="Nanum Gothic" w:cs="Nanum Gothic"/>
                <w:color w:val="1A1A1A"/>
                <w:sz w:val="19"/>
                <w:lang w:eastAsia="ko-KR"/>
              </w:rPr>
              <w:t>)</w:t>
            </w:r>
          </w:p>
          <w:p w14:paraId="19FC0F73"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임베딩</w:t>
            </w:r>
            <w:r>
              <w:rPr>
                <w:rFonts w:ascii="D2Coding" w:hAnsi="D2Coding" w:eastAsia="D2Coding" w:cs="D2Coding"/>
                <w:color w:val="1A1A1A"/>
                <w:sz w:val="19"/>
                <w:lang w:eastAsia="ko-KR"/>
              </w:rPr>
              <w:t xml:space="preserve"> → RAG </w:t>
            </w:r>
            <w:r>
              <w:rPr>
                <w:rFonts w:ascii="Nanum Gothic" w:hAnsi="Nanum Gothic" w:eastAsia="Nanum Gothic" w:cs="Nanum Gothic"/>
                <w:color w:val="1A1A1A"/>
                <w:sz w:val="19"/>
                <w:lang w:eastAsia="ko-KR"/>
              </w:rPr>
              <w:t>작동</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원리</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세션</w:t>
            </w:r>
            <w:r>
              <w:rPr>
                <w:rFonts w:ascii="D2Coding" w:hAnsi="D2Coding" w:eastAsia="D2Coding" w:cs="D2Coding"/>
                <w:color w:val="1A1A1A"/>
                <w:sz w:val="19"/>
                <w:lang w:eastAsia="ko-KR"/>
              </w:rPr>
              <w:t xml:space="preserve">4 AIR Studio </w:t>
            </w:r>
            <w:r>
              <w:rPr>
                <w:rFonts w:ascii="Nanum Gothic" w:hAnsi="Nanum Gothic" w:eastAsia="Nanum Gothic" w:cs="Nanum Gothic"/>
                <w:color w:val="1A1A1A"/>
                <w:sz w:val="19"/>
                <w:lang w:eastAsia="ko-KR"/>
              </w:rPr>
              <w:t>지식베이스</w:t>
            </w:r>
            <w:r>
              <w:rPr>
                <w:rFonts w:ascii="Nanum Gothic" w:hAnsi="Nanum Gothic" w:eastAsia="Nanum Gothic" w:cs="Nanum Gothic"/>
                <w:color w:val="1A1A1A"/>
                <w:sz w:val="19"/>
                <w:lang w:eastAsia="ko-KR"/>
              </w:rPr>
              <w:t>)</w:t>
            </w:r>
          </w:p>
          <w:p w14:paraId="75E96CD1"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온도</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에이전트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파라미터</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설정</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세션</w:t>
            </w:r>
            <w:r>
              <w:rPr>
                <w:rFonts w:ascii="D2Coding" w:hAnsi="D2Coding" w:eastAsia="D2Coding" w:cs="D2Coding"/>
                <w:color w:val="1A1A1A"/>
                <w:sz w:val="19"/>
                <w:lang w:eastAsia="ko-KR"/>
              </w:rPr>
              <w:t xml:space="preserve">4 AIR Studio </w:t>
            </w:r>
            <w:r>
              <w:rPr>
                <w:rFonts w:ascii="Nanum Gothic" w:hAnsi="Nanum Gothic" w:eastAsia="Nanum Gothic" w:cs="Nanum Gothic"/>
                <w:color w:val="1A1A1A"/>
                <w:sz w:val="19"/>
                <w:lang w:eastAsia="ko-KR"/>
              </w:rPr>
              <w:t>에이전트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에디터</w:t>
            </w:r>
            <w:r>
              <w:rPr>
                <w:rFonts w:ascii="Nanum Gothic" w:hAnsi="Nanum Gothic" w:eastAsia="Nanum Gothic" w:cs="Nanum Gothic"/>
                <w:color w:val="1A1A1A"/>
                <w:sz w:val="19"/>
                <w:lang w:eastAsia="ko-KR"/>
              </w:rPr>
              <w:t>)</w:t>
            </w:r>
          </w:p>
          <w:p w14:paraId="1700770E"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07E40192"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511CFB54"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[AIR Studio </w:t>
            </w:r>
            <w:r>
              <w:rPr>
                <w:rFonts w:ascii="Nanum Gothic" w:hAnsi="Nanum Gothic" w:eastAsia="Nanum Gothic" w:cs="Nanum Gothic"/>
                <w:color w:val="1A1A1A"/>
                <w:sz w:val="19"/>
                <w:lang w:eastAsia="ko-KR"/>
              </w:rPr>
              <w:t>플랫폼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소개</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실습</w:t>
            </w:r>
            <w:r>
              <w:rPr>
                <w:rFonts w:ascii="Nanum Gothic" w:hAnsi="Nanum Gothic" w:eastAsia="Nanum Gothic" w:cs="Nanum Gothic"/>
                <w:color w:val="1A1A1A"/>
                <w:sz w:val="19"/>
                <w:lang w:eastAsia="ko-KR"/>
              </w:rPr>
              <w:t>]</w:t>
            </w:r>
          </w:p>
          <w:p w14:paraId="5FE2B5AF"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5</w:t>
            </w:r>
            <w:r>
              <w:rPr>
                <w:rFonts w:ascii="Nanum Gothic" w:hAnsi="Nanum Gothic" w:eastAsia="Nanum Gothic" w:cs="Nanum Gothic"/>
                <w:color w:val="1A1A1A"/>
                <w:sz w:val="19"/>
                <w:lang w:eastAsia="ko-KR"/>
              </w:rPr>
              <w:t>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용어를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실제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도구에서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확인하는</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단계</w:t>
            </w:r>
          </w:p>
        </w:tc>
      </w:tr>
    </w:tbl>
    <w:p w14:paraId="78461DBD" w14:textId="77777777" w:rsidR="00226CAC" w:rsidRDefault="00226CAC">
      <w:pPr>
        <w:rPr>
          <w:rFonts w:eastAsia="Nanum Gothic"/>
          <w:lang w:eastAsia="ko-KR"/>
        </w:rPr>
      </w:pPr>
    </w:p>
    <w:p w14:paraId="34EFCCCE"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4.4 심화 학습</w:t>
      </w:r>
    </w:p>
    <w:p w14:paraId="6E90B8F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 세션의 내용을 더 깊이 이해하고 싶다면:</w:t>
      </w:r>
    </w:p>
    <w:p w14:paraId="4114325F"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토큰화 심화</w:t>
      </w:r>
      <w:r>
        <w:rPr>
          <w:rFonts w:ascii="Nanum Gothic" w:eastAsia="Nanum Gothic" w:hAnsi="Nanum Gothic" w:cs="Nanum Gothic"/>
          <w:color w:val="1A1A1A"/>
          <w:sz w:val="20"/>
          <w:lang w:eastAsia="ko-KR"/>
        </w:rPr>
        <w:t>:</w:t>
      </w:r>
    </w:p>
    <w:p w14:paraId="3EDD362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tiktokenizer 직접 사용: https://tiktokenizer.vercel.app</w:t>
      </w:r>
    </w:p>
    <w:p w14:paraId="47739FF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다양한 언어·모델로 토큰 분해 결과 비교해보기</w:t>
      </w:r>
    </w:p>
    <w:p w14:paraId="39CC4469" w14:textId="77777777" w:rsidR="00226CAC" w:rsidRDefault="00000000">
      <w:pPr>
        <w:spacing w:before="60" w:after="60"/>
      </w:pPr>
      <w:r>
        <w:rPr>
          <w:rFonts w:ascii="Nanum Gothic" w:eastAsia="Nanum Gothic" w:hAnsi="Nanum Gothic" w:cs="Nanum Gothic"/>
          <w:b/>
          <w:color w:val="1A1A1A"/>
          <w:sz w:val="20"/>
        </w:rPr>
        <w:t>임베딩 시각화</w:t>
      </w:r>
      <w:r>
        <w:rPr>
          <w:rFonts w:ascii="Nanum Gothic" w:eastAsia="Nanum Gothic" w:hAnsi="Nanum Gothic" w:cs="Nanum Gothic"/>
          <w:color w:val="1A1A1A"/>
          <w:sz w:val="20"/>
        </w:rPr>
        <w:t>:</w:t>
      </w:r>
    </w:p>
    <w:p w14:paraId="6C6931C8" w14:textId="77777777" w:rsidR="00226CAC" w:rsidRDefault="00000000">
      <w:pPr>
        <w:spacing w:before="40" w:after="40"/>
        <w:ind w:left="397"/>
      </w:pPr>
      <w:r>
        <w:rPr>
          <w:rFonts w:ascii="Nanum Gothic" w:eastAsia="Nanum Gothic" w:hAnsi="Nanum Gothic" w:cs="Nanum Gothic"/>
          <w:color w:val="1A1A1A"/>
          <w:sz w:val="20"/>
        </w:rPr>
        <w:t>• TensorFlow Embedding Projector: https://projector.tensorflow.org</w:t>
      </w:r>
    </w:p>
    <w:p w14:paraId="1AA7A3FE" w14:textId="77777777" w:rsidR="00226CAC" w:rsidRDefault="00000000">
      <w:pPr>
        <w:spacing w:before="40" w:after="40"/>
        <w:ind w:left="397"/>
      </w:pPr>
      <w:r>
        <w:rPr>
          <w:rFonts w:ascii="Nanum Gothic" w:eastAsia="Nanum Gothic" w:hAnsi="Nanum Gothic" w:cs="Nanum Gothic"/>
          <w:color w:val="1A1A1A"/>
          <w:sz w:val="20"/>
        </w:rPr>
        <w:t>• "word2vec" 또는 "All" 데이터셋 선택 후 단어 검색</w:t>
      </w:r>
    </w:p>
    <w:p w14:paraId="2C4B1520" w14:textId="77777777" w:rsidR="00226CAC" w:rsidRDefault="00000000">
      <w:pPr>
        <w:spacing w:before="60" w:after="60"/>
      </w:pPr>
      <w:r>
        <w:rPr>
          <w:rFonts w:ascii="Nanum Gothic" w:eastAsia="Nanum Gothic" w:hAnsi="Nanum Gothic" w:cs="Nanum Gothic"/>
          <w:b/>
          <w:color w:val="1A1A1A"/>
          <w:sz w:val="20"/>
        </w:rPr>
        <w:t>파라미터·모델 비교</w:t>
      </w:r>
      <w:r>
        <w:rPr>
          <w:rFonts w:ascii="Nanum Gothic" w:eastAsia="Nanum Gothic" w:hAnsi="Nanum Gothic" w:cs="Nanum Gothic"/>
          <w:color w:val="1A1A1A"/>
          <w:sz w:val="20"/>
        </w:rPr>
        <w:t>:</w:t>
      </w:r>
    </w:p>
    <w:p w14:paraId="57763BE6" w14:textId="77777777" w:rsidR="00226CAC" w:rsidRDefault="00000000">
      <w:pPr>
        <w:spacing w:before="40" w:after="40"/>
        <w:ind w:left="397"/>
      </w:pPr>
      <w:r>
        <w:rPr>
          <w:rFonts w:ascii="Nanum Gothic" w:eastAsia="Nanum Gothic" w:hAnsi="Nanum Gothic" w:cs="Nanum Gothic"/>
          <w:color w:val="1A1A1A"/>
          <w:sz w:val="20"/>
        </w:rPr>
        <w:t>• Stanford HAI AI Index 2025 — Chapter 1 (LLM 발전 현황):</w:t>
      </w:r>
    </w:p>
    <w:p w14:paraId="6DE4C723" w14:textId="77777777" w:rsidR="00226CAC" w:rsidRDefault="00000000">
      <w:pPr>
        <w:spacing w:before="60" w:after="60"/>
      </w:pPr>
      <w:r>
        <w:rPr>
          <w:rFonts w:ascii="Nanum Gothic" w:eastAsia="Nanum Gothic" w:hAnsi="Nanum Gothic" w:cs="Nanum Gothic"/>
          <w:color w:val="1A1A1A"/>
          <w:sz w:val="20"/>
        </w:rPr>
        <w:lastRenderedPageBreak/>
        <w:t>https://hai.stanford.edu/assets/files/hai_ai_index_report_2025.pdf</w:t>
      </w:r>
    </w:p>
    <w:p w14:paraId="7CB868B8" w14:textId="77777777" w:rsidR="00226CAC" w:rsidRDefault="00000000">
      <w:pPr>
        <w:spacing w:before="60" w:after="60"/>
      </w:pPr>
      <w:r>
        <w:rPr>
          <w:rFonts w:ascii="Nanum Gothic" w:eastAsia="Nanum Gothic" w:hAnsi="Nanum Gothic" w:cs="Nanum Gothic"/>
          <w:b/>
          <w:color w:val="1A1A1A"/>
          <w:sz w:val="20"/>
        </w:rPr>
        <w:t>온도·파라미터 실습</w:t>
      </w:r>
      <w:r>
        <w:rPr>
          <w:rFonts w:ascii="Nanum Gothic" w:eastAsia="Nanum Gothic" w:hAnsi="Nanum Gothic" w:cs="Nanum Gothic"/>
          <w:color w:val="1A1A1A"/>
          <w:sz w:val="20"/>
        </w:rPr>
        <w:t>:</w:t>
      </w:r>
    </w:p>
    <w:p w14:paraId="4996675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AIR Studio 에이전트 에디터 (세션4에서 직접 실습 예정)</w:t>
      </w:r>
    </w:p>
    <w:p w14:paraId="2A0717E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공식 문서: https://docs.air.megaone.com/docs/category/user-portal</w:t>
      </w:r>
    </w:p>
    <w:p w14:paraId="6D2C9B3C" w14:textId="77777777" w:rsidR="00226CAC" w:rsidRDefault="00226CAC">
      <w:pPr>
        <w:spacing w:before="60" w:after="60"/>
        <w:rPr>
          <w:rFonts w:eastAsia="Nanum Gothic"/>
          <w:lang w:eastAsia="ko-KR"/>
        </w:rPr>
      </w:pP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5. AIR Studio와 기업용 AI</w:t>
            </w:r>
          </w:p>
          <w:p>
            <w:pPr>
              <w:spacing w:before="0" w:after="200" w:line="340" w:lineRule="exact"/>
            </w:pPr>
            <w:r>
              <w:rPr>
                <w:rFonts w:ascii="Nanum Gothic" w:hAnsi="Nanum Gothic" w:eastAsia="Nanum Gothic" w:cs="Nanum Gothic"/>
                <w:b w:val="0"/>
                <w:i/>
                <w:color w:val="C9E0FC"/>
                <w:sz w:val="26"/>
              </w:rPr>
              <w:t>상용 LLM과 기업용 플랫폼의 역할 차이를 이해한다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상용 LLM 비교</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기업 요구</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플랫폼 역할</w:t>
            </w:r>
          </w:p>
        </w:tc>
      </w:tr>
    </w:tbl>
    <w:p/>
    <w:tbl>
      <w:tblPr>
        <w:tblStyle w:val="af9"/>
        <w:tblW w:w="0" w:type="auto"/>
        <w:tblLayout w:type="fixed"/>
        <w:tblLook w:val="04A0" w:firstRow="1" w:lastRow="0" w:firstColumn="1" w:lastColumn="0" w:noHBand="0" w:noVBand="1"/>
      </w:tblPr>
      <w:tblGrid>
        <w:gridCol w:w="400"/>
        <w:gridCol w:w="8672"/>
      </w:tblGrid>
      <w:tr w:rsidR="00226CAC" w14:paraId="3EB9A303" w14:textId="77777777">
        <w:tc>
          <w:tcPr>
            <w:tcW w:w="400" w:type="dxa"/>
            <w:shd w:val="clear" w:color="auto" w:fill="C05621"/>
          </w:tcPr>
          <w:p w14:paraId="634C2DFA" w14:textId="77777777" w:rsidR="00226CAC" w:rsidRDefault="00226CAC">
            <w:pPr>
              <w:spacing w:before="80" w:after="80"/>
              <w:rPr>
                <w:rFonts w:eastAsia="Nanum Gothic"/>
                <w:lang w:eastAsia="ko-KR"/>
              </w:rPr>
            </w:pPr>
          </w:p>
        </w:tc>
        <w:tc>
          <w:tcPr>
            <w:tcW w:w="8672" w:type="dxa"/>
            <w:shd w:val="clear" w:color="auto" w:fill="FFF7E6"/>
          </w:tcPr>
          <w:p w14:paraId="7C8CC049" w14:textId="77777777" w:rsidR="00226CAC" w:rsidRDefault="00000000">
            <w:pPr>
              <w:spacing w:before="80" w:after="80"/>
              <w:rPr>
                <w:rFonts w:eastAsia="Nanum Gothic"/>
                <w:lang w:eastAsia="ko-KR"/>
              </w:rPr>
            </w:pPr>
            <w:r>
              <w:rPr>
                <w:rFonts w:ascii="Nanum Gothic" w:eastAsia="Nanum Gothic" w:hAnsi="Nanum Gothic" w:cs="Nanum Gothic"/>
                <w:b/>
                <w:color w:val="C05621"/>
                <w:sz w:val="20"/>
                <w:lang w:eastAsia="ko-KR"/>
              </w:rPr>
              <w:t>⚠️ 주의</w:t>
            </w:r>
            <w:r>
              <w:rPr>
                <w:rFonts w:ascii="Apple SD Gothic Neo" w:eastAsia="Nanum Gothic" w:hAnsi="Apple SD Gothic Neo" w:cs="Apple SD Gothic Neo"/>
                <w:b/>
                <w:color w:val="C05621"/>
                <w:sz w:val="20"/>
                <w:lang w:eastAsia="ko-KR"/>
              </w:rPr>
              <w:br/>
            </w:r>
            <w:r>
              <w:rPr>
                <w:rFonts w:ascii="Nanum Gothic" w:eastAsia="Nanum Gothic" w:hAnsi="Nanum Gothic" w:cs="Nanum Gothic"/>
                <w:color w:val="1A1A1A"/>
                <w:sz w:val="20"/>
                <w:lang w:eastAsia="ko-KR"/>
              </w:rPr>
              <w:t>AI 사용 경계 - ✅ 허용: AIR Chat에서 프롬프트 실험, 모델 비교 - ❌ 금지: 이 교재의 셀프체크 답을 AI에 묻기</w:t>
            </w:r>
          </w:p>
        </w:tc>
      </w:tr>
    </w:tbl>
    <w:p w14:paraId="72AF728B" w14:textId="77777777" w:rsidR="00226CAC" w:rsidRDefault="00226CAC">
      <w:pPr>
        <w:rPr>
          <w:rFonts w:eastAsia="Nanum Gothic"/>
          <w:lang w:eastAsia="ko-KR"/>
        </w:rPr>
      </w:pPr>
    </w:p>
    <w:p w14:paraId="4FCA3123" w14:textId="77777777" w:rsidR="00226CAC" w:rsidRDefault="00000000">
      <w:pPr>
        <w:pBdr>
          <w:bottom w:val="single" w:sz="4" w:space="1" w:color="024AD8"/>
        </w:pBdr>
        <w:spacing w:before="280" w:after="80"/>
      </w:pPr>
      <w:r>
        <w:rPr>
          <w:rFonts w:ascii="Nanum Gothic" w:eastAsia="Nanum Gothic" w:hAnsi="Nanum Gothic" w:cs="Nanum Gothic"/>
          <w:b/>
          <w:color w:val="024AD8"/>
          <w:sz w:val="36"/>
        </w:rPr>
        <w:t>5.1 학습 목표</w:t>
      </w:r>
    </w:p>
    <w:p w14:paraId="1ACBE21C" w14:textId="77777777" w:rsidR="00226CAC" w:rsidRDefault="00000000">
      <w:pPr>
        <w:spacing w:before="60" w:after="0"/>
        <w:jc w:val="center"/>
      </w:pPr>
      <w:r>
        <w:rPr>
          <w:rFonts w:eastAsia="Nanum Gothic"/>
          <w:noProof/>
        </w:rPr>
        <w:drawing>
          <wp:inline distT="0" distB="0" distL="0" distR="0" wp14:anchorId="648B33AB" wp14:editId="4B4A1557">
            <wp:extent cx="4860000" cy="4860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part3-01.png"/>
                    <pic:cNvPicPr/>
                  </pic:nvPicPr>
                  <pic:blipFill>
                    <a:blip r:embed="rId14"/>
                    <a:stretch>
                      <a:fillRect/>
                    </a:stretch>
                  </pic:blipFill>
                  <pic:spPr>
                    <a:xfrm>
                      <a:off x="0" y="0"/>
                      <a:ext cx="4860000" cy="4860000"/>
                    </a:xfrm>
                    <a:prstGeom prst="rect">
                      <a:avLst/>
                    </a:prstGeom>
                  </pic:spPr>
                </pic:pic>
              </a:graphicData>
            </a:graphic>
          </wp:inline>
        </w:drawing>
      </w:r>
    </w:p>
    <w:p w14:paraId="1AAE1036" w14:textId="77777777" w:rsidR="00226CAC" w:rsidRDefault="00000000">
      <w:pPr>
        <w:spacing w:after="80"/>
        <w:jc w:val="center"/>
      </w:pPr>
      <w:r>
        <w:rPr>
          <w:rFonts w:ascii="Nanum Gothic" w:eastAsia="Nanum Gothic" w:hAnsi="Nanum Gothic" w:cs="Nanum Gothic"/>
          <w:i/>
          <w:color w:val="666666"/>
          <w:sz w:val="16"/>
        </w:rPr>
        <w:t>AIR Studio User Portal 제품 구조: AI Assistant·AIR Studio 2개 카테고리 트리</w:t>
      </w:r>
    </w:p>
    <w:tbl>
      <w:tblPr>
        <w:tblStyle w:val="af9"/>
        <w:tblW w:w="0" w:type="auto"/>
        <w:tblLook w:val="04A0" w:firstRow="1" w:lastRow="0" w:firstColumn="1" w:lastColumn="0" w:noHBand="0" w:noVBand="1"/>
      </w:tblPr>
      <w:tblGrid>
        <w:gridCol w:w="4536"/>
        <w:gridCol w:w="4536"/>
      </w:tblGrid>
      <w:tr w:rsidR="00226CAC" w14:paraId="220026A8" w14:textId="77777777">
        <w:tc>
          <w:tcPr>
            <w:tcW w:w="4536" w:type="dxa"/>
            <w:shd w:val="clear" w:color="auto" w:fill="024AD8"/>
          </w:tcPr>
          <w:p w14:paraId="22B09866" w14:textId="77777777" w:rsidR="00226CAC" w:rsidRDefault="00000000">
            <w:pPr>
              <w:spacing w:before="60" w:after="60"/>
            </w:pPr>
            <w:r>
              <w:rPr>
                <w:rFonts w:ascii="Nanum Gothic" w:eastAsia="Nanum Gothic" w:hAnsi="Nanum Gothic" w:cs="Nanum Gothic"/>
                <w:b/>
                <w:color w:val="FFFFFF"/>
                <w:sz w:val="20"/>
              </w:rPr>
              <w:t>계층</w:t>
            </w:r>
          </w:p>
        </w:tc>
        <w:tc>
          <w:tcPr>
            <w:tcW w:w="4536" w:type="dxa"/>
            <w:shd w:val="clear" w:color="auto" w:fill="024AD8"/>
          </w:tcPr>
          <w:p w14:paraId="6BD33E0B" w14:textId="77777777" w:rsidR="00226CAC" w:rsidRDefault="00000000">
            <w:pPr>
              <w:spacing w:before="60" w:after="60"/>
            </w:pPr>
            <w:r>
              <w:rPr>
                <w:rFonts w:ascii="Nanum Gothic" w:eastAsia="Nanum Gothic" w:hAnsi="Nanum Gothic" w:cs="Nanum Gothic"/>
                <w:b/>
                <w:color w:val="FFFFFF"/>
                <w:sz w:val="20"/>
              </w:rPr>
              <w:t>목표</w:t>
            </w:r>
          </w:p>
        </w:tc>
      </w:tr>
      <w:tr w:rsidR="00226CAC" w14:paraId="6EF62B7B" w14:textId="77777777">
        <w:tc>
          <w:tcPr>
            <w:tcW w:w="4536" w:type="dxa"/>
          </w:tcPr>
          <w:p w14:paraId="7AD7BBD7" w14:textId="77777777" w:rsidR="00226CAC" w:rsidRDefault="00000000">
            <w:pPr>
              <w:spacing w:before="60" w:after="60"/>
            </w:pPr>
            <w:r>
              <w:rPr>
                <w:rFonts w:ascii="Nanum Gothic" w:eastAsia="Nanum Gothic" w:hAnsi="Nanum Gothic" w:cs="Nanum Gothic"/>
                <w:b/>
                <w:color w:val="1A1A1A"/>
                <w:sz w:val="20"/>
              </w:rPr>
              <w:t>전이</w:t>
            </w:r>
          </w:p>
        </w:tc>
        <w:tc>
          <w:tcPr>
            <w:tcW w:w="4536" w:type="dxa"/>
          </w:tcPr>
          <w:p w14:paraId="414E2BE1"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기업에서 별도 AI 플랫폼이 필요한 이유를 상용 3종 대비 5가지 이상 차별 요소로 설명할 수 있다</w:t>
            </w:r>
          </w:p>
        </w:tc>
      </w:tr>
      <w:tr w:rsidR="00226CAC" w14:paraId="70A680C6" w14:textId="77777777">
        <w:tc>
          <w:tcPr>
            <w:tcW w:w="4536" w:type="dxa"/>
          </w:tcPr>
          <w:p w14:paraId="74EEF83B" w14:textId="77777777" w:rsidR="00226CAC" w:rsidRDefault="00000000">
            <w:pPr>
              <w:spacing w:before="60" w:after="60"/>
            </w:pPr>
            <w:r>
              <w:rPr>
                <w:rFonts w:ascii="Nanum Gothic" w:eastAsia="Nanum Gothic" w:hAnsi="Nanum Gothic" w:cs="Nanum Gothic"/>
                <w:b/>
                <w:color w:val="1A1A1A"/>
                <w:sz w:val="20"/>
              </w:rPr>
              <w:t>이해</w:t>
            </w:r>
          </w:p>
        </w:tc>
        <w:tc>
          <w:tcPr>
            <w:tcW w:w="4536" w:type="dxa"/>
          </w:tcPr>
          <w:p w14:paraId="0EB5D48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ChatGPT·Gemini·Claude 3종과 AIR Studio를 UI컨셉·모델 라인업·지식베이스·에이전트·한국어·요금 </w:t>
            </w:r>
            <w:r>
              <w:rPr>
                <w:rFonts w:ascii="Nanum Gothic" w:eastAsia="Nanum Gothic" w:hAnsi="Nanum Gothic" w:cs="Nanum Gothic"/>
                <w:color w:val="1A1A1A"/>
                <w:sz w:val="20"/>
                <w:lang w:eastAsia="ko-KR"/>
              </w:rPr>
              <w:lastRenderedPageBreak/>
              <w:t>6개 차원으로 비교 설명할 수 있다</w:t>
            </w:r>
          </w:p>
        </w:tc>
      </w:tr>
      <w:tr w:rsidR="00226CAC" w14:paraId="08034C67" w14:textId="77777777">
        <w:tc>
          <w:tcPr>
            <w:tcW w:w="4536" w:type="dxa"/>
          </w:tcPr>
          <w:p w14:paraId="3EA72E4E" w14:textId="77777777" w:rsidR="00226CAC" w:rsidRDefault="00000000">
            <w:pPr>
              <w:spacing w:before="60" w:after="60"/>
            </w:pPr>
            <w:r>
              <w:rPr>
                <w:rFonts w:ascii="Nanum Gothic" w:eastAsia="Nanum Gothic" w:hAnsi="Nanum Gothic" w:cs="Nanum Gothic"/>
                <w:b/>
                <w:color w:val="1A1A1A"/>
                <w:sz w:val="20"/>
              </w:rPr>
              <w:t>지식·기능</w:t>
            </w:r>
          </w:p>
        </w:tc>
        <w:tc>
          <w:tcPr>
            <w:tcW w:w="4536" w:type="dxa"/>
          </w:tcPr>
          <w:p w14:paraId="2EA84246"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AIR Studio에 로그인하여 AIR Chat에서 첫 프롬프트를 3개 이상 모델에 전송할 수 있다</w:t>
            </w:r>
          </w:p>
        </w:tc>
      </w:tr>
    </w:tbl>
    <w:p w14:paraId="0196BE26" w14:textId="77777777" w:rsidR="00226CAC" w:rsidRDefault="00226CAC">
      <w:pPr>
        <w:rPr>
          <w:rFonts w:eastAsia="Nanum Gothic"/>
          <w:lang w:eastAsia="ko-KR"/>
        </w:rPr>
      </w:pPr>
    </w:p>
    <w:p w14:paraId="0F096A29" w14:textId="77777777" w:rsidR="00226CAC" w:rsidRDefault="00000000">
      <w:pPr>
        <w:pBdr>
          <w:bottom w:val="single" w:sz="4" w:space="1" w:color="024AD8"/>
        </w:pBdr>
        <w:spacing w:before="280" w:after="80"/>
      </w:pPr>
      <w:r>
        <w:rPr>
          <w:rFonts w:ascii="Nanum Gothic" w:eastAsia="Nanum Gothic" w:hAnsi="Nanum Gothic" w:cs="Nanum Gothic"/>
          <w:b/>
          <w:color w:val="024AD8"/>
          <w:sz w:val="36"/>
        </w:rPr>
        <w:t>5.2 핵심 개념</w:t>
      </w:r>
    </w:p>
    <w:tbl>
      <w:tblPr>
        <w:tblStyle w:val="af9"/>
        <w:tblW w:w="0" w:type="auto"/>
        <w:tblLayout w:type="fixed"/>
        <w:tblLook w:val="04A0" w:firstRow="1" w:lastRow="0" w:firstColumn="1" w:lastColumn="0" w:noHBand="0" w:noVBand="1"/>
      </w:tblPr>
      <w:tblGrid>
        <w:gridCol w:w="400"/>
        <w:gridCol w:w="8672"/>
      </w:tblGrid>
      <w:tr w:rsidR="00226CAC" w14:paraId="19C51D27" w14:textId="77777777">
        <w:tc>
          <w:tcPr>
            <w:tcW w:w="400" w:type="dxa"/>
            <w:shd w:val="clear" w:color="auto" w:fill="4A5568"/>
          </w:tcPr>
          <w:p w14:paraId="773A5CC4" w14:textId="77777777" w:rsidR="00226CAC" w:rsidRDefault="00226CAC">
            <w:pPr>
              <w:spacing w:before="80" w:after="80"/>
            </w:pPr>
          </w:p>
        </w:tc>
        <w:tc>
          <w:tcPr>
            <w:tcW w:w="8672" w:type="dxa"/>
            <w:shd w:val="clear" w:color="auto" w:fill="F7F7F7"/>
          </w:tcPr>
          <w:p w14:paraId="1505C78D" w14:textId="77777777" w:rsidR="00226CAC" w:rsidRDefault="00000000">
            <w:pPr>
              <w:spacing w:before="80" w:after="80"/>
              <w:rPr>
                <w:rFonts w:eastAsia="Nanum Gothic"/>
                <w:lang w:eastAsia="ko-KR"/>
              </w:rPr>
            </w:pPr>
            <w:r>
              <w:rPr>
                <w:rFonts w:ascii="Nanum Gothic" w:eastAsia="Nanum Gothic" w:hAnsi="Nanum Gothic" w:cs="Nanum Gothic"/>
                <w:b/>
                <w:color w:val="4A5568"/>
                <w:sz w:val="20"/>
                <w:lang w:eastAsia="ko-KR"/>
              </w:rPr>
              <w:t>📌 Note</w:t>
            </w:r>
            <w:r>
              <w:rPr>
                <w:rFonts w:ascii="Apple SD Gothic Neo" w:eastAsia="Nanum Gothic" w:hAnsi="Apple SD Gothic Neo" w:cs="Apple SD Gothic Neo"/>
                <w:b/>
                <w:color w:val="4A5568"/>
                <w:sz w:val="20"/>
                <w:lang w:eastAsia="ko-KR"/>
              </w:rPr>
              <w:br/>
            </w:r>
            <w:r>
              <w:rPr>
                <w:rFonts w:ascii="Nanum Gothic" w:eastAsia="Nanum Gothic" w:hAnsi="Nanum Gothic" w:cs="Nanum Gothic"/>
                <w:color w:val="1A1A1A"/>
                <w:sz w:val="20"/>
                <w:lang w:eastAsia="ko-KR"/>
              </w:rPr>
              <w:t>범용성 우선 원칙 — ChatGPT·Gemini·Claude 3종의 이해 → AIR Studio의 차별점 순서로 설명한다. 범용 AI 플랫폼을 이해한 뒤 기업용 플랫폼을 위치 지정한다.</w:t>
            </w:r>
          </w:p>
        </w:tc>
      </w:tr>
    </w:tbl>
    <w:p w14:paraId="39FC2C19" w14:textId="77777777" w:rsidR="00226CAC" w:rsidRDefault="00226CAC">
      <w:pPr>
        <w:rPr>
          <w:rFonts w:eastAsia="Nanum Gothic"/>
          <w:lang w:eastAsia="ko-KR"/>
        </w:rPr>
      </w:pPr>
    </w:p>
    <w:p w14:paraId="1A348723"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5.2.1 기업용 AI 플랫폼이 필요한 이유 생각해보기</w:t>
      </w:r>
    </w:p>
    <w:p w14:paraId="6C310B3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 세션을 시작하기 전, 스스로 답해보세요:</w:t>
      </w:r>
    </w:p>
    <w:tbl>
      <w:tblPr>
        <w:tblStyle w:val="af9"/>
        <w:tblW w:w="0" w:type="auto"/>
        <w:tblLayout w:type="fixed"/>
        <w:tblLook w:val="04A0" w:firstRow="1" w:lastRow="0" w:firstColumn="1" w:lastColumn="0" w:noHBand="0" w:noVBand="1"/>
      </w:tblPr>
      <w:tblGrid>
        <w:gridCol w:w="400"/>
        <w:gridCol w:w="8672"/>
      </w:tblGrid>
      <w:tr w:rsidR="00226CAC" w14:paraId="1D14EB59" w14:textId="77777777">
        <w:tc>
          <w:tcPr>
            <w:tcW w:w="400" w:type="dxa"/>
            <w:shd w:val="clear" w:color="auto" w:fill="6B46C1"/>
          </w:tcPr>
          <w:p w14:paraId="30879A4A" w14:textId="77777777" w:rsidR="00226CAC" w:rsidRDefault="00226CAC">
            <w:pPr>
              <w:spacing w:before="80" w:after="80"/>
              <w:rPr>
                <w:rFonts w:eastAsia="Nanum Gothic"/>
                <w:lang w:eastAsia="ko-KR"/>
              </w:rPr>
            </w:pPr>
          </w:p>
        </w:tc>
        <w:tc>
          <w:tcPr>
            <w:tcW w:w="8672" w:type="dxa"/>
            <w:shd w:val="clear" w:color="auto" w:fill="F3EEFB"/>
          </w:tcPr>
          <w:p w14:paraId="5D36DEF9" w14:textId="7777777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"우리 팀에서 ChatGPT를 지금 바로 업무에 쓰면 어떤 문제가 생길 수 있을까?"</w:t>
            </w:r>
          </w:p>
        </w:tc>
      </w:tr>
    </w:tbl>
    <w:p w14:paraId="46957698" w14:textId="77777777" w:rsidR="00226CAC" w:rsidRDefault="00226CAC">
      <w:pPr>
        <w:rPr>
          <w:rFonts w:eastAsia="Nanum Gothic"/>
          <w:lang w:eastAsia="ko-KR"/>
        </w:rPr>
      </w:pPr>
    </w:p>
    <w:p w14:paraId="6EF3871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전형적인 답변:</w:t>
      </w:r>
    </w:p>
    <w:p w14:paraId="0F91C64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"회사 기밀 데이터가 OpenAI 서버에 전송될 수 있다"</w:t>
      </w:r>
    </w:p>
    <w:p w14:paraId="6670A50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"팀원마다 다른 접속 정보를 쓰니 어디서 얼마나 쓰는지 모른다"</w:t>
      </w:r>
    </w:p>
    <w:p w14:paraId="0A77D477"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"AI가 뭘 생성했는지 나중에 추적이 안 된다"</w:t>
      </w:r>
    </w:p>
    <w:p w14:paraId="321E8151"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"ChatGPT가 내 회사 제품 정보를 모른다"</w:t>
      </w:r>
    </w:p>
    <w:p w14:paraId="5753E11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 4가지 문제가 기업 AI 플랫폼이 필요한 핵심 이유입니다. 이 세션은 그 이유를 체계적으로 정리하고, AIR Studio가 어떻게 해결하는지 보여줍니다.</w:t>
      </w:r>
    </w:p>
    <w:p w14:paraId="47EEC89B"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5.2.2 왜 기업은 상용 LLM을 그대로 쓰지 않는가</w:t>
      </w:r>
    </w:p>
    <w:p w14:paraId="2E92C451"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5.2.2.1 상용 LLM의 강점</w:t>
      </w:r>
    </w:p>
    <w:p w14:paraId="4F822161"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먼저 ChatGPT·Gemini·Claude의 강점부터 인정합니다:</w:t>
      </w:r>
    </w:p>
    <w:p w14:paraId="4E476ACB"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Pr>
          <w:rFonts w:ascii="Nanum Gothic" w:eastAsia="Nanum Gothic" w:hAnsi="Nanum Gothic" w:cs="Nanum Gothic"/>
          <w:b/>
          <w:color w:val="1A1A1A"/>
          <w:sz w:val="20"/>
          <w:lang w:eastAsia="ko-KR"/>
        </w:rPr>
        <w:t>범용 LLM 성능</w:t>
      </w:r>
      <w:r>
        <w:rPr>
          <w:rFonts w:ascii="Nanum Gothic" w:eastAsia="Nanum Gothic" w:hAnsi="Nanum Gothic" w:cs="Nanum Gothic"/>
          <w:color w:val="1A1A1A"/>
          <w:sz w:val="20"/>
          <w:lang w:eastAsia="ko-KR"/>
        </w:rPr>
        <w:t>: 다양한 주제에 유연하게 대응</w:t>
      </w:r>
    </w:p>
    <w:p w14:paraId="24D8BE72"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Pr>
          <w:rFonts w:ascii="Nanum Gothic" w:eastAsia="Nanum Gothic" w:hAnsi="Nanum Gothic" w:cs="Nanum Gothic"/>
          <w:b/>
          <w:color w:val="1A1A1A"/>
          <w:sz w:val="20"/>
          <w:lang w:eastAsia="ko-KR"/>
        </w:rPr>
        <w:t>즉시 사용</w:t>
      </w:r>
      <w:r>
        <w:rPr>
          <w:rFonts w:ascii="Nanum Gothic" w:eastAsia="Nanum Gothic" w:hAnsi="Nanum Gothic" w:cs="Nanum Gothic"/>
          <w:color w:val="1A1A1A"/>
          <w:sz w:val="20"/>
          <w:lang w:eastAsia="ko-KR"/>
        </w:rPr>
        <w:t>: 가입 후 바로 사용 가능</w:t>
      </w:r>
    </w:p>
    <w:p w14:paraId="2A0EE6F2"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Pr>
          <w:rFonts w:ascii="Nanum Gothic" w:eastAsia="Nanum Gothic" w:hAnsi="Nanum Gothic" w:cs="Nanum Gothic"/>
          <w:b/>
          <w:color w:val="1A1A1A"/>
          <w:sz w:val="20"/>
          <w:lang w:eastAsia="ko-KR"/>
        </w:rPr>
        <w:t>저렴한 시작 비용</w:t>
      </w:r>
      <w:r>
        <w:rPr>
          <w:rFonts w:ascii="Nanum Gothic" w:eastAsia="Nanum Gothic" w:hAnsi="Nanum Gothic" w:cs="Nanum Gothic"/>
          <w:color w:val="1A1A1A"/>
          <w:sz w:val="20"/>
          <w:lang w:eastAsia="ko-KR"/>
        </w:rPr>
        <w:t>: 프리티어 존재</w:t>
      </w:r>
    </w:p>
    <w:p w14:paraId="18BE88FD"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Pr>
          <w:rFonts w:ascii="Nanum Gothic" w:eastAsia="Nanum Gothic" w:hAnsi="Nanum Gothic" w:cs="Nanum Gothic"/>
          <w:b/>
          <w:color w:val="1A1A1A"/>
          <w:sz w:val="20"/>
          <w:lang w:eastAsia="ko-KR"/>
        </w:rPr>
        <w:t>지속적 개선</w:t>
      </w:r>
      <w:r>
        <w:rPr>
          <w:rFonts w:ascii="Nanum Gothic" w:eastAsia="Nanum Gothic" w:hAnsi="Nanum Gothic" w:cs="Nanum Gothic"/>
          <w:color w:val="1A1A1A"/>
          <w:sz w:val="20"/>
          <w:lang w:eastAsia="ko-KR"/>
        </w:rPr>
        <w:t>: 각 회사가 꾸준히 업데이트</w:t>
      </w:r>
    </w:p>
    <w:p w14:paraId="609A18C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그렇다면 왜 기업은 추가 비용을 들여 별도 플랫폼을 구축하는가?</w:t>
      </w:r>
    </w:p>
    <w:p w14:paraId="12B5F725"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5.2.2.2 기업 환경에서의 5대 한계</w:t>
      </w:r>
    </w:p>
    <w:p w14:paraId="69D70049"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① 데이터 보안</w:t>
      </w:r>
    </w:p>
    <w:p w14:paraId="7832D30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lastRenderedPageBreak/>
        <w:t xml:space="preserve">상용 LLM 채팅창에 입력한 내용은 원칙적으로 서비스 제공사 서버에 전송됩니다. 많은 서비스가 "학습 데이터로 사용하지 않는다"고 명시하지만, </w:t>
      </w:r>
      <w:r>
        <w:rPr>
          <w:rFonts w:ascii="Nanum Gothic" w:eastAsia="Nanum Gothic" w:hAnsi="Nanum Gothic" w:cs="Nanum Gothic"/>
          <w:b/>
          <w:color w:val="1A1A1A"/>
          <w:sz w:val="20"/>
          <w:lang w:eastAsia="ko-KR"/>
        </w:rPr>
        <w:t>서버 전송 자체를 막을 수 없습니다.</w:t>
      </w:r>
    </w:p>
    <w:p w14:paraId="50D76E1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기업 입장에서 위험한 시나리오:</w:t>
      </w:r>
    </w:p>
    <w:p w14:paraId="73A7566C"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미공개 신제품 기획안을 ChatGPT에 붙여넣기</w:t>
      </w:r>
    </w:p>
    <w:p w14:paraId="75AB66E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고객 개인정보가 포함된 데이터를 AI에 분석 요청</w:t>
      </w:r>
    </w:p>
    <w:p w14:paraId="4B981E9C"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영업 비밀이 포함된 계약서를 AI에 검토 요청</w:t>
      </w:r>
    </w:p>
    <w:p w14:paraId="25DB2D67"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② 비용 추적 불가</w:t>
      </w:r>
    </w:p>
    <w:p w14:paraId="64697D0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개인 구독 방식에서는:</w:t>
      </w:r>
    </w:p>
    <w:p w14:paraId="3DEDEFEC"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팀원마다 다른 접속 정보 → 부서별 사용량 파악 불가</w:t>
      </w:r>
    </w:p>
    <w:p w14:paraId="6C1A1908"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AI 생산성 기여 측정 불가</w:t>
      </w:r>
    </w:p>
    <w:p w14:paraId="403F421D"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예산 통제 어려움</w:t>
      </w:r>
    </w:p>
    <w:p w14:paraId="55D83644"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③ 거버넌스 부재</w:t>
      </w:r>
    </w:p>
    <w:p w14:paraId="62A69F7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기업 AI 사용 정책을 적용하기 어렵습니다:</w:t>
      </w:r>
    </w:p>
    <w:p w14:paraId="2D40DDD1"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어떤 데이터를 AI에 입력해도 되는지 통제 불가</w:t>
      </w:r>
    </w:p>
    <w:p w14:paraId="2C8A743E"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특정 유형의 콘텐츠 생성을 제한하는 가드레일 설정 불가</w:t>
      </w:r>
    </w:p>
    <w:p w14:paraId="569A35C7"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감사로그(누가 언제 무엇을 생성했는지) 없음</w:t>
      </w:r>
    </w:p>
    <w:p w14:paraId="750E0987"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④ 회사 데이터 학습 불가</w:t>
      </w:r>
    </w:p>
    <w:p w14:paraId="3690720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상용 LLM은 공개 데이터로 학습되어 있어, 우리 회사 내부 문서·제품 정보·고객 데이터를 모릅니다.</w:t>
      </w:r>
    </w:p>
    <w:p w14:paraId="5E729B3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"우리 회사 취업 규정이 뭐야?" "이번에 출시한 신제품의 스펙이 어떻게 돼?" → 상용 LLM은 정확한 답을 줄 수 없습니다.</w:t>
      </w:r>
    </w:p>
    <w:p w14:paraId="6DB909FB"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⑤ 멀티모델 비교 어려움</w:t>
      </w:r>
    </w:p>
    <w:p w14:paraId="6EC0D831"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각 서비스에서 하나의 모델만 제공하므로, 업무 목적에 맞는 최적 모델을 비교·선택하기 어렵습니다.</w:t>
      </w:r>
    </w:p>
    <w:tbl>
      <w:tblPr>
        <w:tblStyle w:val="af9"/>
        <w:tblW w:w="0" w:type="auto"/>
        <w:tblLayout w:type="fixed"/>
        <w:tblLook w:val="04A0" w:firstRow="1" w:lastRow="0" w:firstColumn="1" w:lastColumn="0" w:noHBand="0" w:noVBand="1"/>
      </w:tblPr>
      <w:tblGrid>
        <w:gridCol w:w="400"/>
        <w:gridCol w:w="8672"/>
      </w:tblGrid>
      <w:tr w:rsidR="00226CAC" w14:paraId="1A26ADCC" w14:textId="77777777">
        <w:tc>
          <w:tcPr>
            <w:tcW w:w="400" w:type="dxa"/>
            <w:shd w:val="clear" w:color="auto" w:fill="6B46C1"/>
          </w:tcPr>
          <w:p w14:paraId="7732D34C" w14:textId="77777777" w:rsidR="00226CAC" w:rsidRDefault="00226CAC">
            <w:pPr>
              <w:spacing w:before="80" w:after="80"/>
              <w:rPr>
                <w:rFonts w:eastAsia="Nanum Gothic"/>
                <w:lang w:eastAsia="ko-KR"/>
              </w:rPr>
            </w:pPr>
          </w:p>
        </w:tc>
        <w:tc>
          <w:tcPr>
            <w:tcW w:w="8672" w:type="dxa"/>
            <w:shd w:val="clear" w:color="auto" w:fill="F3EEFB"/>
          </w:tcPr>
          <w:p w14:paraId="73E1026B" w14:textId="7777777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위 5가지 중 내 직무에서 가장 심각한 문제는 무엇인가?</w:t>
            </w:r>
          </w:p>
        </w:tc>
      </w:tr>
    </w:tbl>
    <w:p w14:paraId="58E62660" w14:textId="77777777" w:rsidR="00226CAC" w:rsidRDefault="00226CAC">
      <w:pPr>
        <w:rPr>
          <w:rFonts w:eastAsia="Nanum Gothic"/>
          <w:lang w:eastAsia="ko-KR"/>
        </w:rPr>
      </w:pPr>
    </w:p>
    <w:p w14:paraId="105B24B8"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5.2.2.3 법적·컴플라이언스 맥락</w:t>
      </w:r>
    </w:p>
    <w:p w14:paraId="139C534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기업 AI 거버넌스의 필요성은 규제 환경에서도 강화되고 있습니다.</w:t>
      </w:r>
    </w:p>
    <w:p w14:paraId="6F33999D"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Pr>
          <w:rFonts w:ascii="Nanum Gothic" w:eastAsia="Nanum Gothic" w:hAnsi="Nanum Gothic" w:cs="Nanum Gothic"/>
          <w:b/>
          <w:color w:val="1A1A1A"/>
          <w:sz w:val="20"/>
          <w:lang w:eastAsia="ko-KR"/>
        </w:rPr>
        <w:t>개인정보보호법 (한국)</w:t>
      </w:r>
      <w:r>
        <w:rPr>
          <w:rFonts w:ascii="Nanum Gothic" w:eastAsia="Nanum Gothic" w:hAnsi="Nanum Gothic" w:cs="Nanum Gothic"/>
          <w:color w:val="1A1A1A"/>
          <w:sz w:val="20"/>
          <w:lang w:eastAsia="ko-KR"/>
        </w:rPr>
        <w:t>: 고객 개인정보를 외부 AI 서비스에 입력 시 법적 책임 가능</w:t>
      </w:r>
    </w:p>
    <w:p w14:paraId="29991F8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Pr>
          <w:rFonts w:ascii="Nanum Gothic" w:eastAsia="Nanum Gothic" w:hAnsi="Nanum Gothic" w:cs="Nanum Gothic"/>
          <w:b/>
          <w:color w:val="1A1A1A"/>
          <w:sz w:val="20"/>
          <w:lang w:eastAsia="ko-KR"/>
        </w:rPr>
        <w:t>EU AI Act</w:t>
      </w:r>
      <w:r>
        <w:rPr>
          <w:rFonts w:ascii="Nanum Gothic" w:eastAsia="Nanum Gothic" w:hAnsi="Nanum Gothic" w:cs="Nanum Gothic"/>
          <w:color w:val="1A1A1A"/>
          <w:sz w:val="20"/>
          <w:lang w:eastAsia="ko-KR"/>
        </w:rPr>
        <w:t>: 고위험 AI 시스템에 대한 투명성·추적성 요구</w:t>
      </w:r>
    </w:p>
    <w:p w14:paraId="725B9C37"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Pr>
          <w:rFonts w:ascii="Nanum Gothic" w:eastAsia="Nanum Gothic" w:hAnsi="Nanum Gothic" w:cs="Nanum Gothic"/>
          <w:b/>
          <w:color w:val="1A1A1A"/>
          <w:sz w:val="20"/>
          <w:lang w:eastAsia="ko-KR"/>
        </w:rPr>
        <w:t>금융업 특수</w:t>
      </w:r>
      <w:r>
        <w:rPr>
          <w:rFonts w:ascii="Nanum Gothic" w:eastAsia="Nanum Gothic" w:hAnsi="Nanum Gothic" w:cs="Nanum Gothic"/>
          <w:color w:val="1A1A1A"/>
          <w:sz w:val="20"/>
          <w:lang w:eastAsia="ko-KR"/>
        </w:rPr>
        <w:t>: 금융위원회 데이터 처리 규정 — 금융 데이터 외부 전송 제한</w:t>
      </w:r>
    </w:p>
    <w:p w14:paraId="3F84D4D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기업 AI 플랫폼은 단순한 편의가 아니라 </w:t>
      </w:r>
      <w:r>
        <w:rPr>
          <w:rFonts w:ascii="Nanum Gothic" w:eastAsia="Nanum Gothic" w:hAnsi="Nanum Gothic" w:cs="Nanum Gothic"/>
          <w:b/>
          <w:color w:val="1A1A1A"/>
          <w:sz w:val="20"/>
          <w:lang w:eastAsia="ko-KR"/>
        </w:rPr>
        <w:t>컴플라이언스 도구</w:t>
      </w:r>
      <w:r>
        <w:rPr>
          <w:rFonts w:ascii="Nanum Gothic" w:eastAsia="Nanum Gothic" w:hAnsi="Nanum Gothic" w:cs="Nanum Gothic"/>
          <w:color w:val="1A1A1A"/>
          <w:sz w:val="20"/>
          <w:lang w:eastAsia="ko-KR"/>
        </w:rPr>
        <w:t>이기도 합니다.</w:t>
      </w:r>
    </w:p>
    <w:p w14:paraId="65E5A39A"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5.2.3 AIR Studio 소개</w:t>
      </w:r>
    </w:p>
    <w:p w14:paraId="35C23BF0"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AIR Studio는 메가존클라우드가 제공하는 </w:t>
      </w:r>
      <w:r>
        <w:rPr>
          <w:rFonts w:ascii="Nanum Gothic" w:eastAsia="Nanum Gothic" w:hAnsi="Nanum Gothic" w:cs="Nanum Gothic"/>
          <w:b/>
          <w:color w:val="1A1A1A"/>
          <w:sz w:val="20"/>
          <w:lang w:eastAsia="ko-KR"/>
        </w:rPr>
        <w:t>기업용 AI 워크스페이스 플랫폼</w:t>
      </w:r>
      <w:r>
        <w:rPr>
          <w:rFonts w:ascii="Nanum Gothic" w:eastAsia="Nanum Gothic" w:hAnsi="Nanum Gothic" w:cs="Nanum Gothic"/>
          <w:color w:val="1A1A1A"/>
          <w:sz w:val="20"/>
          <w:lang w:eastAsia="ko-KR"/>
        </w:rPr>
        <w:t>입니다.</w:t>
      </w:r>
    </w:p>
    <w:p w14:paraId="77823CB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공식 문서: https://docs.air.megaone.com/docs/category/user-portal</w:t>
      </w:r>
    </w:p>
    <w:p w14:paraId="5A60A3E7" w14:textId="77777777" w:rsidR="00226CAC" w:rsidRDefault="00000000">
      <w:pPr>
        <w:spacing w:before="160" w:after="40"/>
      </w:pPr>
      <w:r>
        <w:rPr>
          <w:rFonts w:ascii="Nanum Gothic" w:eastAsia="Nanum Gothic" w:hAnsi="Nanum Gothic" w:cs="Nanum Gothic"/>
          <w:b/>
          <w:color w:val="024AD8"/>
          <w:sz w:val="24"/>
        </w:rPr>
        <w:lastRenderedPageBreak/>
        <w:t>5.2.3.1 AIR Studio의 핵심 가치</w:t>
      </w:r>
    </w:p>
    <w:tbl>
      <w:tblPr>
        <w:tblStyle w:val="af9"/>
        <w:tblW w:w="0" w:type="auto"/>
        <w:tblLook w:val="04A0" w:firstRow="1" w:lastRow="0" w:firstColumn="1" w:lastColumn="0" w:noHBand="0" w:noVBand="1"/>
      </w:tblPr>
      <w:tblGrid>
        <w:gridCol w:w="4536"/>
        <w:gridCol w:w="4536"/>
      </w:tblGrid>
      <w:tr w:rsidR="00226CAC" w14:paraId="2228612E" w14:textId="77777777">
        <w:tc>
          <w:tcPr>
            <w:tcW w:w="4536" w:type="dxa"/>
            <w:shd w:val="clear" w:color="auto" w:fill="024AD8"/>
          </w:tcPr>
          <w:p w14:paraId="487CCA2E" w14:textId="77777777" w:rsidR="00226CAC" w:rsidRDefault="00000000">
            <w:pPr>
              <w:spacing w:before="60" w:after="60"/>
            </w:pPr>
            <w:r>
              <w:rPr>
                <w:rFonts w:ascii="Nanum Gothic" w:eastAsia="Nanum Gothic" w:hAnsi="Nanum Gothic" w:cs="Nanum Gothic"/>
                <w:b/>
                <w:color w:val="FFFFFF"/>
                <w:sz w:val="20"/>
              </w:rPr>
              <w:t>가치</w:t>
            </w:r>
          </w:p>
        </w:tc>
        <w:tc>
          <w:tcPr>
            <w:tcW w:w="4536" w:type="dxa"/>
            <w:shd w:val="clear" w:color="auto" w:fill="024AD8"/>
          </w:tcPr>
          <w:p w14:paraId="76652AD0" w14:textId="77777777" w:rsidR="00226CAC" w:rsidRDefault="00000000">
            <w:pPr>
              <w:spacing w:before="60" w:after="60"/>
            </w:pPr>
            <w:r>
              <w:rPr>
                <w:rFonts w:ascii="Nanum Gothic" w:eastAsia="Nanum Gothic" w:hAnsi="Nanum Gothic" w:cs="Nanum Gothic"/>
                <w:b/>
                <w:color w:val="FFFFFF"/>
                <w:sz w:val="20"/>
              </w:rPr>
              <w:t>설명</w:t>
            </w:r>
          </w:p>
        </w:tc>
      </w:tr>
      <w:tr w:rsidR="00226CAC" w14:paraId="03764843" w14:textId="77777777">
        <w:tc>
          <w:tcPr>
            <w:tcW w:w="4536" w:type="dxa"/>
          </w:tcPr>
          <w:p w14:paraId="0224DFAE" w14:textId="77777777" w:rsidR="00226CAC" w:rsidRDefault="00000000">
            <w:pPr>
              <w:spacing w:before="60" w:after="60"/>
            </w:pPr>
            <w:r>
              <w:rPr>
                <w:rFonts w:ascii="Nanum Gothic" w:eastAsia="Nanum Gothic" w:hAnsi="Nanum Gothic" w:cs="Nanum Gothic"/>
                <w:b/>
                <w:color w:val="1A1A1A"/>
                <w:sz w:val="20"/>
              </w:rPr>
              <w:t>멀티모델</w:t>
            </w:r>
          </w:p>
        </w:tc>
        <w:tc>
          <w:tcPr>
            <w:tcW w:w="4536" w:type="dxa"/>
          </w:tcPr>
          <w:p w14:paraId="5BA5D201" w14:textId="77777777" w:rsidR="00226CAC" w:rsidRDefault="00000000">
            <w:pPr>
              <w:spacing w:before="60" w:after="60"/>
            </w:pPr>
            <w:r>
              <w:rPr>
                <w:rFonts w:ascii="Nanum Gothic" w:eastAsia="Nanum Gothic" w:hAnsi="Nanum Gothic" w:cs="Nanum Gothic"/>
                <w:color w:val="1A1A1A"/>
                <w:sz w:val="20"/>
              </w:rPr>
              <w:t>Gemini·Claude·GPT·Solar 등 다양한 LLM을 하나의 UI에서 선택 사용</w:t>
            </w:r>
          </w:p>
        </w:tc>
      </w:tr>
      <w:tr w:rsidR="00226CAC" w14:paraId="530225C7" w14:textId="77777777">
        <w:tc>
          <w:tcPr>
            <w:tcW w:w="4536" w:type="dxa"/>
          </w:tcPr>
          <w:p w14:paraId="6BBED8ED" w14:textId="77777777" w:rsidR="00226CAC" w:rsidRDefault="00000000">
            <w:pPr>
              <w:spacing w:before="60" w:after="60"/>
            </w:pPr>
            <w:r>
              <w:rPr>
                <w:rFonts w:ascii="Nanum Gothic" w:eastAsia="Nanum Gothic" w:hAnsi="Nanum Gothic" w:cs="Nanum Gothic"/>
                <w:b/>
                <w:color w:val="1A1A1A"/>
                <w:sz w:val="20"/>
              </w:rPr>
              <w:t>기업 거버넌스</w:t>
            </w:r>
          </w:p>
        </w:tc>
        <w:tc>
          <w:tcPr>
            <w:tcW w:w="4536" w:type="dxa"/>
          </w:tcPr>
          <w:p w14:paraId="1394EAD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프로젝트·사용자별 접근 제어, 감사로그, 가드레일</w:t>
            </w:r>
          </w:p>
        </w:tc>
      </w:tr>
      <w:tr w:rsidR="00226CAC" w14:paraId="6E353F95" w14:textId="77777777">
        <w:tc>
          <w:tcPr>
            <w:tcW w:w="4536" w:type="dxa"/>
          </w:tcPr>
          <w:p w14:paraId="14701DCF" w14:textId="77777777" w:rsidR="00226CAC" w:rsidRDefault="00000000">
            <w:pPr>
              <w:spacing w:before="60" w:after="60"/>
            </w:pPr>
            <w:r>
              <w:rPr>
                <w:rFonts w:ascii="Nanum Gothic" w:eastAsia="Nanum Gothic" w:hAnsi="Nanum Gothic" w:cs="Nanum Gothic"/>
                <w:b/>
                <w:color w:val="1A1A1A"/>
                <w:sz w:val="20"/>
              </w:rPr>
              <w:t>비용 가시화</w:t>
            </w:r>
          </w:p>
        </w:tc>
        <w:tc>
          <w:tcPr>
            <w:tcW w:w="4536" w:type="dxa"/>
          </w:tcPr>
          <w:p w14:paraId="2C3451D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프로젝트별 토큰 사용량·비용 추적</w:t>
            </w:r>
          </w:p>
        </w:tc>
      </w:tr>
      <w:tr w:rsidR="00226CAC" w14:paraId="19431F83" w14:textId="77777777">
        <w:tc>
          <w:tcPr>
            <w:tcW w:w="4536" w:type="dxa"/>
          </w:tcPr>
          <w:p w14:paraId="0BD52F18" w14:textId="77777777" w:rsidR="00226CAC" w:rsidRDefault="00000000">
            <w:pPr>
              <w:spacing w:before="60" w:after="60"/>
            </w:pPr>
            <w:r>
              <w:rPr>
                <w:rFonts w:ascii="Nanum Gothic" w:eastAsia="Nanum Gothic" w:hAnsi="Nanum Gothic" w:cs="Nanum Gothic"/>
                <w:b/>
                <w:color w:val="1A1A1A"/>
                <w:sz w:val="20"/>
              </w:rPr>
              <w:t>RAG 지원</w:t>
            </w:r>
          </w:p>
        </w:tc>
        <w:tc>
          <w:tcPr>
            <w:tcW w:w="4536" w:type="dxa"/>
          </w:tcPr>
          <w:p w14:paraId="0C7C57DB"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사내 문서 기반 지식 베이스 구축 (지식 베이스)</w:t>
            </w:r>
          </w:p>
        </w:tc>
      </w:tr>
      <w:tr w:rsidR="00226CAC" w14:paraId="01D8B25C" w14:textId="77777777">
        <w:tc>
          <w:tcPr>
            <w:tcW w:w="4536" w:type="dxa"/>
          </w:tcPr>
          <w:p w14:paraId="3F1CABD9" w14:textId="77777777" w:rsidR="00226CAC" w:rsidRDefault="00000000">
            <w:pPr>
              <w:spacing w:before="60" w:after="60"/>
            </w:pPr>
            <w:r>
              <w:rPr>
                <w:rFonts w:ascii="Nanum Gothic" w:eastAsia="Nanum Gothic" w:hAnsi="Nanum Gothic" w:cs="Nanum Gothic"/>
                <w:b/>
                <w:color w:val="1A1A1A"/>
                <w:sz w:val="20"/>
              </w:rPr>
              <w:t>에이전트</w:t>
            </w:r>
          </w:p>
        </w:tc>
        <w:tc>
          <w:tcPr>
            <w:tcW w:w="4536" w:type="dxa"/>
          </w:tcPr>
          <w:p w14:paraId="49F973B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업무 자동화 에이전트 구성·배포</w:t>
            </w:r>
          </w:p>
        </w:tc>
      </w:tr>
    </w:tbl>
    <w:p w14:paraId="713F3176" w14:textId="77777777" w:rsidR="00226CAC" w:rsidRDefault="00226CAC">
      <w:pPr>
        <w:rPr>
          <w:rFonts w:eastAsia="Nanum Gothic"/>
          <w:lang w:eastAsia="ko-KR"/>
        </w:rPr>
      </w:pPr>
    </w:p>
    <w:p w14:paraId="205964FF" w14:textId="77777777" w:rsidR="00226CAC" w:rsidRDefault="00000000">
      <w:pPr>
        <w:spacing w:before="160" w:after="40"/>
      </w:pPr>
      <w:r>
        <w:rPr>
          <w:rFonts w:ascii="Nanum Gothic" w:eastAsia="Nanum Gothic" w:hAnsi="Nanum Gothic" w:cs="Nanum Gothic"/>
          <w:b/>
          <w:color w:val="024AD8"/>
          <w:sz w:val="24"/>
        </w:rPr>
        <w:t>5.2.3.2 AIR Studio User Portal 구조</w:t>
      </w:r>
    </w:p>
    <w:p w14:paraId="20844F0C" w14:textId="77777777" w:rsidR="00226CAC" w:rsidRDefault="00000000">
      <w:pPr>
        <w:spacing w:before="60" w:after="60"/>
      </w:pPr>
      <w:r>
        <w:rPr>
          <w:rFonts w:ascii="Nanum Gothic" w:eastAsia="Nanum Gothic" w:hAnsi="Nanum Gothic" w:cs="Nanum Gothic"/>
          <w:i/>
          <w:color w:val="1A1A1A"/>
          <w:sz w:val="20"/>
        </w:rPr>
        <w:t>(AIR Studio 공식 문서 v2.5.4 기준)</w:t>
      </w:r>
    </w:p>
    <w:p w14:paraId="0ED952FC" w14:textId="77777777" w:rsidR="00226CAC" w:rsidRDefault="00000000">
      <w:pPr>
        <w:spacing w:before="60" w:after="60"/>
      </w:pPr>
      <w:r>
        <w:rPr>
          <w:rFonts w:ascii="Nanum Gothic" w:eastAsia="Nanum Gothic" w:hAnsi="Nanum Gothic" w:cs="Nanum Gothic"/>
          <w:color w:val="1A1A1A"/>
          <w:sz w:val="20"/>
        </w:rPr>
        <w:t>AIR Studio는 크게 2개의 상위 카테고리로 구성됩니다.</w:t>
      </w:r>
    </w:p>
    <w:tbl>
      <w:tblPr>
        <w:tblStyle w:val="af9"/>
        <w:tblW w:w="0" w:type="auto"/>
        <w:tblLook w:val="04A0" w:firstRow="1" w:lastRow="0" w:firstColumn="1" w:lastColumn="0" w:noHBand="0" w:noVBand="1"/>
      </w:tblPr>
      <w:tblGrid>
        <w:gridCol w:w="9072"/>
      </w:tblGrid>
      <w:tr w:rsidR="00226CAC" w14:paraId="53E06645" w14:textId="77777777">
        <w:tc>
          <w:tcPr>
            <w:tcW w:w="9072" w:type="dxa"/>
            <w:shd w:val="clear" w:color="auto" w:fill="F7F7F7"/>
          </w:tcPr>
          <w:p w14:paraId="425135EF" w14:textId="77777777" w:rsidR="00226CAC" w:rsidRDefault="00000000">
            <w:pPr>
              <w:spacing w:before="20" w:after="20" w:line="220" w:lineRule="exact"/>
            </w:pPr>
            <w:r>
              <w:rPr>
                <w:rFonts w:ascii="D2Coding" w:hAnsi="D2Coding" w:eastAsia="D2Coding" w:cs="D2Coding"/>
                <w:color w:val="1A1A1A"/>
                <w:sz w:val="19"/>
              </w:rPr>
              <w:t>AIR Studio User Portal</w:t>
            </w:r>
          </w:p>
          <w:p w14:paraId="408EE7FE" w14:textId="77777777" w:rsidR="00226CAC" w:rsidRDefault="00000000">
            <w:pPr>
              <w:spacing w:before="20" w:after="20" w:line="220" w:lineRule="exact"/>
            </w:pPr>
            <w:r>
              <w:rPr>
                <w:rFonts w:ascii="Nanum Gothic" w:hAnsi="Nanum Gothic" w:eastAsia="Nanum Gothic" w:cs="Nanum Gothic"/>
                <w:color w:val="1A1A1A"/>
                <w:sz w:val="19"/>
              </w:rPr>
              <w:t>│</w:t>
            </w:r>
          </w:p>
          <w:p w14:paraId="4566D0C4" w14:textId="77777777" w:rsidR="00226CAC" w:rsidRDefault="00000000">
            <w:pPr>
              <w:spacing w:before="20" w:after="20" w:line="220" w:lineRule="exact"/>
            </w:pPr>
            <w:r>
              <w:rPr>
                <w:rFonts w:ascii="D2Coding" w:hAnsi="D2Coding" w:eastAsia="D2Coding" w:cs="D2Coding"/>
                <w:color w:val="1A1A1A"/>
                <w:sz w:val="19"/>
              </w:rPr>
              <w:t>├── AI Assistant (</w:t>
            </w:r>
            <w:r>
              <w:rPr>
                <w:rFonts w:ascii="Nanum Gothic" w:hAnsi="Nanum Gothic" w:eastAsia="Nanum Gothic" w:cs="Nanum Gothic"/>
                <w:color w:val="1A1A1A"/>
                <w:sz w:val="19"/>
              </w:rPr>
              <w:t>사용자</w:t>
            </w:r>
            <w:r>
              <w:rPr>
                <w:rFonts w:ascii="D2Coding" w:hAnsi="D2Coding" w:eastAsia="D2Coding" w:cs="D2Coding"/>
                <w:color w:val="1A1A1A"/>
                <w:sz w:val="19"/>
              </w:rPr>
              <w:t xml:space="preserve"> </w:t>
            </w:r>
            <w:r>
              <w:rPr>
                <w:rFonts w:ascii="Nanum Gothic" w:hAnsi="Nanum Gothic" w:eastAsia="Nanum Gothic" w:cs="Nanum Gothic"/>
                <w:color w:val="1A1A1A"/>
                <w:sz w:val="19"/>
              </w:rPr>
              <w:t>인터페이스</w:t>
            </w:r>
            <w:r>
              <w:rPr>
                <w:rFonts w:ascii="Nanum Gothic" w:hAnsi="Nanum Gothic" w:eastAsia="Nanum Gothic" w:cs="Nanum Gothic"/>
                <w:color w:val="1A1A1A"/>
                <w:sz w:val="19"/>
              </w:rPr>
              <w:t>)</w:t>
            </w:r>
          </w:p>
          <w:p w14:paraId="1463D2B6" w14:textId="77777777" w:rsidR="00226CAC" w:rsidRDefault="00000000">
            <w:pPr>
              <w:spacing w:before="20" w:after="20" w:line="220" w:lineRule="exact"/>
            </w:pPr>
            <w:r>
              <w:rPr>
                <w:rFonts w:ascii="D2Coding" w:hAnsi="D2Coding" w:eastAsia="D2Coding" w:cs="D2Coding"/>
                <w:color w:val="1A1A1A"/>
                <w:sz w:val="19"/>
              </w:rPr>
              <w:t xml:space="preserve">│ ├── 1-1. AIR Chat → </w:t>
            </w:r>
            <w:r>
              <w:rPr>
                <w:rFonts w:ascii="Nanum Gothic" w:hAnsi="Nanum Gothic" w:eastAsia="Nanum Gothic" w:cs="Nanum Gothic"/>
                <w:color w:val="1A1A1A"/>
                <w:sz w:val="19"/>
              </w:rPr>
              <w:t>멀티모델</w:t>
            </w:r>
            <w:r>
              <w:rPr>
                <w:rFonts w:ascii="D2Coding" w:hAnsi="D2Coding" w:eastAsia="D2Coding" w:cs="D2Coding"/>
                <w:color w:val="1A1A1A"/>
                <w:sz w:val="19"/>
              </w:rPr>
              <w:t xml:space="preserve"> </w:t>
            </w:r>
            <w:r>
              <w:rPr>
                <w:rFonts w:ascii="Nanum Gothic" w:hAnsi="Nanum Gothic" w:eastAsia="Nanum Gothic" w:cs="Nanum Gothic"/>
                <w:color w:val="1A1A1A"/>
                <w:sz w:val="19"/>
              </w:rPr>
              <w:t>채팅</w:t>
            </w:r>
            <w:r>
              <w:rPr>
                <w:rFonts w:ascii="D2Coding" w:hAnsi="D2Coding" w:eastAsia="D2Coding" w:cs="D2Coding"/>
                <w:color w:val="1A1A1A"/>
                <w:sz w:val="19"/>
              </w:rPr>
              <w:t xml:space="preserve"> </w:t>
            </w:r>
            <w:r>
              <w:rPr>
                <w:rFonts w:ascii="Nanum Gothic" w:hAnsi="Nanum Gothic" w:eastAsia="Nanum Gothic" w:cs="Nanum Gothic"/>
                <w:color w:val="1A1A1A"/>
                <w:sz w:val="19"/>
              </w:rPr>
              <w:t>인터페이스</w:t>
            </w:r>
          </w:p>
          <w:p w14:paraId="54974BFC" w14:textId="77777777" w:rsidR="00226CAC" w:rsidRDefault="00000000">
            <w:pPr>
              <w:spacing w:before="20" w:after="20" w:line="220" w:lineRule="exact"/>
            </w:pPr>
            <w:r>
              <w:rPr>
                <w:rFonts w:ascii="D2Coding" w:hAnsi="D2Coding" w:eastAsia="D2Coding" w:cs="D2Coding"/>
                <w:color w:val="1A1A1A"/>
                <w:sz w:val="19"/>
              </w:rPr>
              <w:t xml:space="preserve">│ ├── 1-2. AIR Canvas → </w:t>
            </w:r>
            <w:r>
              <w:rPr>
                <w:rFonts w:ascii="Nanum Gothic" w:hAnsi="Nanum Gothic" w:eastAsia="Nanum Gothic" w:cs="Nanum Gothic"/>
                <w:color w:val="1A1A1A"/>
                <w:sz w:val="19"/>
              </w:rPr>
              <w:t>시각적</w:t>
            </w:r>
            <w:r>
              <w:rPr>
                <w:rFonts w:ascii="D2Coding" w:hAnsi="D2Coding" w:eastAsia="D2Coding" w:cs="D2Coding"/>
                <w:color w:val="1A1A1A"/>
                <w:sz w:val="19"/>
              </w:rPr>
              <w:t xml:space="preserve"> AI </w:t>
            </w:r>
            <w:r>
              <w:rPr>
                <w:rFonts w:ascii="Nanum Gothic" w:hAnsi="Nanum Gothic" w:eastAsia="Nanum Gothic" w:cs="Nanum Gothic"/>
                <w:color w:val="1A1A1A"/>
                <w:sz w:val="19"/>
              </w:rPr>
              <w:t>작업</w:t>
            </w:r>
            <w:r>
              <w:rPr>
                <w:rFonts w:ascii="D2Coding" w:hAnsi="D2Coding" w:eastAsia="D2Coding" w:cs="D2Coding"/>
                <w:color w:val="1A1A1A"/>
                <w:sz w:val="19"/>
              </w:rPr>
              <w:t xml:space="preserve"> </w:t>
            </w:r>
            <w:r>
              <w:rPr>
                <w:rFonts w:ascii="Nanum Gothic" w:hAnsi="Nanum Gothic" w:eastAsia="Nanum Gothic" w:cs="Nanum Gothic"/>
                <w:color w:val="1A1A1A"/>
                <w:sz w:val="19"/>
              </w:rPr>
              <w:t>캔버스</w:t>
            </w:r>
          </w:p>
          <w:p w14:paraId="4B4AE168"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 └── 1-3. AIR </w:t>
            </w:r>
            <w:r>
              <w:rPr>
                <w:rFonts w:ascii="Nanum Gothic" w:hAnsi="Nanum Gothic" w:eastAsia="Nanum Gothic" w:cs="Nanum Gothic"/>
                <w:color w:val="1A1A1A"/>
                <w:sz w:val="19"/>
                <w:lang w:eastAsia="ko-KR"/>
              </w:rPr>
              <w:t>에이전트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스토어</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배포된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에이전트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목록</w:t>
            </w:r>
          </w:p>
          <w:p w14:paraId="12B62AFA"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719B6447"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AIR Studio (</w:t>
            </w:r>
            <w:r>
              <w:rPr>
                <w:rFonts w:ascii="Nanum Gothic" w:hAnsi="Nanum Gothic" w:eastAsia="Nanum Gothic" w:cs="Nanum Gothic"/>
                <w:color w:val="1A1A1A"/>
                <w:sz w:val="19"/>
                <w:lang w:eastAsia="ko-KR"/>
              </w:rPr>
              <w:t>관리</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인터페이스</w:t>
            </w:r>
            <w:r>
              <w:rPr>
                <w:rFonts w:ascii="Nanum Gothic" w:hAnsi="Nanum Gothic" w:eastAsia="Nanum Gothic" w:cs="Nanum Gothic"/>
                <w:color w:val="1A1A1A"/>
                <w:sz w:val="19"/>
                <w:lang w:eastAsia="ko-KR"/>
              </w:rPr>
              <w:t>)</w:t>
            </w:r>
          </w:p>
          <w:p w14:paraId="7162DF1E"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 2-1. </w:t>
            </w:r>
            <w:r>
              <w:rPr>
                <w:rFonts w:ascii="Nanum Gothic" w:hAnsi="Nanum Gothic" w:eastAsia="Nanum Gothic" w:cs="Nanum Gothic"/>
                <w:color w:val="1A1A1A"/>
                <w:sz w:val="19"/>
                <w:lang w:eastAsia="ko-KR"/>
              </w:rPr>
              <w:t>현황</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대시보드</w:t>
            </w:r>
          </w:p>
          <w:p w14:paraId="79166E51"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 2-2. </w:t>
            </w:r>
            <w:r>
              <w:rPr>
                <w:rFonts w:ascii="Nanum Gothic" w:hAnsi="Nanum Gothic" w:eastAsia="Nanum Gothic" w:cs="Nanum Gothic"/>
                <w:color w:val="1A1A1A"/>
                <w:sz w:val="19"/>
                <w:lang w:eastAsia="ko-KR"/>
              </w:rPr>
              <w:t>사용량</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통계</w:t>
            </w:r>
          </w:p>
          <w:p w14:paraId="6C931355"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 2-3. MCP </w:t>
            </w:r>
            <w:r>
              <w:rPr>
                <w:rFonts w:ascii="Nanum Gothic" w:hAnsi="Nanum Gothic" w:eastAsia="Nanum Gothic" w:cs="Nanum Gothic"/>
                <w:color w:val="1A1A1A"/>
                <w:sz w:val="19"/>
                <w:lang w:eastAsia="ko-KR"/>
              </w:rPr>
              <w:t>서버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스토어</w:t>
            </w:r>
          </w:p>
          <w:p w14:paraId="61599219"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 2-4. </w:t>
            </w:r>
            <w:r>
              <w:rPr>
                <w:rFonts w:ascii="Nanum Gothic" w:hAnsi="Nanum Gothic" w:eastAsia="Nanum Gothic" w:cs="Nanum Gothic"/>
                <w:color w:val="1A1A1A"/>
                <w:sz w:val="19"/>
                <w:lang w:eastAsia="ko-KR"/>
              </w:rPr>
              <w:t>프로젝트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관리</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오늘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실습</w:t>
            </w:r>
          </w:p>
          <w:p w14:paraId="4446AA6A"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 2-5. </w:t>
            </w:r>
            <w:r>
              <w:rPr>
                <w:rFonts w:ascii="Nanum Gothic" w:hAnsi="Nanum Gothic" w:eastAsia="Nanum Gothic" w:cs="Nanum Gothic"/>
                <w:color w:val="1A1A1A"/>
                <w:sz w:val="19"/>
                <w:lang w:eastAsia="ko-KR"/>
              </w:rPr>
              <w:t>에이전트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관리</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세션</w:t>
            </w:r>
            <w:r>
              <w:rPr>
                <w:rFonts w:ascii="D2Coding" w:hAnsi="D2Coding" w:eastAsia="D2Coding" w:cs="D2Coding"/>
                <w:color w:val="1A1A1A"/>
                <w:sz w:val="19"/>
                <w:lang w:eastAsia="ko-KR"/>
              </w:rPr>
              <w:t xml:space="preserve">5 </w:t>
            </w:r>
            <w:r>
              <w:rPr>
                <w:rFonts w:ascii="Nanum Gothic" w:hAnsi="Nanum Gothic" w:eastAsia="Nanum Gothic" w:cs="Nanum Gothic"/>
                <w:color w:val="1A1A1A"/>
                <w:sz w:val="19"/>
                <w:lang w:eastAsia="ko-KR"/>
              </w:rPr>
              <w:t>실습</w:t>
            </w:r>
          </w:p>
          <w:p w14:paraId="66047C79"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 2-6~2-12. RAG </w:t>
            </w:r>
            <w:r>
              <w:rPr>
                <w:rFonts w:ascii="Nanum Gothic" w:hAnsi="Nanum Gothic" w:eastAsia="Nanum Gothic" w:cs="Nanum Gothic"/>
                <w:color w:val="1A1A1A"/>
                <w:sz w:val="19"/>
                <w:lang w:eastAsia="ko-KR"/>
              </w:rPr>
              <w:t>관리</w:t>
            </w:r>
          </w:p>
          <w:p w14:paraId="5528113C"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 2-13~2-18. </w:t>
            </w:r>
            <w:r>
              <w:rPr>
                <w:rFonts w:ascii="Nanum Gothic" w:hAnsi="Nanum Gothic" w:eastAsia="Nanum Gothic" w:cs="Nanum Gothic"/>
                <w:color w:val="1A1A1A"/>
                <w:sz w:val="19"/>
                <w:lang w:eastAsia="ko-KR"/>
              </w:rPr>
              <w:t>워크벤치</w:t>
            </w:r>
          </w:p>
          <w:p w14:paraId="7D2A1E7C" w14:textId="77777777" w:rsidR="00226CAC" w:rsidRDefault="00000000">
            <w:pPr>
              <w:spacing w:before="20" w:after="20" w:line="220" w:lineRule="exact"/>
            </w:pPr>
            <w:r>
              <w:rPr>
                <w:rFonts w:ascii="D2Coding" w:hAnsi="D2Coding" w:eastAsia="D2Coding" w:cs="D2Coding"/>
                <w:color w:val="1A1A1A"/>
                <w:sz w:val="19"/>
              </w:rPr>
              <w:t xml:space="preserve">└── 2-19. </w:t>
            </w:r>
            <w:r>
              <w:rPr>
                <w:rFonts w:ascii="Nanum Gothic" w:hAnsi="Nanum Gothic" w:eastAsia="Nanum Gothic" w:cs="Nanum Gothic"/>
                <w:color w:val="1A1A1A"/>
                <w:sz w:val="19"/>
              </w:rPr>
              <w:t>감사로그</w:t>
            </w:r>
          </w:p>
        </w:tc>
      </w:tr>
    </w:tbl>
    <w:p w14:paraId="62C03C35" w14:textId="77777777" w:rsidR="00226CAC" w:rsidRDefault="00226CAC"/>
    <w:p w14:paraId="03D2A09D" w14:textId="77777777" w:rsidR="00226CAC" w:rsidRDefault="00000000">
      <w:pPr>
        <w:spacing w:before="60" w:after="60"/>
      </w:pPr>
      <w:r>
        <w:rPr>
          <w:rFonts w:ascii="Nanum Gothic" w:eastAsia="Nanum Gothic" w:hAnsi="Nanum Gothic" w:cs="Nanum Gothic"/>
          <w:b/>
          <w:color w:val="1A1A1A"/>
          <w:sz w:val="20"/>
        </w:rPr>
        <w:t>AI Assistant vs AIR Studio 구분</w:t>
      </w:r>
      <w:r>
        <w:rPr>
          <w:rFonts w:ascii="Nanum Gothic" w:eastAsia="Nanum Gothic" w:hAnsi="Nanum Gothic" w:cs="Nanum Gothic"/>
          <w:color w:val="1A1A1A"/>
          <w:sz w:val="20"/>
        </w:rPr>
        <w:t>:</w:t>
      </w:r>
    </w:p>
    <w:tbl>
      <w:tblPr>
        <w:tblStyle w:val="af9"/>
        <w:tblW w:w="0" w:type="auto"/>
        <w:tblLook w:val="04A0" w:firstRow="1" w:lastRow="0" w:firstColumn="1" w:lastColumn="0" w:noHBand="0" w:noVBand="1"/>
      </w:tblPr>
      <w:tblGrid>
        <w:gridCol w:w="3024"/>
        <w:gridCol w:w="3024"/>
        <w:gridCol w:w="3024"/>
      </w:tblGrid>
      <w:tr w:rsidR="00226CAC" w14:paraId="72D72927" w14:textId="77777777">
        <w:tc>
          <w:tcPr>
            <w:tcW w:w="3024" w:type="dxa"/>
            <w:shd w:val="clear" w:color="auto" w:fill="024AD8"/>
          </w:tcPr>
          <w:p w14:paraId="426854F7" w14:textId="77777777" w:rsidR="00226CAC" w:rsidRDefault="00000000">
            <w:pPr>
              <w:spacing w:before="60" w:after="60"/>
            </w:pPr>
            <w:r>
              <w:rPr>
                <w:rFonts w:ascii="Nanum Gothic" w:eastAsia="Nanum Gothic" w:hAnsi="Nanum Gothic" w:cs="Nanum Gothic"/>
                <w:b/>
                <w:color w:val="FFFFFF"/>
                <w:sz w:val="20"/>
              </w:rPr>
              <w:t>구분</w:t>
            </w:r>
          </w:p>
        </w:tc>
        <w:tc>
          <w:tcPr>
            <w:tcW w:w="3024" w:type="dxa"/>
            <w:shd w:val="clear" w:color="auto" w:fill="024AD8"/>
          </w:tcPr>
          <w:p w14:paraId="37906ED5" w14:textId="77777777" w:rsidR="00226CAC" w:rsidRDefault="00000000">
            <w:pPr>
              <w:spacing w:before="60" w:after="60"/>
            </w:pPr>
            <w:r>
              <w:rPr>
                <w:rFonts w:ascii="Nanum Gothic" w:eastAsia="Nanum Gothic" w:hAnsi="Nanum Gothic" w:cs="Nanum Gothic"/>
                <w:b/>
                <w:color w:val="FFFFFF"/>
                <w:sz w:val="20"/>
              </w:rPr>
              <w:t>AI Assistant</w:t>
            </w:r>
          </w:p>
        </w:tc>
        <w:tc>
          <w:tcPr>
            <w:tcW w:w="3024" w:type="dxa"/>
            <w:shd w:val="clear" w:color="auto" w:fill="024AD8"/>
          </w:tcPr>
          <w:p w14:paraId="3AF8B8D2" w14:textId="77777777" w:rsidR="00226CAC" w:rsidRDefault="00000000">
            <w:pPr>
              <w:spacing w:before="60" w:after="60"/>
            </w:pPr>
            <w:r>
              <w:rPr>
                <w:rFonts w:ascii="Nanum Gothic" w:eastAsia="Nanum Gothic" w:hAnsi="Nanum Gothic" w:cs="Nanum Gothic"/>
                <w:b/>
                <w:color w:val="FFFFFF"/>
                <w:sz w:val="20"/>
              </w:rPr>
              <w:t>AIR Studio</w:t>
            </w:r>
          </w:p>
        </w:tc>
      </w:tr>
      <w:tr w:rsidR="00226CAC" w14:paraId="78AC74BB" w14:textId="77777777">
        <w:tc>
          <w:tcPr>
            <w:tcW w:w="3024" w:type="dxa"/>
          </w:tcPr>
          <w:p w14:paraId="4352A757" w14:textId="77777777" w:rsidR="00226CAC" w:rsidRDefault="00000000">
            <w:pPr>
              <w:spacing w:before="60" w:after="60"/>
            </w:pPr>
            <w:r>
              <w:rPr>
                <w:rFonts w:ascii="Nanum Gothic" w:eastAsia="Nanum Gothic" w:hAnsi="Nanum Gothic" w:cs="Nanum Gothic"/>
                <w:color w:val="1A1A1A"/>
                <w:sz w:val="20"/>
              </w:rPr>
              <w:t>대상</w:t>
            </w:r>
          </w:p>
        </w:tc>
        <w:tc>
          <w:tcPr>
            <w:tcW w:w="3024" w:type="dxa"/>
          </w:tcPr>
          <w:p w14:paraId="54EA9D4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일반 사용자 (채팅·작업)</w:t>
            </w:r>
          </w:p>
        </w:tc>
        <w:tc>
          <w:tcPr>
            <w:tcW w:w="3024" w:type="dxa"/>
          </w:tcPr>
          <w:p w14:paraId="47A0A37B"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관리자·개발자 (설정·관리)</w:t>
            </w:r>
          </w:p>
        </w:tc>
      </w:tr>
      <w:tr w:rsidR="00226CAC" w14:paraId="15BE2FF7" w14:textId="77777777">
        <w:tc>
          <w:tcPr>
            <w:tcW w:w="3024" w:type="dxa"/>
          </w:tcPr>
          <w:p w14:paraId="0B071BFA" w14:textId="77777777" w:rsidR="00226CAC" w:rsidRDefault="00000000">
            <w:pPr>
              <w:spacing w:before="60" w:after="60"/>
            </w:pPr>
            <w:r>
              <w:rPr>
                <w:rFonts w:ascii="Nanum Gothic" w:eastAsia="Nanum Gothic" w:hAnsi="Nanum Gothic" w:cs="Nanum Gothic"/>
                <w:color w:val="1A1A1A"/>
                <w:sz w:val="20"/>
              </w:rPr>
              <w:t>주요 메뉴</w:t>
            </w:r>
          </w:p>
        </w:tc>
        <w:tc>
          <w:tcPr>
            <w:tcW w:w="3024" w:type="dxa"/>
          </w:tcPr>
          <w:p w14:paraId="2AC90AD5" w14:textId="77777777" w:rsidR="00226CAC" w:rsidRDefault="00000000">
            <w:pPr>
              <w:spacing w:before="60" w:after="60"/>
            </w:pPr>
            <w:r>
              <w:rPr>
                <w:rFonts w:ascii="Nanum Gothic" w:eastAsia="Nanum Gothic" w:hAnsi="Nanum Gothic" w:cs="Nanum Gothic"/>
                <w:color w:val="1A1A1A"/>
                <w:sz w:val="20"/>
              </w:rPr>
              <w:t>AIR Chat, AIR Canvas, 에이전트 스토어</w:t>
            </w:r>
          </w:p>
        </w:tc>
        <w:tc>
          <w:tcPr>
            <w:tcW w:w="3024" w:type="dxa"/>
          </w:tcPr>
          <w:p w14:paraId="7DB14C0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프로젝트·에이전트·RAG 관리</w:t>
            </w:r>
          </w:p>
        </w:tc>
      </w:tr>
      <w:tr w:rsidR="00226CAC" w14:paraId="3CC11504" w14:textId="77777777">
        <w:tc>
          <w:tcPr>
            <w:tcW w:w="3024" w:type="dxa"/>
          </w:tcPr>
          <w:p w14:paraId="3C42C99B" w14:textId="77777777" w:rsidR="00226CAC" w:rsidRDefault="00000000">
            <w:pPr>
              <w:spacing w:before="60" w:after="60"/>
            </w:pPr>
            <w:r>
              <w:rPr>
                <w:rFonts w:ascii="Nanum Gothic" w:eastAsia="Nanum Gothic" w:hAnsi="Nanum Gothic" w:cs="Nanum Gothic"/>
                <w:color w:val="1A1A1A"/>
                <w:sz w:val="20"/>
              </w:rPr>
              <w:t>비유</w:t>
            </w:r>
          </w:p>
        </w:tc>
        <w:tc>
          <w:tcPr>
            <w:tcW w:w="3024" w:type="dxa"/>
          </w:tcPr>
          <w:p w14:paraId="693D25F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앱의 프론트엔드 (사용자 화면)</w:t>
            </w:r>
          </w:p>
        </w:tc>
        <w:tc>
          <w:tcPr>
            <w:tcW w:w="3024" w:type="dxa"/>
          </w:tcPr>
          <w:p w14:paraId="69E6225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앱의 백엔드 (설정·관리 화면)</w:t>
            </w:r>
          </w:p>
        </w:tc>
      </w:tr>
    </w:tbl>
    <w:p w14:paraId="564FFC04" w14:textId="77777777" w:rsidR="00226CAC" w:rsidRDefault="00226CAC">
      <w:pPr>
        <w:rPr>
          <w:rFonts w:eastAsia="Nanum Gothic"/>
          <w:lang w:eastAsia="ko-KR"/>
        </w:rPr>
      </w:pPr>
    </w:p>
    <w:tbl>
      <w:tblPr>
        <w:tblStyle w:val="af9"/>
        <w:tblW w:w="0" w:type="auto"/>
        <w:tblLayout w:type="fixed"/>
        <w:tblLook w:val="04A0" w:firstRow="1" w:lastRow="0" w:firstColumn="1" w:lastColumn="0" w:noHBand="0" w:noVBand="1"/>
      </w:tblPr>
      <w:tblGrid>
        <w:gridCol w:w="400"/>
        <w:gridCol w:w="8672"/>
      </w:tblGrid>
      <w:tr w:rsidR="00226CAC" w14:paraId="26D3B75F" w14:textId="77777777">
        <w:tc>
          <w:tcPr>
            <w:tcW w:w="400" w:type="dxa"/>
            <w:shd w:val="clear" w:color="auto" w:fill="4A5568"/>
          </w:tcPr>
          <w:p w14:paraId="5583FCD2" w14:textId="77777777" w:rsidR="00226CAC" w:rsidRDefault="00226CAC">
            <w:pPr>
              <w:spacing w:before="80" w:after="80"/>
              <w:rPr>
                <w:rFonts w:eastAsia="Nanum Gothic"/>
                <w:lang w:eastAsia="ko-KR"/>
              </w:rPr>
            </w:pPr>
          </w:p>
        </w:tc>
        <w:tc>
          <w:tcPr>
            <w:tcW w:w="8672" w:type="dxa"/>
            <w:shd w:val="clear" w:color="auto" w:fill="F7F7F7"/>
          </w:tcPr>
          <w:p w14:paraId="4386D630" w14:textId="77777777" w:rsidR="00226CAC" w:rsidRDefault="00000000">
            <w:pPr>
              <w:spacing w:before="80" w:after="80"/>
              <w:rPr>
                <w:rFonts w:eastAsia="Nanum Gothic"/>
                <w:lang w:eastAsia="ko-KR"/>
              </w:rPr>
            </w:pPr>
            <w:r>
              <w:rPr>
                <w:rFonts w:ascii="Nanum Gothic" w:eastAsia="Nanum Gothic" w:hAnsi="Nanum Gothic" w:cs="Nanum Gothic"/>
                <w:b/>
                <w:color w:val="4A5568"/>
                <w:sz w:val="20"/>
                <w:lang w:eastAsia="ko-KR"/>
              </w:rPr>
              <w:t>📌 Note</w:t>
            </w:r>
            <w:r>
              <w:rPr>
                <w:rFonts w:ascii="Apple SD Gothic Neo" w:eastAsia="Nanum Gothic" w:hAnsi="Apple SD Gothic Neo" w:cs="Apple SD Gothic Neo"/>
                <w:b/>
                <w:color w:val="4A5568"/>
                <w:sz w:val="20"/>
                <w:lang w:eastAsia="ko-KR"/>
              </w:rPr>
              <w:br/>
            </w:r>
            <w:r>
              <w:rPr>
                <w:rFonts w:ascii="Nanum Gothic" w:eastAsia="Nanum Gothic" w:hAnsi="Nanum Gothic" w:cs="Nanum Gothic"/>
                <w:color w:val="1A1A1A"/>
                <w:sz w:val="20"/>
                <w:lang w:eastAsia="ko-KR"/>
              </w:rPr>
              <w:t xml:space="preserve">이 교재의 용어와 실제 공식 UI 명칭이 다를 수 있습니다. 이 교재에서는 </w:t>
            </w:r>
            <w:r>
              <w:rPr>
                <w:rFonts w:ascii="Nanum Gothic" w:eastAsia="Nanum Gothic" w:hAnsi="Nanum Gothic" w:cs="Nanum Gothic"/>
                <w:b/>
                <w:color w:val="1A1A1A"/>
                <w:sz w:val="20"/>
                <w:lang w:eastAsia="ko-KR"/>
              </w:rPr>
              <w:t>교재 용어(공식 UI: 공식명칭)</w:t>
            </w:r>
            <w:r>
              <w:rPr>
                <w:rFonts w:ascii="Nanum Gothic" w:eastAsia="Nanum Gothic" w:hAnsi="Nanum Gothic" w:cs="Nanum Gothic"/>
                <w:color w:val="1A1A1A"/>
                <w:sz w:val="20"/>
                <w:lang w:eastAsia="ko-KR"/>
              </w:rPr>
              <w:t xml:space="preserve"> 형식으로 병기합니다.</w:t>
            </w:r>
          </w:p>
        </w:tc>
      </w:tr>
    </w:tbl>
    <w:p w14:paraId="232E7960" w14:textId="77777777" w:rsidR="00226CAC" w:rsidRDefault="00226CAC">
      <w:pPr>
        <w:rPr>
          <w:rFonts w:eastAsia="Nanum Gothic"/>
          <w:lang w:eastAsia="ko-KR"/>
        </w:rPr>
      </w:pPr>
    </w:p>
    <w:tbl>
      <w:tblPr>
        <w:tblStyle w:val="af9"/>
        <w:tblW w:w="0" w:type="auto"/>
        <w:tblLook w:val="04A0" w:firstRow="1" w:lastRow="0" w:firstColumn="1" w:lastColumn="0" w:noHBand="0" w:noVBand="1"/>
      </w:tblPr>
      <w:tblGrid>
        <w:gridCol w:w="3024"/>
        <w:gridCol w:w="3024"/>
        <w:gridCol w:w="3024"/>
      </w:tblGrid>
      <w:tr w:rsidR="00226CAC" w14:paraId="1506F919" w14:textId="77777777">
        <w:tc>
          <w:tcPr>
            <w:tcW w:w="3024" w:type="dxa"/>
            <w:shd w:val="clear" w:color="auto" w:fill="024AD8"/>
          </w:tcPr>
          <w:p w14:paraId="48F324C0" w14:textId="77777777" w:rsidR="00226CAC" w:rsidRDefault="00000000">
            <w:pPr>
              <w:spacing w:before="60" w:after="60"/>
            </w:pPr>
            <w:r>
              <w:rPr>
                <w:rFonts w:ascii="Nanum Gothic" w:eastAsia="Nanum Gothic" w:hAnsi="Nanum Gothic" w:cs="Nanum Gothic"/>
                <w:b/>
                <w:color w:val="FFFFFF"/>
                <w:sz w:val="20"/>
              </w:rPr>
              <w:lastRenderedPageBreak/>
              <w:t>교재 용어</w:t>
            </w:r>
          </w:p>
        </w:tc>
        <w:tc>
          <w:tcPr>
            <w:tcW w:w="3024" w:type="dxa"/>
            <w:shd w:val="clear" w:color="auto" w:fill="024AD8"/>
          </w:tcPr>
          <w:p w14:paraId="32D5C187" w14:textId="77777777" w:rsidR="00226CAC" w:rsidRDefault="00000000">
            <w:pPr>
              <w:spacing w:before="60" w:after="60"/>
            </w:pPr>
            <w:r>
              <w:rPr>
                <w:rFonts w:ascii="Nanum Gothic" w:eastAsia="Nanum Gothic" w:hAnsi="Nanum Gothic" w:cs="Nanum Gothic"/>
                <w:b/>
                <w:color w:val="FFFFFF"/>
                <w:sz w:val="20"/>
              </w:rPr>
              <w:t>공식 UI 명칭 (v2.5.4)</w:t>
            </w:r>
          </w:p>
        </w:tc>
        <w:tc>
          <w:tcPr>
            <w:tcW w:w="3024" w:type="dxa"/>
            <w:shd w:val="clear" w:color="auto" w:fill="024AD8"/>
          </w:tcPr>
          <w:p w14:paraId="4D6E2179" w14:textId="77777777" w:rsidR="00226CAC" w:rsidRDefault="00000000">
            <w:pPr>
              <w:spacing w:before="60" w:after="60"/>
            </w:pPr>
            <w:r>
              <w:rPr>
                <w:rFonts w:ascii="Nanum Gothic" w:eastAsia="Nanum Gothic" w:hAnsi="Nanum Gothic" w:cs="Nanum Gothic"/>
                <w:b/>
                <w:color w:val="FFFFFF"/>
                <w:sz w:val="20"/>
              </w:rPr>
              <w:t>경로</w:t>
            </w:r>
          </w:p>
        </w:tc>
      </w:tr>
      <w:tr w:rsidR="00226CAC" w14:paraId="5322DEB8" w14:textId="77777777">
        <w:tc>
          <w:tcPr>
            <w:tcW w:w="3024" w:type="dxa"/>
          </w:tcPr>
          <w:p w14:paraId="478EFB44" w14:textId="77777777" w:rsidR="00226CAC" w:rsidRDefault="00000000">
            <w:pPr>
              <w:spacing w:before="60" w:after="60"/>
            </w:pPr>
            <w:r>
              <w:rPr>
                <w:rFonts w:ascii="Nanum Gothic" w:eastAsia="Nanum Gothic" w:hAnsi="Nanum Gothic" w:cs="Nanum Gothic"/>
                <w:color w:val="1A1A1A"/>
                <w:sz w:val="20"/>
              </w:rPr>
              <w:t>Chat</w:t>
            </w:r>
          </w:p>
        </w:tc>
        <w:tc>
          <w:tcPr>
            <w:tcW w:w="3024" w:type="dxa"/>
          </w:tcPr>
          <w:p w14:paraId="534A289C" w14:textId="77777777" w:rsidR="00226CAC" w:rsidRDefault="00000000">
            <w:pPr>
              <w:spacing w:before="60" w:after="60"/>
            </w:pPr>
            <w:r>
              <w:rPr>
                <w:rFonts w:ascii="Nanum Gothic" w:eastAsia="Nanum Gothic" w:hAnsi="Nanum Gothic" w:cs="Nanum Gothic"/>
                <w:b/>
                <w:color w:val="1A1A1A"/>
                <w:sz w:val="20"/>
              </w:rPr>
              <w:t>AIR Chat</w:t>
            </w:r>
          </w:p>
        </w:tc>
        <w:tc>
          <w:tcPr>
            <w:tcW w:w="3024" w:type="dxa"/>
          </w:tcPr>
          <w:p w14:paraId="5F04B865" w14:textId="77777777" w:rsidR="00226CAC" w:rsidRDefault="00000000">
            <w:pPr>
              <w:spacing w:before="60" w:after="60"/>
            </w:pPr>
            <w:r>
              <w:rPr>
                <w:rFonts w:ascii="Nanum Gothic" w:eastAsia="Nanum Gothic" w:hAnsi="Nanum Gothic" w:cs="Nanum Gothic"/>
                <w:color w:val="1A1A1A"/>
                <w:sz w:val="20"/>
              </w:rPr>
              <w:t>AI Assistant &gt; AIR Chat</w:t>
            </w:r>
          </w:p>
        </w:tc>
      </w:tr>
      <w:tr w:rsidR="00226CAC" w14:paraId="1DBBD3C9" w14:textId="77777777">
        <w:tc>
          <w:tcPr>
            <w:tcW w:w="3024" w:type="dxa"/>
          </w:tcPr>
          <w:p w14:paraId="7BC7257D" w14:textId="77777777" w:rsidR="00226CAC" w:rsidRDefault="00000000">
            <w:pPr>
              <w:spacing w:before="60" w:after="60"/>
            </w:pPr>
            <w:r>
              <w:rPr>
                <w:rFonts w:ascii="Nanum Gothic" w:eastAsia="Nanum Gothic" w:hAnsi="Nanum Gothic" w:cs="Nanum Gothic"/>
                <w:color w:val="1A1A1A"/>
                <w:sz w:val="20"/>
              </w:rPr>
              <w:t>Playground</w:t>
            </w:r>
          </w:p>
        </w:tc>
        <w:tc>
          <w:tcPr>
            <w:tcW w:w="3024" w:type="dxa"/>
          </w:tcPr>
          <w:p w14:paraId="21F614CA"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에이전트 에디터</w:t>
            </w:r>
            <w:r>
              <w:rPr>
                <w:rFonts w:ascii="Nanum Gothic" w:eastAsia="Nanum Gothic" w:hAnsi="Nanum Gothic" w:cs="Nanum Gothic"/>
                <w:color w:val="1A1A1A"/>
                <w:sz w:val="20"/>
                <w:lang w:eastAsia="ko-KR"/>
              </w:rPr>
              <w:t xml:space="preserve"> 또는 </w:t>
            </w:r>
            <w:r>
              <w:rPr>
                <w:rFonts w:ascii="Nanum Gothic" w:eastAsia="Nanum Gothic" w:hAnsi="Nanum Gothic" w:cs="Nanum Gothic"/>
                <w:b/>
                <w:color w:val="1A1A1A"/>
                <w:sz w:val="20"/>
                <w:lang w:eastAsia="ko-KR"/>
              </w:rPr>
              <w:t>RAG 플레이그라운드</w:t>
            </w:r>
          </w:p>
        </w:tc>
        <w:tc>
          <w:tcPr>
            <w:tcW w:w="3024" w:type="dxa"/>
          </w:tcPr>
          <w:p w14:paraId="78883DE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Studio &gt; 에이전트 관리 &gt; 에이전트 &gt; [에이전트 에디터]</w:t>
            </w:r>
          </w:p>
        </w:tc>
      </w:tr>
      <w:tr w:rsidR="00226CAC" w14:paraId="2F4D855E" w14:textId="77777777">
        <w:tc>
          <w:tcPr>
            <w:tcW w:w="3024" w:type="dxa"/>
          </w:tcPr>
          <w:p w14:paraId="49B88C14" w14:textId="77777777" w:rsidR="00226CAC" w:rsidRDefault="00000000">
            <w:pPr>
              <w:spacing w:before="60" w:after="60"/>
            </w:pPr>
            <w:r>
              <w:rPr>
                <w:rFonts w:ascii="Nanum Gothic" w:eastAsia="Nanum Gothic" w:hAnsi="Nanum Gothic" w:cs="Nanum Gothic"/>
                <w:color w:val="1A1A1A"/>
                <w:sz w:val="20"/>
              </w:rPr>
              <w:t>Knowledge Base</w:t>
            </w:r>
          </w:p>
        </w:tc>
        <w:tc>
          <w:tcPr>
            <w:tcW w:w="3024" w:type="dxa"/>
          </w:tcPr>
          <w:p w14:paraId="47E2AEBC" w14:textId="77777777" w:rsidR="00226CAC" w:rsidRDefault="00000000">
            <w:pPr>
              <w:spacing w:before="60" w:after="60"/>
            </w:pPr>
            <w:r>
              <w:rPr>
                <w:rFonts w:ascii="Nanum Gothic" w:eastAsia="Nanum Gothic" w:hAnsi="Nanum Gothic" w:cs="Nanum Gothic"/>
                <w:b/>
                <w:color w:val="1A1A1A"/>
                <w:sz w:val="20"/>
              </w:rPr>
              <w:t>지식 베이스</w:t>
            </w:r>
          </w:p>
        </w:tc>
        <w:tc>
          <w:tcPr>
            <w:tcW w:w="3024" w:type="dxa"/>
          </w:tcPr>
          <w:p w14:paraId="5E564979" w14:textId="77777777" w:rsidR="00226CAC" w:rsidRDefault="00000000">
            <w:pPr>
              <w:spacing w:before="60" w:after="60"/>
            </w:pPr>
            <w:r>
              <w:rPr>
                <w:rFonts w:ascii="Nanum Gothic" w:eastAsia="Nanum Gothic" w:hAnsi="Nanum Gothic" w:cs="Nanum Gothic"/>
                <w:color w:val="1A1A1A"/>
                <w:sz w:val="20"/>
              </w:rPr>
              <w:t>Studio &gt; RAG 관리 &gt; 지식 베이스</w:t>
            </w:r>
          </w:p>
        </w:tc>
      </w:tr>
      <w:tr w:rsidR="00226CAC" w14:paraId="213FDAC1" w14:textId="77777777">
        <w:tc>
          <w:tcPr>
            <w:tcW w:w="3024" w:type="dxa"/>
          </w:tcPr>
          <w:p w14:paraId="4C023BE4" w14:textId="77777777" w:rsidR="00226CAC" w:rsidRDefault="00000000">
            <w:pPr>
              <w:spacing w:before="60" w:after="60"/>
            </w:pPr>
            <w:r>
              <w:rPr>
                <w:rFonts w:ascii="Nanum Gothic" w:eastAsia="Nanum Gothic" w:hAnsi="Nanum Gothic" w:cs="Nanum Gothic"/>
                <w:color w:val="1A1A1A"/>
                <w:sz w:val="20"/>
              </w:rPr>
              <w:t>Agent</w:t>
            </w:r>
          </w:p>
        </w:tc>
        <w:tc>
          <w:tcPr>
            <w:tcW w:w="3024" w:type="dxa"/>
          </w:tcPr>
          <w:p w14:paraId="0CC08461" w14:textId="77777777" w:rsidR="00226CAC" w:rsidRDefault="00000000">
            <w:pPr>
              <w:spacing w:before="60" w:after="60"/>
            </w:pPr>
            <w:r>
              <w:rPr>
                <w:rFonts w:ascii="Nanum Gothic" w:eastAsia="Nanum Gothic" w:hAnsi="Nanum Gothic" w:cs="Nanum Gothic"/>
                <w:b/>
                <w:color w:val="1A1A1A"/>
                <w:sz w:val="20"/>
              </w:rPr>
              <w:t>에이전트 관리</w:t>
            </w:r>
          </w:p>
        </w:tc>
        <w:tc>
          <w:tcPr>
            <w:tcW w:w="3024" w:type="dxa"/>
          </w:tcPr>
          <w:p w14:paraId="50A33BF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Studio &gt; 에이전트 관리 &gt; 에이전트</w:t>
            </w:r>
          </w:p>
        </w:tc>
      </w:tr>
    </w:tbl>
    <w:p w14:paraId="29B7F329" w14:textId="77777777" w:rsidR="00226CAC" w:rsidRDefault="00226CAC">
      <w:pPr>
        <w:rPr>
          <w:rFonts w:eastAsia="Nanum Gothic"/>
          <w:lang w:eastAsia="ko-KR"/>
        </w:rPr>
      </w:pPr>
    </w:p>
    <w:p w14:paraId="10F82598" w14:textId="77777777" w:rsidR="00226CAC" w:rsidRDefault="00000000">
      <w:pPr>
        <w:spacing w:before="200" w:after="40"/>
      </w:pPr>
      <w:r>
        <w:rPr>
          <w:rFonts w:ascii="Nanum Gothic" w:eastAsia="Nanum Gothic" w:hAnsi="Nanum Gothic" w:cs="Nanum Gothic"/>
          <w:b/>
          <w:color w:val="024AD8"/>
          <w:sz w:val="28"/>
        </w:rPr>
        <w:t>5.2.4 상용 LLM 3종 vs AIR Studio — 6차원 비교</w:t>
      </w:r>
    </w:p>
    <w:tbl>
      <w:tblPr>
        <w:tblStyle w:val="af9"/>
        <w:tblW w:w="0" w:type="auto"/>
        <w:tblLook w:val="04A0" w:firstRow="1" w:lastRow="0" w:firstColumn="1" w:lastColumn="0" w:noHBand="0" w:noVBand="1"/>
      </w:tblPr>
      <w:tblGrid>
        <w:gridCol w:w="1815"/>
        <w:gridCol w:w="1815"/>
        <w:gridCol w:w="1814"/>
        <w:gridCol w:w="1814"/>
        <w:gridCol w:w="1814"/>
      </w:tblGrid>
      <w:tr w:rsidR="00226CAC" w14:paraId="55A0956B" w14:textId="77777777">
        <w:tc>
          <w:tcPr>
            <w:tcW w:w="1815" w:type="dxa"/>
            <w:shd w:val="clear" w:color="auto" w:fill="024AD8"/>
          </w:tcPr>
          <w:p w14:paraId="1AC6E674" w14:textId="77777777" w:rsidR="00226CAC" w:rsidRDefault="00000000">
            <w:pPr>
              <w:spacing w:before="60" w:after="60"/>
            </w:pPr>
            <w:r>
              <w:rPr>
                <w:rFonts w:ascii="Nanum Gothic" w:eastAsia="Nanum Gothic" w:hAnsi="Nanum Gothic" w:cs="Nanum Gothic"/>
                <w:b/>
                <w:color w:val="FFFFFF"/>
                <w:sz w:val="20"/>
              </w:rPr>
              <w:t>비교 차원</w:t>
            </w:r>
          </w:p>
        </w:tc>
        <w:tc>
          <w:tcPr>
            <w:tcW w:w="1815" w:type="dxa"/>
            <w:shd w:val="clear" w:color="auto" w:fill="024AD8"/>
          </w:tcPr>
          <w:p w14:paraId="5B83A663" w14:textId="77777777" w:rsidR="00226CAC" w:rsidRDefault="00000000">
            <w:pPr>
              <w:spacing w:before="60" w:after="60"/>
            </w:pPr>
            <w:r>
              <w:rPr>
                <w:rFonts w:ascii="Nanum Gothic" w:eastAsia="Nanum Gothic" w:hAnsi="Nanum Gothic" w:cs="Nanum Gothic"/>
                <w:b/>
                <w:color w:val="FFFFFF"/>
                <w:sz w:val="20"/>
              </w:rPr>
              <w:t>ChatGPT (OpenAI)</w:t>
            </w:r>
          </w:p>
        </w:tc>
        <w:tc>
          <w:tcPr>
            <w:tcW w:w="1814" w:type="dxa"/>
            <w:shd w:val="clear" w:color="auto" w:fill="024AD8"/>
          </w:tcPr>
          <w:p w14:paraId="64931149" w14:textId="77777777" w:rsidR="00226CAC" w:rsidRDefault="00000000">
            <w:pPr>
              <w:spacing w:before="60" w:after="60"/>
            </w:pPr>
            <w:r>
              <w:rPr>
                <w:rFonts w:ascii="Nanum Gothic" w:eastAsia="Nanum Gothic" w:hAnsi="Nanum Gothic" w:cs="Nanum Gothic"/>
                <w:b/>
                <w:color w:val="FFFFFF"/>
                <w:sz w:val="20"/>
              </w:rPr>
              <w:t>Gemini (Google)</w:t>
            </w:r>
          </w:p>
        </w:tc>
        <w:tc>
          <w:tcPr>
            <w:tcW w:w="1814" w:type="dxa"/>
            <w:shd w:val="clear" w:color="auto" w:fill="024AD8"/>
          </w:tcPr>
          <w:p w14:paraId="790AF7E1" w14:textId="77777777" w:rsidR="00226CAC" w:rsidRDefault="00000000">
            <w:pPr>
              <w:spacing w:before="60" w:after="60"/>
            </w:pPr>
            <w:r>
              <w:rPr>
                <w:rFonts w:ascii="Nanum Gothic" w:eastAsia="Nanum Gothic" w:hAnsi="Nanum Gothic" w:cs="Nanum Gothic"/>
                <w:b/>
                <w:color w:val="FFFFFF"/>
                <w:sz w:val="20"/>
              </w:rPr>
              <w:t>Claude (Anthropic)</w:t>
            </w:r>
          </w:p>
        </w:tc>
        <w:tc>
          <w:tcPr>
            <w:tcW w:w="1814" w:type="dxa"/>
            <w:shd w:val="clear" w:color="auto" w:fill="024AD8"/>
          </w:tcPr>
          <w:p w14:paraId="34D47530" w14:textId="77777777" w:rsidR="00226CAC" w:rsidRDefault="00000000">
            <w:pPr>
              <w:spacing w:before="60" w:after="60"/>
            </w:pPr>
            <w:r>
              <w:rPr>
                <w:rFonts w:ascii="Nanum Gothic" w:eastAsia="Nanum Gothic" w:hAnsi="Nanum Gothic" w:cs="Nanum Gothic"/>
                <w:b/>
                <w:color w:val="FFFFFF"/>
                <w:sz w:val="20"/>
              </w:rPr>
              <w:t>AIR Studio (메가존클라우드)</w:t>
            </w:r>
          </w:p>
        </w:tc>
      </w:tr>
      <w:tr w:rsidR="00226CAC" w14:paraId="1743DDE5" w14:textId="77777777">
        <w:tc>
          <w:tcPr>
            <w:tcW w:w="1815" w:type="dxa"/>
          </w:tcPr>
          <w:p w14:paraId="0C9101B1" w14:textId="77777777" w:rsidR="00226CAC" w:rsidRDefault="00000000">
            <w:pPr>
              <w:spacing w:before="60" w:after="60"/>
            </w:pPr>
            <w:r>
              <w:rPr>
                <w:rFonts w:ascii="Nanum Gothic" w:eastAsia="Nanum Gothic" w:hAnsi="Nanum Gothic" w:cs="Nanum Gothic"/>
                <w:b/>
                <w:color w:val="1A1A1A"/>
                <w:sz w:val="20"/>
              </w:rPr>
              <w:t>UI 컨셉</w:t>
            </w:r>
          </w:p>
        </w:tc>
        <w:tc>
          <w:tcPr>
            <w:tcW w:w="1815" w:type="dxa"/>
          </w:tcPr>
          <w:p w14:paraId="31FA9248" w14:textId="77777777" w:rsidR="00226CAC" w:rsidRDefault="00000000">
            <w:pPr>
              <w:spacing w:before="60" w:after="60"/>
            </w:pPr>
            <w:r>
              <w:rPr>
                <w:rFonts w:ascii="Nanum Gothic" w:eastAsia="Nanum Gothic" w:hAnsi="Nanum Gothic" w:cs="Nanum Gothic"/>
                <w:color w:val="1A1A1A"/>
                <w:sz w:val="20"/>
              </w:rPr>
              <w:t>1:1 대화 채팅</w:t>
            </w:r>
          </w:p>
        </w:tc>
        <w:tc>
          <w:tcPr>
            <w:tcW w:w="1814" w:type="dxa"/>
          </w:tcPr>
          <w:p w14:paraId="74CAA9B9" w14:textId="77777777" w:rsidR="00226CAC" w:rsidRDefault="00000000">
            <w:pPr>
              <w:spacing w:before="60" w:after="60"/>
            </w:pPr>
            <w:r>
              <w:rPr>
                <w:rFonts w:ascii="Nanum Gothic" w:eastAsia="Nanum Gothic" w:hAnsi="Nanum Gothic" w:cs="Nanum Gothic"/>
                <w:color w:val="1A1A1A"/>
                <w:sz w:val="20"/>
              </w:rPr>
              <w:t>멀티모달 중심</w:t>
            </w:r>
          </w:p>
        </w:tc>
        <w:tc>
          <w:tcPr>
            <w:tcW w:w="1814" w:type="dxa"/>
          </w:tcPr>
          <w:p w14:paraId="1DDE08AF" w14:textId="77777777" w:rsidR="00226CAC" w:rsidRDefault="00000000">
            <w:pPr>
              <w:spacing w:before="60" w:after="60"/>
            </w:pPr>
            <w:r>
              <w:rPr>
                <w:rFonts w:ascii="Nanum Gothic" w:eastAsia="Nanum Gothic" w:hAnsi="Nanum Gothic" w:cs="Nanum Gothic"/>
                <w:color w:val="1A1A1A"/>
                <w:sz w:val="20"/>
              </w:rPr>
              <w:t>긴 문맥·안전성</w:t>
            </w:r>
          </w:p>
        </w:tc>
        <w:tc>
          <w:tcPr>
            <w:tcW w:w="1814" w:type="dxa"/>
          </w:tcPr>
          <w:p w14:paraId="69FFD96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프로젝트 통합 워크스페이스</w:t>
            </w:r>
          </w:p>
        </w:tc>
      </w:tr>
      <w:tr w:rsidR="00226CAC" w14:paraId="1BB8D804" w14:textId="77777777">
        <w:tc>
          <w:tcPr>
            <w:tcW w:w="1815" w:type="dxa"/>
          </w:tcPr>
          <w:p w14:paraId="21A46ABE" w14:textId="77777777" w:rsidR="00226CAC" w:rsidRDefault="00000000">
            <w:pPr>
              <w:spacing w:before="60" w:after="60"/>
            </w:pPr>
            <w:r>
              <w:rPr>
                <w:rFonts w:ascii="Nanum Gothic" w:eastAsia="Nanum Gothic" w:hAnsi="Nanum Gothic" w:cs="Nanum Gothic"/>
                <w:b/>
                <w:color w:val="1A1A1A"/>
                <w:sz w:val="20"/>
              </w:rPr>
              <w:t>모델 라인업</w:t>
            </w:r>
          </w:p>
        </w:tc>
        <w:tc>
          <w:tcPr>
            <w:tcW w:w="1815" w:type="dxa"/>
          </w:tcPr>
          <w:p w14:paraId="3B9FB89D" w14:textId="77777777" w:rsidR="00226CAC" w:rsidRDefault="00000000">
            <w:pPr>
              <w:spacing w:before="60" w:after="60"/>
            </w:pPr>
            <w:r>
              <w:rPr>
                <w:rFonts w:ascii="Nanum Gothic" w:eastAsia="Nanum Gothic" w:hAnsi="Nanum Gothic" w:cs="Nanum Gothic"/>
                <w:color w:val="1A1A1A"/>
                <w:sz w:val="20"/>
              </w:rPr>
              <w:t>GPT-4o, o1, o3, mini</w:t>
            </w:r>
          </w:p>
        </w:tc>
        <w:tc>
          <w:tcPr>
            <w:tcW w:w="1814" w:type="dxa"/>
          </w:tcPr>
          <w:p w14:paraId="797A44B6" w14:textId="77777777" w:rsidR="00226CAC" w:rsidRDefault="00000000">
            <w:pPr>
              <w:spacing w:before="60" w:after="60"/>
            </w:pPr>
            <w:r>
              <w:rPr>
                <w:rFonts w:ascii="Nanum Gothic" w:eastAsia="Nanum Gothic" w:hAnsi="Nanum Gothic" w:cs="Nanum Gothic"/>
                <w:color w:val="1A1A1A"/>
                <w:sz w:val="20"/>
              </w:rPr>
              <w:t>Gemini 2.0 Flash, 1.5 Pro</w:t>
            </w:r>
          </w:p>
        </w:tc>
        <w:tc>
          <w:tcPr>
            <w:tcW w:w="1814" w:type="dxa"/>
          </w:tcPr>
          <w:p w14:paraId="62AAE69D" w14:textId="77777777" w:rsidR="00226CAC" w:rsidRDefault="00000000">
            <w:pPr>
              <w:spacing w:before="60" w:after="60"/>
            </w:pPr>
            <w:r>
              <w:rPr>
                <w:rFonts w:ascii="Nanum Gothic" w:eastAsia="Nanum Gothic" w:hAnsi="Nanum Gothic" w:cs="Nanum Gothic"/>
                <w:color w:val="1A1A1A"/>
                <w:sz w:val="20"/>
              </w:rPr>
              <w:t>Claude 3.5 Sonnet, Haiku, Opus</w:t>
            </w:r>
          </w:p>
        </w:tc>
        <w:tc>
          <w:tcPr>
            <w:tcW w:w="1814" w:type="dxa"/>
          </w:tcPr>
          <w:p w14:paraId="515DEF79" w14:textId="77777777" w:rsidR="00226CAC" w:rsidRDefault="00000000">
            <w:pPr>
              <w:spacing w:before="60" w:after="60"/>
            </w:pPr>
            <w:r>
              <w:rPr>
                <w:rFonts w:ascii="Nanum Gothic" w:eastAsia="Nanum Gothic" w:hAnsi="Nanum Gothic" w:cs="Nanum Gothic"/>
                <w:color w:val="1A1A1A"/>
                <w:sz w:val="20"/>
              </w:rPr>
              <w:t>Gemini·Claude·GPT·Solar 자유 선택</w:t>
            </w:r>
          </w:p>
        </w:tc>
      </w:tr>
      <w:tr w:rsidR="00226CAC" w14:paraId="2BD94D2B" w14:textId="77777777">
        <w:tc>
          <w:tcPr>
            <w:tcW w:w="1815" w:type="dxa"/>
          </w:tcPr>
          <w:p w14:paraId="1D43C9E0" w14:textId="77777777" w:rsidR="00226CAC" w:rsidRDefault="00000000">
            <w:pPr>
              <w:spacing w:before="60" w:after="60"/>
            </w:pPr>
            <w:r>
              <w:rPr>
                <w:rFonts w:ascii="Nanum Gothic" w:eastAsia="Nanum Gothic" w:hAnsi="Nanum Gothic" w:cs="Nanum Gothic"/>
                <w:b/>
                <w:color w:val="1A1A1A"/>
                <w:sz w:val="20"/>
              </w:rPr>
              <w:t>지식베이스 기능</w:t>
            </w:r>
          </w:p>
        </w:tc>
        <w:tc>
          <w:tcPr>
            <w:tcW w:w="1815" w:type="dxa"/>
          </w:tcPr>
          <w:p w14:paraId="4CA46799" w14:textId="77777777" w:rsidR="00226CAC" w:rsidRDefault="00000000">
            <w:pPr>
              <w:spacing w:before="60" w:after="60"/>
            </w:pPr>
            <w:r>
              <w:rPr>
                <w:rFonts w:ascii="Nanum Gothic" w:eastAsia="Nanum Gothic" w:hAnsi="Nanum Gothic" w:cs="Nanum Gothic"/>
                <w:color w:val="1A1A1A"/>
                <w:sz w:val="20"/>
              </w:rPr>
              <w:t>파일 업로드 (세션 한시)</w:t>
            </w:r>
          </w:p>
        </w:tc>
        <w:tc>
          <w:tcPr>
            <w:tcW w:w="1814" w:type="dxa"/>
          </w:tcPr>
          <w:p w14:paraId="5A272E86" w14:textId="77777777" w:rsidR="00226CAC" w:rsidRDefault="00000000">
            <w:pPr>
              <w:spacing w:before="60" w:after="60"/>
            </w:pPr>
            <w:r>
              <w:rPr>
                <w:rFonts w:ascii="Nanum Gothic" w:eastAsia="Nanum Gothic" w:hAnsi="Nanum Gothic" w:cs="Nanum Gothic"/>
                <w:color w:val="1A1A1A"/>
                <w:sz w:val="20"/>
              </w:rPr>
              <w:t>Google Drive 연동</w:t>
            </w:r>
          </w:p>
        </w:tc>
        <w:tc>
          <w:tcPr>
            <w:tcW w:w="1814" w:type="dxa"/>
          </w:tcPr>
          <w:p w14:paraId="2C30B1A2" w14:textId="77777777" w:rsidR="00226CAC" w:rsidRDefault="00000000">
            <w:pPr>
              <w:spacing w:before="60" w:after="60"/>
            </w:pPr>
            <w:r>
              <w:rPr>
                <w:rFonts w:ascii="Nanum Gothic" w:eastAsia="Nanum Gothic" w:hAnsi="Nanum Gothic" w:cs="Nanum Gothic"/>
                <w:color w:val="1A1A1A"/>
                <w:sz w:val="20"/>
              </w:rPr>
              <w:t>프로젝트 파일 (장기)</w:t>
            </w:r>
          </w:p>
        </w:tc>
        <w:tc>
          <w:tcPr>
            <w:tcW w:w="1814" w:type="dxa"/>
          </w:tcPr>
          <w:p w14:paraId="631B5D5B"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지식 베이스 (RAG, 벡터 인덱스)</w:t>
            </w:r>
          </w:p>
        </w:tc>
      </w:tr>
      <w:tr w:rsidR="00226CAC" w14:paraId="38308AB1" w14:textId="77777777">
        <w:tc>
          <w:tcPr>
            <w:tcW w:w="1815" w:type="dxa"/>
          </w:tcPr>
          <w:p w14:paraId="4A722DAE" w14:textId="77777777" w:rsidR="00226CAC" w:rsidRDefault="00000000">
            <w:pPr>
              <w:spacing w:before="60" w:after="60"/>
            </w:pPr>
            <w:r>
              <w:rPr>
                <w:rFonts w:ascii="Nanum Gothic" w:eastAsia="Nanum Gothic" w:hAnsi="Nanum Gothic" w:cs="Nanum Gothic"/>
                <w:b/>
                <w:color w:val="1A1A1A"/>
                <w:sz w:val="20"/>
              </w:rPr>
              <w:t>에이전트 기능</w:t>
            </w:r>
          </w:p>
        </w:tc>
        <w:tc>
          <w:tcPr>
            <w:tcW w:w="1815" w:type="dxa"/>
          </w:tcPr>
          <w:p w14:paraId="194F5BDB" w14:textId="77777777" w:rsidR="00226CAC" w:rsidRDefault="00000000">
            <w:pPr>
              <w:spacing w:before="60" w:after="60"/>
            </w:pPr>
            <w:r>
              <w:rPr>
                <w:rFonts w:ascii="Nanum Gothic" w:eastAsia="Nanum Gothic" w:hAnsi="Nanum Gothic" w:cs="Nanum Gothic"/>
                <w:color w:val="1A1A1A"/>
                <w:sz w:val="20"/>
              </w:rPr>
              <w:t>GPTs (마켓)</w:t>
            </w:r>
          </w:p>
        </w:tc>
        <w:tc>
          <w:tcPr>
            <w:tcW w:w="1814" w:type="dxa"/>
          </w:tcPr>
          <w:p w14:paraId="1483ACC3" w14:textId="77777777" w:rsidR="00226CAC" w:rsidRDefault="00000000">
            <w:pPr>
              <w:spacing w:before="60" w:after="60"/>
            </w:pPr>
            <w:r>
              <w:rPr>
                <w:rFonts w:ascii="Nanum Gothic" w:eastAsia="Nanum Gothic" w:hAnsi="Nanum Gothic" w:cs="Nanum Gothic"/>
                <w:color w:val="1A1A1A"/>
                <w:sz w:val="20"/>
              </w:rPr>
              <w:t>Gemini Extensions</w:t>
            </w:r>
          </w:p>
        </w:tc>
        <w:tc>
          <w:tcPr>
            <w:tcW w:w="1814" w:type="dxa"/>
          </w:tcPr>
          <w:p w14:paraId="1A878444" w14:textId="77777777" w:rsidR="00226CAC" w:rsidRDefault="00000000">
            <w:pPr>
              <w:spacing w:before="60" w:after="60"/>
            </w:pPr>
            <w:r>
              <w:rPr>
                <w:rFonts w:ascii="Nanum Gothic" w:eastAsia="Nanum Gothic" w:hAnsi="Nanum Gothic" w:cs="Nanum Gothic"/>
                <w:color w:val="1A1A1A"/>
                <w:sz w:val="20"/>
              </w:rPr>
              <w:t>프로젝트 내 도구</w:t>
            </w:r>
          </w:p>
        </w:tc>
        <w:tc>
          <w:tcPr>
            <w:tcW w:w="1814" w:type="dxa"/>
          </w:tcPr>
          <w:p w14:paraId="5BE9ECD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에이전트 관리 (간편/표준/확장/코드)</w:t>
            </w:r>
          </w:p>
        </w:tc>
      </w:tr>
      <w:tr w:rsidR="00226CAC" w14:paraId="6FBB89F4" w14:textId="77777777">
        <w:tc>
          <w:tcPr>
            <w:tcW w:w="1815" w:type="dxa"/>
          </w:tcPr>
          <w:p w14:paraId="394568D1" w14:textId="77777777" w:rsidR="00226CAC" w:rsidRDefault="00000000">
            <w:pPr>
              <w:spacing w:before="60" w:after="60"/>
            </w:pPr>
            <w:r>
              <w:rPr>
                <w:rFonts w:ascii="Nanum Gothic" w:eastAsia="Nanum Gothic" w:hAnsi="Nanum Gothic" w:cs="Nanum Gothic"/>
                <w:b/>
                <w:color w:val="1A1A1A"/>
                <w:sz w:val="20"/>
              </w:rPr>
              <w:t>한국어 지원</w:t>
            </w:r>
          </w:p>
        </w:tc>
        <w:tc>
          <w:tcPr>
            <w:tcW w:w="1815" w:type="dxa"/>
          </w:tcPr>
          <w:p w14:paraId="36D2DC77" w14:textId="77777777" w:rsidR="00226CAC" w:rsidRDefault="00000000">
            <w:pPr>
              <w:spacing w:before="60" w:after="60"/>
            </w:pPr>
            <w:r>
              <w:rPr>
                <w:rFonts w:ascii="Nanum Gothic" w:eastAsia="Nanum Gothic" w:hAnsi="Nanum Gothic" w:cs="Nanum Gothic"/>
                <w:color w:val="1A1A1A"/>
                <w:sz w:val="20"/>
              </w:rPr>
              <w:t>양호 (GPT-4o)</w:t>
            </w:r>
          </w:p>
        </w:tc>
        <w:tc>
          <w:tcPr>
            <w:tcW w:w="1814" w:type="dxa"/>
          </w:tcPr>
          <w:p w14:paraId="52608018" w14:textId="77777777" w:rsidR="00226CAC" w:rsidRDefault="00000000">
            <w:pPr>
              <w:spacing w:before="60" w:after="60"/>
            </w:pPr>
            <w:r>
              <w:rPr>
                <w:rFonts w:ascii="Nanum Gothic" w:eastAsia="Nanum Gothic" w:hAnsi="Nanum Gothic" w:cs="Nanum Gothic"/>
                <w:color w:val="1A1A1A"/>
                <w:sz w:val="20"/>
              </w:rPr>
              <w:t>양호~우수</w:t>
            </w:r>
          </w:p>
        </w:tc>
        <w:tc>
          <w:tcPr>
            <w:tcW w:w="1814" w:type="dxa"/>
          </w:tcPr>
          <w:p w14:paraId="5B1F01C4" w14:textId="77777777" w:rsidR="00226CAC" w:rsidRDefault="00000000">
            <w:pPr>
              <w:spacing w:before="60" w:after="60"/>
            </w:pPr>
            <w:r>
              <w:rPr>
                <w:rFonts w:ascii="Nanum Gothic" w:eastAsia="Nanum Gothic" w:hAnsi="Nanum Gothic" w:cs="Nanum Gothic"/>
                <w:color w:val="1A1A1A"/>
                <w:sz w:val="20"/>
              </w:rPr>
              <w:t>양호 (Sonnet)</w:t>
            </w:r>
          </w:p>
        </w:tc>
        <w:tc>
          <w:tcPr>
            <w:tcW w:w="1814" w:type="dxa"/>
          </w:tcPr>
          <w:p w14:paraId="4F93AF5E" w14:textId="77777777" w:rsidR="00226CAC" w:rsidRDefault="00000000">
            <w:pPr>
              <w:spacing w:before="60" w:after="60"/>
            </w:pPr>
            <w:r>
              <w:rPr>
                <w:rFonts w:ascii="Nanum Gothic" w:eastAsia="Nanum Gothic" w:hAnsi="Nanum Gothic" w:cs="Nanum Gothic"/>
                <w:color w:val="1A1A1A"/>
                <w:sz w:val="20"/>
              </w:rPr>
              <w:t>선택 모델 의존 (Solar Mini 특화)</w:t>
            </w:r>
          </w:p>
        </w:tc>
      </w:tr>
      <w:tr w:rsidR="00226CAC" w14:paraId="562C08AF" w14:textId="77777777">
        <w:tc>
          <w:tcPr>
            <w:tcW w:w="1815" w:type="dxa"/>
          </w:tcPr>
          <w:p w14:paraId="08A8498F" w14:textId="77777777" w:rsidR="00226CAC" w:rsidRDefault="00000000">
            <w:pPr>
              <w:spacing w:before="60" w:after="60"/>
            </w:pPr>
            <w:r>
              <w:rPr>
                <w:rFonts w:ascii="Nanum Gothic" w:eastAsia="Nanum Gothic" w:hAnsi="Nanum Gothic" w:cs="Nanum Gothic"/>
                <w:b/>
                <w:color w:val="1A1A1A"/>
                <w:sz w:val="20"/>
              </w:rPr>
              <w:t>요금 모델</w:t>
            </w:r>
          </w:p>
        </w:tc>
        <w:tc>
          <w:tcPr>
            <w:tcW w:w="1815" w:type="dxa"/>
          </w:tcPr>
          <w:p w14:paraId="3B1AA66D" w14:textId="77777777" w:rsidR="00226CAC" w:rsidRDefault="00000000">
            <w:pPr>
              <w:spacing w:before="60" w:after="60"/>
            </w:pPr>
            <w:r>
              <w:rPr>
                <w:rFonts w:ascii="Nanum Gothic" w:eastAsia="Nanum Gothic" w:hAnsi="Nanum Gothic" w:cs="Nanum Gothic"/>
                <w:color w:val="1A1A1A"/>
                <w:sz w:val="20"/>
              </w:rPr>
              <w:t>무료+Plus $20/월</w:t>
            </w:r>
          </w:p>
        </w:tc>
        <w:tc>
          <w:tcPr>
            <w:tcW w:w="1814" w:type="dxa"/>
          </w:tcPr>
          <w:p w14:paraId="086F7546" w14:textId="77777777" w:rsidR="00226CAC" w:rsidRDefault="00000000">
            <w:pPr>
              <w:spacing w:before="60" w:after="60"/>
            </w:pPr>
            <w:r>
              <w:rPr>
                <w:rFonts w:ascii="Nanum Gothic" w:eastAsia="Nanum Gothic" w:hAnsi="Nanum Gothic" w:cs="Nanum Gothic"/>
                <w:color w:val="1A1A1A"/>
                <w:sz w:val="20"/>
              </w:rPr>
              <w:t>무료+Advanced $19.99/월</w:t>
            </w:r>
          </w:p>
        </w:tc>
        <w:tc>
          <w:tcPr>
            <w:tcW w:w="1814" w:type="dxa"/>
          </w:tcPr>
          <w:p w14:paraId="36F2B175" w14:textId="77777777" w:rsidR="00226CAC" w:rsidRDefault="00000000">
            <w:pPr>
              <w:spacing w:before="60" w:after="60"/>
            </w:pPr>
            <w:r>
              <w:rPr>
                <w:rFonts w:ascii="Nanum Gothic" w:eastAsia="Nanum Gothic" w:hAnsi="Nanum Gothic" w:cs="Nanum Gothic"/>
                <w:color w:val="1A1A1A"/>
                <w:sz w:val="20"/>
              </w:rPr>
              <w:t>무료+Pro $20/월</w:t>
            </w:r>
          </w:p>
        </w:tc>
        <w:tc>
          <w:tcPr>
            <w:tcW w:w="1814" w:type="dxa"/>
          </w:tcPr>
          <w:p w14:paraId="178EA3BB"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기업 테넌트 + </w:t>
            </w:r>
            <w:r>
              <w:rPr>
                <w:rFonts w:ascii="Nanum Gothic" w:eastAsia="Nanum Gothic" w:hAnsi="Nanum Gothic" w:cs="Nanum Gothic"/>
                <w:b/>
                <w:color w:val="1A1A1A"/>
                <w:sz w:val="20"/>
                <w:lang w:eastAsia="ko-KR"/>
              </w:rPr>
              <w:t>프로젝트별 비용 가시화</w:t>
            </w:r>
          </w:p>
        </w:tc>
      </w:tr>
    </w:tbl>
    <w:p w14:paraId="725613E9" w14:textId="77777777" w:rsidR="00226CAC" w:rsidRDefault="00226CAC">
      <w:pPr>
        <w:rPr>
          <w:rFonts w:eastAsia="Nanum Gothic"/>
          <w:lang w:eastAsia="ko-KR"/>
        </w:rPr>
      </w:pPr>
    </w:p>
    <w:p w14:paraId="6B46D8E3"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5.2.4.1 각 차원 설명</w:t>
      </w:r>
    </w:p>
    <w:p w14:paraId="17FB776D"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UI 컨셉</w:t>
      </w:r>
      <w:r>
        <w:rPr>
          <w:rFonts w:ascii="Nanum Gothic" w:eastAsia="Nanum Gothic" w:hAnsi="Nanum Gothic" w:cs="Nanum Gothic"/>
          <w:color w:val="1A1A1A"/>
          <w:sz w:val="20"/>
          <w:lang w:eastAsia="ko-KR"/>
        </w:rPr>
        <w:t>:</w:t>
      </w:r>
    </w:p>
    <w:p w14:paraId="252146EC"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ChatGPT: "채팅창 하나"에 모든 것. 대화 히스토리가 왼쪽 사이드바에 나열됨</w:t>
      </w:r>
    </w:p>
    <w:p w14:paraId="08AA99A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Gemini: 이미지·음성·문서를 함께 처리하는 멀티모달 중심 설계</w:t>
      </w:r>
    </w:p>
    <w:p w14:paraId="13D5BEA4"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Claude: 긴 문서를 안전하게 처리하는 것을 강점으로 설계</w:t>
      </w:r>
    </w:p>
    <w:p w14:paraId="09FF4FAE"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AIR Studio: 프로젝트 단위로 에이전트·RAG·대화를 통합 관리하는 워크스페이스</w:t>
      </w:r>
    </w:p>
    <w:p w14:paraId="22A07F3C"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모델 라인업</w:t>
      </w:r>
      <w:r>
        <w:rPr>
          <w:rFonts w:ascii="Nanum Gothic" w:eastAsia="Nanum Gothic" w:hAnsi="Nanum Gothic" w:cs="Nanum Gothic"/>
          <w:color w:val="1A1A1A"/>
          <w:sz w:val="20"/>
          <w:lang w:eastAsia="ko-KR"/>
        </w:rPr>
        <w:t>:</w:t>
      </w:r>
    </w:p>
    <w:p w14:paraId="023DDD0B"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상용 3종: 각 회사의 자체 모델만 사용 가능</w:t>
      </w:r>
    </w:p>
    <w:p w14:paraId="1A55A3F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AIR Studio: 메가존과 계약된 여러 LLM 공급사 모델을 하나의 UI에서 선택 가능</w:t>
      </w:r>
    </w:p>
    <w:p w14:paraId="62804B0B"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업무 성격에 맞는 모델을 자유롭게 선택</w:t>
      </w:r>
    </w:p>
    <w:p w14:paraId="6ECBCFB1"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지식베이스 기능</w:t>
      </w:r>
      <w:r>
        <w:rPr>
          <w:rFonts w:ascii="Nanum Gothic" w:eastAsia="Nanum Gothic" w:hAnsi="Nanum Gothic" w:cs="Nanum Gothic"/>
          <w:color w:val="1A1A1A"/>
          <w:sz w:val="20"/>
          <w:lang w:eastAsia="ko-KR"/>
        </w:rPr>
        <w:t>:</w:t>
      </w:r>
    </w:p>
    <w:p w14:paraId="1BEBAC51"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lastRenderedPageBreak/>
        <w:t>• ChatGPT: 파일 업로드 가능하나 세션이 끝나면 초기화됨</w:t>
      </w:r>
    </w:p>
    <w:p w14:paraId="3B3E725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Claude: 프로젝트 단위로 파일을 유지하나 RAG 수준의 벡터 인덱싱은 아님</w:t>
      </w:r>
    </w:p>
    <w:p w14:paraId="65B6834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AIR Studio 지식 베이스: 사내 문서를 벡터 DB에 영구 인덱싱 → 언제든 검색 가능</w:t>
      </w:r>
    </w:p>
    <w:p w14:paraId="25D6E953"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에이전트 기능</w:t>
      </w:r>
      <w:r>
        <w:rPr>
          <w:rFonts w:ascii="Nanum Gothic" w:eastAsia="Nanum Gothic" w:hAnsi="Nanum Gothic" w:cs="Nanum Gothic"/>
          <w:color w:val="1A1A1A"/>
          <w:sz w:val="20"/>
          <w:lang w:eastAsia="ko-KR"/>
        </w:rPr>
        <w:t>:</w:t>
      </w:r>
    </w:p>
    <w:p w14:paraId="40C1E74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ChatGPT GPTs: 마켓플레이스에서 타인이 만든 에이전트 사용</w:t>
      </w:r>
    </w:p>
    <w:p w14:paraId="69D24543"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AIR Studio: 조직 내에서 직접 에이전트를 생성·배포·관리</w:t>
      </w:r>
    </w:p>
    <w:p w14:paraId="42B81D91"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요금 모델</w:t>
      </w:r>
      <w:r>
        <w:rPr>
          <w:rFonts w:ascii="Nanum Gothic" w:eastAsia="Nanum Gothic" w:hAnsi="Nanum Gothic" w:cs="Nanum Gothic"/>
          <w:color w:val="1A1A1A"/>
          <w:sz w:val="20"/>
          <w:lang w:eastAsia="ko-KR"/>
        </w:rPr>
        <w:t xml:space="preserve">: 상용 3종은 개인 결제 방식이라 부서별 추적이 어렵습니다. AIR Studio는 </w:t>
      </w:r>
      <w:r>
        <w:rPr>
          <w:rFonts w:ascii="Nanum Gothic" w:eastAsia="Nanum Gothic" w:hAnsi="Nanum Gothic" w:cs="Nanum Gothic"/>
          <w:b/>
          <w:color w:val="1A1A1A"/>
          <w:sz w:val="20"/>
          <w:lang w:eastAsia="ko-KR"/>
        </w:rPr>
        <w:t>프로젝트별 사용량 통계</w:t>
      </w:r>
      <w:r>
        <w:rPr>
          <w:rFonts w:ascii="Nanum Gothic" w:eastAsia="Nanum Gothic" w:hAnsi="Nanum Gothic" w:cs="Nanum Gothic"/>
          <w:color w:val="1A1A1A"/>
          <w:sz w:val="20"/>
          <w:lang w:eastAsia="ko-KR"/>
        </w:rPr>
        <w:t>로 토큰 소모량·비용을 추적합니다.</w:t>
      </w:r>
    </w:p>
    <w:tbl>
      <w:tblPr>
        <w:tblStyle w:val="af9"/>
        <w:tblW w:w="0" w:type="auto"/>
        <w:tblLayout w:type="fixed"/>
        <w:tblLook w:val="04A0" w:firstRow="1" w:lastRow="0" w:firstColumn="1" w:lastColumn="0" w:noHBand="0" w:noVBand="1"/>
      </w:tblPr>
      <w:tblGrid>
        <w:gridCol w:w="400"/>
        <w:gridCol w:w="8672"/>
      </w:tblGrid>
      <w:tr w:rsidR="00226CAC" w14:paraId="09E7D2CB" w14:textId="77777777">
        <w:tc>
          <w:tcPr>
            <w:tcW w:w="400" w:type="dxa"/>
            <w:shd w:val="clear" w:color="auto" w:fill="024AD8"/>
          </w:tcPr>
          <w:p w14:paraId="2C5311AD" w14:textId="77777777" w:rsidR="00226CAC" w:rsidRDefault="00226CAC">
            <w:pPr>
              <w:spacing w:before="80" w:after="80"/>
              <w:rPr>
                <w:rFonts w:eastAsia="Nanum Gothic"/>
                <w:lang w:eastAsia="ko-KR"/>
              </w:rPr>
            </w:pPr>
          </w:p>
        </w:tc>
        <w:tc>
          <w:tcPr>
            <w:tcW w:w="8672" w:type="dxa"/>
            <w:shd w:val="clear" w:color="auto" w:fill="F0F6FF"/>
          </w:tcPr>
          <w:p w14:paraId="09D9F710" w14:textId="77777777" w:rsidR="00226CAC" w:rsidRDefault="00000000">
            <w:pPr>
              <w:spacing w:before="80" w:after="80"/>
              <w:rPr>
                <w:rFonts w:eastAsia="Nanum Gothic"/>
                <w:lang w:eastAsia="ko-KR"/>
              </w:rPr>
            </w:pPr>
            <w:r>
              <w:rPr>
                <w:rFonts w:ascii="Nanum Gothic" w:eastAsia="Nanum Gothic" w:hAnsi="Nanum Gothic" w:cs="Nanum Gothic"/>
                <w:b/>
                <w:color w:val="024AD8"/>
                <w:sz w:val="20"/>
                <w:lang w:eastAsia="ko-KR"/>
              </w:rPr>
              <w:t>⭐ 핵심</w:t>
            </w:r>
            <w:r>
              <w:rPr>
                <w:rFonts w:ascii="Apple SD Gothic Neo" w:eastAsia="Nanum Gothic" w:hAnsi="Apple SD Gothic Neo" w:cs="Apple SD Gothic Neo"/>
                <w:b/>
                <w:color w:val="024AD8"/>
                <w:sz w:val="20"/>
                <w:lang w:eastAsia="ko-KR"/>
              </w:rPr>
              <w:br/>
            </w:r>
            <w:r>
              <w:rPr>
                <w:rFonts w:ascii="Nanum Gothic" w:eastAsia="Nanum Gothic" w:hAnsi="Nanum Gothic" w:cs="Nanum Gothic"/>
                <w:color w:val="1A1A1A"/>
                <w:sz w:val="20"/>
                <w:lang w:eastAsia="ko-KR"/>
              </w:rPr>
              <w:t>"ChatGPT에서 누가 얼마나 썼는지 추적이 되나요? AIR Studio는 프로젝트·사용자별로 비용을 추적합니다. 이것이 기업 거버넌스의 핵심입니다."</w:t>
            </w:r>
          </w:p>
        </w:tc>
      </w:tr>
    </w:tbl>
    <w:p w14:paraId="1D8E6F25" w14:textId="77777777" w:rsidR="00226CAC" w:rsidRDefault="00226CAC">
      <w:pPr>
        <w:rPr>
          <w:rFonts w:eastAsia="Nanum Gothic"/>
          <w:lang w:eastAsia="ko-KR"/>
        </w:rPr>
      </w:pPr>
    </w:p>
    <w:p w14:paraId="7C4A9729" w14:textId="77777777" w:rsidR="00226CAC" w:rsidRDefault="00000000">
      <w:pPr>
        <w:spacing w:before="200" w:after="40"/>
      </w:pPr>
      <w:r>
        <w:rPr>
          <w:rFonts w:ascii="Nanum Gothic" w:eastAsia="Nanum Gothic" w:hAnsi="Nanum Gothic" w:cs="Nanum Gothic"/>
          <w:b/>
          <w:color w:val="024AD8"/>
          <w:sz w:val="28"/>
        </w:rPr>
        <w:t>5.2.5 일반 챗봇 vs AIR Studio — 5차원 비교 (핵심 요약)</w:t>
      </w:r>
    </w:p>
    <w:tbl>
      <w:tblPr>
        <w:tblStyle w:val="af9"/>
        <w:tblW w:w="0" w:type="auto"/>
        <w:tblLook w:val="04A0" w:firstRow="1" w:lastRow="0" w:firstColumn="1" w:lastColumn="0" w:noHBand="0" w:noVBand="1"/>
      </w:tblPr>
      <w:tblGrid>
        <w:gridCol w:w="3024"/>
        <w:gridCol w:w="3024"/>
        <w:gridCol w:w="3024"/>
      </w:tblGrid>
      <w:tr w:rsidR="00226CAC" w14:paraId="24C5E063" w14:textId="77777777">
        <w:tc>
          <w:tcPr>
            <w:tcW w:w="3024" w:type="dxa"/>
            <w:shd w:val="clear" w:color="auto" w:fill="024AD8"/>
          </w:tcPr>
          <w:p w14:paraId="5495ECFD" w14:textId="77777777" w:rsidR="00226CAC" w:rsidRDefault="00000000">
            <w:pPr>
              <w:spacing w:before="60" w:after="60"/>
            </w:pPr>
            <w:r>
              <w:rPr>
                <w:rFonts w:ascii="Nanum Gothic" w:eastAsia="Nanum Gothic" w:hAnsi="Nanum Gothic" w:cs="Nanum Gothic"/>
                <w:b/>
                <w:color w:val="FFFFFF"/>
                <w:sz w:val="20"/>
              </w:rPr>
              <w:t>영역</w:t>
            </w:r>
          </w:p>
        </w:tc>
        <w:tc>
          <w:tcPr>
            <w:tcW w:w="3024" w:type="dxa"/>
            <w:shd w:val="clear" w:color="auto" w:fill="024AD8"/>
          </w:tcPr>
          <w:p w14:paraId="16B191BC" w14:textId="77777777" w:rsidR="00226CAC" w:rsidRDefault="00000000">
            <w:pPr>
              <w:spacing w:before="60" w:after="60"/>
            </w:pPr>
            <w:r>
              <w:rPr>
                <w:rFonts w:ascii="Nanum Gothic" w:eastAsia="Nanum Gothic" w:hAnsi="Nanum Gothic" w:cs="Nanum Gothic"/>
                <w:b/>
                <w:color w:val="FFFFFF"/>
                <w:sz w:val="20"/>
              </w:rPr>
              <w:t>일반 챗봇</w:t>
            </w:r>
          </w:p>
        </w:tc>
        <w:tc>
          <w:tcPr>
            <w:tcW w:w="3024" w:type="dxa"/>
            <w:shd w:val="clear" w:color="auto" w:fill="024AD8"/>
          </w:tcPr>
          <w:p w14:paraId="35309B62" w14:textId="77777777" w:rsidR="00226CAC" w:rsidRDefault="00000000">
            <w:pPr>
              <w:spacing w:before="60" w:after="60"/>
            </w:pPr>
            <w:r>
              <w:rPr>
                <w:rFonts w:ascii="Nanum Gothic" w:eastAsia="Nanum Gothic" w:hAnsi="Nanum Gothic" w:cs="Nanum Gothic"/>
                <w:b/>
                <w:color w:val="FFFFFF"/>
                <w:sz w:val="20"/>
              </w:rPr>
              <w:t>AIR Studio</w:t>
            </w:r>
          </w:p>
        </w:tc>
      </w:tr>
      <w:tr w:rsidR="00226CAC" w14:paraId="5D28A710" w14:textId="77777777">
        <w:tc>
          <w:tcPr>
            <w:tcW w:w="3024" w:type="dxa"/>
          </w:tcPr>
          <w:p w14:paraId="563DEB03" w14:textId="77777777" w:rsidR="00226CAC" w:rsidRDefault="00000000">
            <w:pPr>
              <w:spacing w:before="60" w:after="60"/>
            </w:pPr>
            <w:r>
              <w:rPr>
                <w:rFonts w:ascii="Nanum Gothic" w:eastAsia="Nanum Gothic" w:hAnsi="Nanum Gothic" w:cs="Nanum Gothic"/>
                <w:b/>
                <w:color w:val="1A1A1A"/>
                <w:sz w:val="20"/>
              </w:rPr>
              <w:t>멀티모델</w:t>
            </w:r>
          </w:p>
        </w:tc>
        <w:tc>
          <w:tcPr>
            <w:tcW w:w="3024" w:type="dxa"/>
          </w:tcPr>
          <w:p w14:paraId="206DC302" w14:textId="77777777" w:rsidR="00226CAC" w:rsidRDefault="00000000">
            <w:pPr>
              <w:spacing w:before="60" w:after="60"/>
            </w:pPr>
            <w:r>
              <w:rPr>
                <w:rFonts w:ascii="Nanum Gothic" w:eastAsia="Nanum Gothic" w:hAnsi="Nanum Gothic" w:cs="Nanum Gothic"/>
                <w:color w:val="1A1A1A"/>
                <w:sz w:val="20"/>
              </w:rPr>
              <w:t>한 회사 모델만</w:t>
            </w:r>
          </w:p>
        </w:tc>
        <w:tc>
          <w:tcPr>
            <w:tcW w:w="3024" w:type="dxa"/>
          </w:tcPr>
          <w:p w14:paraId="2DDEF34D" w14:textId="77777777" w:rsidR="00226CAC" w:rsidRDefault="00000000">
            <w:pPr>
              <w:spacing w:before="60" w:after="60"/>
            </w:pPr>
            <w:r>
              <w:rPr>
                <w:rFonts w:ascii="Nanum Gothic" w:eastAsia="Nanum Gothic" w:hAnsi="Nanum Gothic" w:cs="Nanum Gothic"/>
                <w:color w:val="1A1A1A"/>
                <w:sz w:val="20"/>
              </w:rPr>
              <w:t>Gemini·Claude·GPT·Solar 등 자유 선택</w:t>
            </w:r>
          </w:p>
        </w:tc>
      </w:tr>
      <w:tr w:rsidR="00226CAC" w14:paraId="01DA4203" w14:textId="77777777">
        <w:tc>
          <w:tcPr>
            <w:tcW w:w="3024" w:type="dxa"/>
          </w:tcPr>
          <w:p w14:paraId="7B9E05B3" w14:textId="77777777" w:rsidR="00226CAC" w:rsidRDefault="00000000">
            <w:pPr>
              <w:spacing w:before="60" w:after="60"/>
            </w:pPr>
            <w:r>
              <w:rPr>
                <w:rFonts w:ascii="Nanum Gothic" w:eastAsia="Nanum Gothic" w:hAnsi="Nanum Gothic" w:cs="Nanum Gothic"/>
                <w:b/>
                <w:color w:val="1A1A1A"/>
                <w:sz w:val="20"/>
              </w:rPr>
              <w:t>데이터 보안</w:t>
            </w:r>
          </w:p>
        </w:tc>
        <w:tc>
          <w:tcPr>
            <w:tcW w:w="3024" w:type="dxa"/>
          </w:tcPr>
          <w:p w14:paraId="784D8BA6"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외부 서버 전송, 통제 어려움</w:t>
            </w:r>
          </w:p>
        </w:tc>
        <w:tc>
          <w:tcPr>
            <w:tcW w:w="3024" w:type="dxa"/>
          </w:tcPr>
          <w:p w14:paraId="51F3679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데이터 분리·보안 통제·접근 제어</w:t>
            </w:r>
          </w:p>
        </w:tc>
      </w:tr>
      <w:tr w:rsidR="00226CAC" w14:paraId="776261EA" w14:textId="77777777">
        <w:tc>
          <w:tcPr>
            <w:tcW w:w="3024" w:type="dxa"/>
          </w:tcPr>
          <w:p w14:paraId="2D231002" w14:textId="77777777" w:rsidR="00226CAC" w:rsidRDefault="00000000">
            <w:pPr>
              <w:spacing w:before="60" w:after="60"/>
            </w:pPr>
            <w:r>
              <w:rPr>
                <w:rFonts w:ascii="Nanum Gothic" w:eastAsia="Nanum Gothic" w:hAnsi="Nanum Gothic" w:cs="Nanum Gothic"/>
                <w:b/>
                <w:color w:val="1A1A1A"/>
                <w:sz w:val="20"/>
              </w:rPr>
              <w:t>비용 관리</w:t>
            </w:r>
          </w:p>
        </w:tc>
        <w:tc>
          <w:tcPr>
            <w:tcW w:w="3024" w:type="dxa"/>
          </w:tcPr>
          <w:p w14:paraId="3529E8EF" w14:textId="77777777" w:rsidR="00226CAC" w:rsidRDefault="00000000">
            <w:pPr>
              <w:spacing w:before="60" w:after="60"/>
            </w:pPr>
            <w:r>
              <w:rPr>
                <w:rFonts w:ascii="Nanum Gothic" w:eastAsia="Nanum Gothic" w:hAnsi="Nanum Gothic" w:cs="Nanum Gothic"/>
                <w:color w:val="1A1A1A"/>
                <w:sz w:val="20"/>
              </w:rPr>
              <w:t>개인 결제, 추적 불가</w:t>
            </w:r>
          </w:p>
        </w:tc>
        <w:tc>
          <w:tcPr>
            <w:tcW w:w="3024" w:type="dxa"/>
          </w:tcPr>
          <w:p w14:paraId="23D9D8E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프로젝트별 비용 가시화 (사용량 통계)</w:t>
            </w:r>
          </w:p>
        </w:tc>
      </w:tr>
      <w:tr w:rsidR="00226CAC" w14:paraId="5ABEF676" w14:textId="77777777">
        <w:tc>
          <w:tcPr>
            <w:tcW w:w="3024" w:type="dxa"/>
          </w:tcPr>
          <w:p w14:paraId="14534BF7" w14:textId="77777777" w:rsidR="00226CAC" w:rsidRDefault="00000000">
            <w:pPr>
              <w:spacing w:before="60" w:after="60"/>
            </w:pPr>
            <w:r>
              <w:rPr>
                <w:rFonts w:ascii="Nanum Gothic" w:eastAsia="Nanum Gothic" w:hAnsi="Nanum Gothic" w:cs="Nanum Gothic"/>
                <w:b/>
                <w:color w:val="1A1A1A"/>
                <w:sz w:val="20"/>
              </w:rPr>
              <w:t>거버넌스</w:t>
            </w:r>
          </w:p>
        </w:tc>
        <w:tc>
          <w:tcPr>
            <w:tcW w:w="3024" w:type="dxa"/>
          </w:tcPr>
          <w:p w14:paraId="5A96033E" w14:textId="77777777" w:rsidR="00226CAC" w:rsidRDefault="00000000">
            <w:pPr>
              <w:spacing w:before="60" w:after="60"/>
            </w:pPr>
            <w:r>
              <w:rPr>
                <w:rFonts w:ascii="Nanum Gothic" w:eastAsia="Nanum Gothic" w:hAnsi="Nanum Gothic" w:cs="Nanum Gothic"/>
                <w:color w:val="1A1A1A"/>
                <w:sz w:val="20"/>
              </w:rPr>
              <w:t>정책 적용 어려움</w:t>
            </w:r>
          </w:p>
        </w:tc>
        <w:tc>
          <w:tcPr>
            <w:tcW w:w="3024" w:type="dxa"/>
          </w:tcPr>
          <w:p w14:paraId="48074A6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가드레일·접근 제어·감사로그</w:t>
            </w:r>
          </w:p>
        </w:tc>
      </w:tr>
      <w:tr w:rsidR="00226CAC" w14:paraId="2A299E2B" w14:textId="77777777">
        <w:tc>
          <w:tcPr>
            <w:tcW w:w="3024" w:type="dxa"/>
          </w:tcPr>
          <w:p w14:paraId="6B01F5EA" w14:textId="77777777" w:rsidR="00226CAC" w:rsidRDefault="00000000">
            <w:pPr>
              <w:spacing w:before="60" w:after="60"/>
            </w:pPr>
            <w:r>
              <w:rPr>
                <w:rFonts w:ascii="Nanum Gothic" w:eastAsia="Nanum Gothic" w:hAnsi="Nanum Gothic" w:cs="Nanum Gothic"/>
                <w:b/>
                <w:color w:val="1A1A1A"/>
                <w:sz w:val="20"/>
              </w:rPr>
              <w:t>자체 데이터</w:t>
            </w:r>
          </w:p>
        </w:tc>
        <w:tc>
          <w:tcPr>
            <w:tcW w:w="3024" w:type="dxa"/>
          </w:tcPr>
          <w:p w14:paraId="4544052C" w14:textId="77777777" w:rsidR="00226CAC" w:rsidRDefault="00000000">
            <w:pPr>
              <w:spacing w:before="60" w:after="60"/>
            </w:pPr>
            <w:r>
              <w:rPr>
                <w:rFonts w:ascii="Nanum Gothic" w:eastAsia="Nanum Gothic" w:hAnsi="Nanum Gothic" w:cs="Nanum Gothic"/>
                <w:color w:val="1A1A1A"/>
                <w:sz w:val="20"/>
              </w:rPr>
              <w:t>회사 문서 학습 불가</w:t>
            </w:r>
          </w:p>
        </w:tc>
        <w:tc>
          <w:tcPr>
            <w:tcW w:w="3024" w:type="dxa"/>
          </w:tcPr>
          <w:p w14:paraId="5D8749DD" w14:textId="77777777" w:rsidR="00226CAC" w:rsidRDefault="00000000">
            <w:pPr>
              <w:spacing w:before="60" w:after="60"/>
            </w:pPr>
            <w:r>
              <w:rPr>
                <w:rFonts w:ascii="Nanum Gothic" w:eastAsia="Nanum Gothic" w:hAnsi="Nanum Gothic" w:cs="Nanum Gothic"/>
                <w:color w:val="1A1A1A"/>
                <w:sz w:val="20"/>
              </w:rPr>
              <w:t>지식 베이스 (RAG)</w:t>
            </w:r>
          </w:p>
        </w:tc>
      </w:tr>
    </w:tbl>
    <w:p w14:paraId="19A5AD44" w14:textId="77777777" w:rsidR="00226CAC" w:rsidRDefault="00226CAC"/>
    <w:p w14:paraId="03F4D4C9" w14:textId="77777777" w:rsidR="00226CAC" w:rsidRDefault="00000000">
      <w:pPr>
        <w:spacing w:before="200" w:after="40"/>
      </w:pPr>
      <w:r>
        <w:rPr>
          <w:rFonts w:ascii="Nanum Gothic" w:eastAsia="Nanum Gothic" w:hAnsi="Nanum Gothic" w:cs="Nanum Gothic"/>
          <w:b/>
          <w:color w:val="024AD8"/>
          <w:sz w:val="28"/>
        </w:rPr>
        <w:t>5.2.6 AIR Studio 사용자 권한 이해</w:t>
      </w:r>
    </w:p>
    <w:p w14:paraId="6293D6A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AIR Studio의 프로젝트, 에이전트, 지식 베이스와 사용량 설정은 관리자가 운영합니다. 학습자는 배정된 계정으로 AI Assistant의 AIR Chat을 사용합니다. 프로젝트를 만들거나 관리 설정을 바꾸는 활동은 이번 과정에 포함하지 않습니다.</w:t>
      </w:r>
    </w:p>
    <w:tbl>
      <w:tblPr>
        <w:tblStyle w:val="af9"/>
        <w:tblW w:w="0" w:type="auto"/>
        <w:tblLook w:val="04A0" w:firstRow="1" w:lastRow="0" w:firstColumn="1" w:lastColumn="0" w:noHBand="0" w:noVBand="1"/>
      </w:tblPr>
      <w:tblGrid>
        <w:gridCol w:w="4536"/>
        <w:gridCol w:w="4536"/>
      </w:tblGrid>
      <w:tr w:rsidR="00226CAC" w14:paraId="028506A6" w14:textId="77777777">
        <w:tc>
          <w:tcPr>
            <w:tcW w:w="4536" w:type="dxa"/>
            <w:shd w:val="clear" w:color="auto" w:fill="024AD8"/>
          </w:tcPr>
          <w:p w14:paraId="2E2C63A9" w14:textId="77777777" w:rsidR="00226CAC" w:rsidRDefault="00000000">
            <w:pPr>
              <w:spacing w:before="60" w:after="60"/>
            </w:pPr>
            <w:r>
              <w:rPr>
                <w:rFonts w:ascii="Nanum Gothic" w:eastAsia="Nanum Gothic" w:hAnsi="Nanum Gothic" w:cs="Nanum Gothic"/>
                <w:b/>
                <w:color w:val="FFFFFF"/>
                <w:sz w:val="20"/>
              </w:rPr>
              <w:t>학습자가 사용하는 기능</w:t>
            </w:r>
          </w:p>
        </w:tc>
        <w:tc>
          <w:tcPr>
            <w:tcW w:w="4536" w:type="dxa"/>
            <w:shd w:val="clear" w:color="auto" w:fill="024AD8"/>
          </w:tcPr>
          <w:p w14:paraId="77F80FDA" w14:textId="77777777" w:rsidR="00226CAC" w:rsidRDefault="00000000">
            <w:pPr>
              <w:spacing w:before="60" w:after="60"/>
              <w:rPr>
                <w:rFonts w:eastAsia="Nanum Gothic"/>
                <w:lang w:eastAsia="ko-KR"/>
              </w:rPr>
            </w:pPr>
            <w:r>
              <w:rPr>
                <w:rFonts w:ascii="Nanum Gothic" w:eastAsia="Nanum Gothic" w:hAnsi="Nanum Gothic" w:cs="Nanum Gothic"/>
                <w:b/>
                <w:color w:val="FFFFFF"/>
                <w:sz w:val="20"/>
                <w:lang w:eastAsia="ko-KR"/>
              </w:rPr>
              <w:t>관리자가 운영하는 기능</w:t>
            </w:r>
          </w:p>
        </w:tc>
      </w:tr>
      <w:tr w:rsidR="00226CAC" w14:paraId="23194A52" w14:textId="77777777">
        <w:tc>
          <w:tcPr>
            <w:tcW w:w="4536" w:type="dxa"/>
          </w:tcPr>
          <w:p w14:paraId="445CC9B9" w14:textId="77777777" w:rsidR="00226CAC" w:rsidRDefault="00000000">
            <w:pPr>
              <w:spacing w:before="60" w:after="60"/>
            </w:pPr>
            <w:r>
              <w:rPr>
                <w:rFonts w:ascii="Nanum Gothic" w:eastAsia="Nanum Gothic" w:hAnsi="Nanum Gothic" w:cs="Nanum Gothic"/>
                <w:color w:val="1A1A1A"/>
                <w:sz w:val="20"/>
              </w:rPr>
              <w:t>AIR Chat 접속, 모델 선택, 프롬프트 입력, 응답 확인</w:t>
            </w:r>
          </w:p>
        </w:tc>
        <w:tc>
          <w:tcPr>
            <w:tcW w:w="4536" w:type="dxa"/>
          </w:tcPr>
          <w:p w14:paraId="36B3999F" w14:textId="77777777" w:rsidR="00226CAC" w:rsidRDefault="00000000">
            <w:pPr>
              <w:spacing w:before="60" w:after="60"/>
            </w:pPr>
            <w:r>
              <w:rPr>
                <w:rFonts w:ascii="Nanum Gothic" w:eastAsia="Nanum Gothic" w:hAnsi="Nanum Gothic" w:cs="Nanum Gothic"/>
                <w:color w:val="1A1A1A"/>
                <w:sz w:val="20"/>
              </w:rPr>
              <w:t>프로젝트 생성, 사용자 권한 설정, 에이전트 관리, 지식 베이스 관리</w:t>
            </w:r>
          </w:p>
        </w:tc>
      </w:tr>
    </w:tbl>
    <w:p w14:paraId="6293D6A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화면에 관리 메뉴가 보이더라도 직접 변경하지 않습니다. 필요한 권한이나 접속 정보가 없으면 강사에게 확인합니다.</w:t>
      </w:r>
    </w:p>
    <w:p w14:paraId="03F4D4C9" w14:textId="77777777" w:rsidR="00226CAC" w:rsidRDefault="00000000">
      <w:pPr>
        <w:spacing w:before="200" w:after="40"/>
      </w:pPr>
      <w:r>
        <w:rPr>
          <w:rFonts w:ascii="Nanum Gothic" w:eastAsia="Nanum Gothic" w:hAnsi="Nanum Gothic" w:cs="Nanum Gothic"/>
          <w:b/>
          <w:color w:val="024AD8"/>
          <w:sz w:val="28"/>
        </w:rPr>
        <w:t>5.2.7 AIR Chat — 멀티모델 채팅 인터페이스</w:t>
      </w:r>
    </w:p>
    <w:p w14:paraId="6293D6A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AIR Chat은 AIR Studio의 기본 대화 인터페이스입니다. 상용 LLM 채팅창과 비슷하지만, 하나의 대화창에서 여러 모델을 바꾸어 사용할 수 있습니다.</w:t>
      </w:r>
    </w:p>
    <w:p w14:paraId="6293D6A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멀티모델 선택: 대화 중 모델을 드롭다운으로 전환하고, 같은 질문을 Gemini, Claude, GPT 계열 모델에 보내 결과를 비교합니다.</w:t>
      </w:r>
    </w:p>
    <w:p w14:paraId="6293D6A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학습자 이용 범위: AIR Chat 대화는 관리자가 배정한 환경 안에서 이루어집니다. 학습자는 프로젝트를 만들거나 권한과 지식 베이스 설정을 변경하지 않습니다.</w:t>
      </w:r>
    </w:p>
    <w:p w14:paraId="6293D6A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AIR Chat 기본 사용법:</w:t>
      </w:r>
    </w:p>
    <w:p w14:paraId="5C5BF66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1. AI Assistant &gt; AIR Chat 접속</w:t>
      </w:r>
    </w:p>
    <w:p w14:paraId="5C5BF66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2. 상단 모델 선택 드롭다운에서 원하는 모델 선택</w:t>
      </w:r>
    </w:p>
    <w:p w14:paraId="5C5BF66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3. 메시지 입력창에 프롬프트 입력</w:t>
      </w:r>
    </w:p>
    <w:p w14:paraId="5C5BF66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4. 전송 후 응답 확인</w:t>
      </w:r>
    </w:p>
    <w:p w14:paraId="5C5BF66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5. 모델을 바꾸어 동일한 프롬프트를 다시 전송하고 비교</w:t>
      </w:r>
    </w:p>
    <w:p w14:paraId="03F4D4C9" w14:textId="77777777" w:rsidR="00226CAC" w:rsidRDefault="00000000">
      <w:pPr>
        <w:spacing w:before="200" w:after="40"/>
      </w:pPr>
      <w:r>
        <w:rPr>
          <w:rFonts w:ascii="Nanum Gothic" w:eastAsia="Nanum Gothic" w:hAnsi="Nanum Gothic" w:cs="Nanum Gothic"/>
          <w:b/>
          <w:color w:val="024AD8"/>
          <w:sz w:val="28"/>
        </w:rPr>
        <w:t>5.2.8 오늘 실습: 첫 프롬프트 전송</w:t>
      </w:r>
    </w:p>
    <w:p w14:paraId="6293D6A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실습 목표: 배정된 AIR Chat에서 3개 모델에 동일한 프롬프트를 전송하고 응답을 비교합니다.</w:t>
      </w:r>
    </w:p>
    <w:p w14:paraId="6293D6A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권장 실습 프롬프트: "AI가 내 업무를 도울 수 있는 방법 3가지를 구체적으로 알려줘."</w:t>
      </w:r>
    </w:p>
    <w:p w14:paraId="6293D6A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 프롬프트를 선택한 이유:</w:t>
      </w:r>
    </w:p>
    <w:p w14:paraId="41918D5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모델별 응답 차이를 관찰하기 좋음</w:t>
      </w:r>
    </w:p>
    <w:p w14:paraId="41918D5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내 직무와 연결해 생각하게 유도</w:t>
      </w:r>
    </w:p>
    <w:p w14:paraId="41918D5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나중에 캡스톤 아이디어 탐색에 활용 가능</w:t>
      </w:r>
    </w:p>
    <w:p w14:paraId="6293D6A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관찰 포인트: 3개 모델의 응답이 어떻게 다른지 확인하세요.</w:t>
      </w:r>
    </w:p>
    <w:p w14:paraId="41918D5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응답 길이가 다른가?</w:t>
      </w:r>
    </w:p>
    <w:p w14:paraId="41918D5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제안의 구체성이 다른가?</w:t>
      </w:r>
    </w:p>
    <w:p w14:paraId="41918D5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어느 모델이 내 업무 맥락에 더 유용한가?</w:t>
      </w:r>
    </w:p>
    <w:p w14:paraId="03F4D4C9" w14:textId="77777777" w:rsidR="00226CAC" w:rsidRDefault="00000000">
      <w:pPr>
        <w:spacing w:before="200" w:after="40"/>
      </w:pPr>
      <w:r>
        <w:rPr>
          <w:rFonts w:ascii="Nanum Gothic" w:eastAsia="Nanum Gothic" w:hAnsi="Nanum Gothic" w:cs="Nanum Gothic"/>
          <w:b/>
          <w:color w:val="024AD8"/>
          <w:sz w:val="28"/>
        </w:rPr>
        <w:t>5.2.9 모델 비교 기록 활용하기</w:t>
      </w:r>
    </w:p>
    <w:p w14:paraId="6293D6A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배정된 AIR Chat에서 관심 있는 업무에 관한 동일한 질문을 여러 모델에 보내고 답변 차이를 확인합니다. 학습자는 AIR Studio 사용자이며 프로젝트를 생성하거나 관리하지 않습니다.</w:t>
      </w:r>
    </w:p>
    <w:p w14:paraId="6293D6A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비교 결과에서 도움이 된 설명과 부족했던 점을 기존 학습일지에 기록합니다. 문서 마지막에서 자신이 해결할 문제를 정할 때 이 기록을 참고합니다.</w:t>
      </w:r>
    </w:p>
    <w:p w14:paraId="5C7E793D"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5.3 핵심 3줄 정리</w:t>
      </w:r>
    </w:p>
    <w:p w14:paraId="7AFE085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1. </w:t>
      </w:r>
      <w:r>
        <w:rPr>
          <w:rFonts w:ascii="Nanum Gothic" w:eastAsia="Nanum Gothic" w:hAnsi="Nanum Gothic" w:cs="Nanum Gothic"/>
          <w:b/>
          <w:color w:val="1A1A1A"/>
          <w:sz w:val="20"/>
          <w:lang w:eastAsia="ko-KR"/>
        </w:rPr>
        <w:t>기업이 상용 LLM을 그대로 못 쓰는 이유: 보안·비용 추적·거버넌스 부재.</w:t>
      </w:r>
      <w:r>
        <w:rPr>
          <w:rFonts w:ascii="Nanum Gothic" w:eastAsia="Nanum Gothic" w:hAnsi="Nanum Gothic" w:cs="Nanum Gothic"/>
          <w:color w:val="1A1A1A"/>
          <w:sz w:val="20"/>
          <w:lang w:eastAsia="ko-KR"/>
        </w:rPr>
        <w:t xml:space="preserve"> AIR Studio는 프로젝트 단위로 이를 해결한다.</w:t>
      </w:r>
    </w:p>
    <w:p w14:paraId="7E935F4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2. </w:t>
      </w:r>
      <w:r>
        <w:rPr>
          <w:rFonts w:ascii="Nanum Gothic" w:eastAsia="Nanum Gothic" w:hAnsi="Nanum Gothic" w:cs="Nanum Gothic"/>
          <w:b/>
          <w:color w:val="1A1A1A"/>
          <w:sz w:val="20"/>
          <w:lang w:eastAsia="ko-KR"/>
        </w:rPr>
        <w:t>AIR Studio의 차별점: 멀티모델 선택·지식 베이스(RAG)·에이전트 관리·감사로그.</w:t>
      </w:r>
      <w:r>
        <w:rPr>
          <w:rFonts w:ascii="Nanum Gothic" w:eastAsia="Nanum Gothic" w:hAnsi="Nanum Gothic" w:cs="Nanum Gothic"/>
          <w:color w:val="1A1A1A"/>
          <w:sz w:val="20"/>
          <w:lang w:eastAsia="ko-KR"/>
        </w:rPr>
        <w:t xml:space="preserve"> 상용 3종에는 없거나 제한적이다.</w:t>
      </w:r>
    </w:p>
    <w:p w14:paraId="76BB06EC"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3. 오늘 핵심 실습: AIR Chat에서 동일한 프롬프트를 3개 모델에 전송하고 차이를 기록한다. 이 비교 결과를 학습일지에 남깁니다.</w:t>
      </w:r>
    </w:p>
    <w:p w14:paraId="6195FF1B" w14:textId="77777777" w:rsidR="00226CAC" w:rsidRDefault="00000000">
      <w:pPr>
        <w:pBdr>
          <w:bottom w:val="single" w:sz="4" w:space="1" w:color="024AD8"/>
        </w:pBdr>
        <w:spacing w:before="280" w:after="80"/>
      </w:pPr>
      <w:r>
        <w:rPr>
          <w:rFonts w:ascii="Nanum Gothic" w:eastAsia="Nanum Gothic" w:hAnsi="Nanum Gothic" w:cs="Nanum Gothic"/>
          <w:b/>
          <w:color w:val="024AD8"/>
          <w:sz w:val="36"/>
        </w:rPr>
        <w:t>5.4 개념 연결 지도</w:t>
      </w:r>
    </w:p>
    <w:tbl>
      <w:tblPr>
        <w:tblStyle w:val="af9"/>
        <w:tblW w:w="0" w:type="auto"/>
        <w:tblLook w:val="04A0" w:firstRow="1" w:lastRow="0" w:firstColumn="1" w:lastColumn="0" w:noHBand="0" w:noVBand="1"/>
      </w:tblPr>
      <w:tblGrid>
        <w:gridCol w:w="9072"/>
      </w:tblGrid>
      <w:tr w:rsidR="00226CAC" w14:paraId="0CE8DFEC" w14:textId="77777777">
        <w:tc>
          <w:tcPr>
            <w:tcW w:w="9072" w:type="dxa"/>
            <w:shd w:val="clear" w:color="auto" w:fill="F7F7F7"/>
          </w:tcPr>
          <w:p w14:paraId="5268A6B1"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[LLM 핵심 용어 &amp; 작동 원리]</w:t>
              <w:br/>
              <w:t xml:space="preserve">  토큰·파라미터·컨텍스트·임베딩·온도</w:t>
              <w:br/>
              <w:t xml:space="preserve">  │</w:t>
              <w:br/>
              <w:t xml:space="preserve">  │ ← 이 엔진을 탑재한 플랫폼</w:t>
              <w:br/>
              <w:t xml:space="preserve">  ▼</w:t>
              <w:br/>
              <w:t>[AIR Studio 플랫폼 소개] ← 지금 여기</w:t>
              <w:br/>
              <w:t xml:space="preserve">  │</w:t>
              <w:br/>
              <w:t xml:space="preserve">  ├── AI Assistant</w:t>
              <w:br/>
              <w:t xml:space="preserve">  │   └── AIR Chat (멀티모델 대화) ← 오늘 실습</w:t>
              <w:br/>
              <w:t xml:space="preserve">  │</w:t>
              <w:br/>
              <w:t xml:space="preserve">  └── AIR Studio</w:t>
              <w:br/>
              <w:t xml:space="preserve">      ├── 프로젝트 관리 ← 관리자 기능</w:t>
              <w:br/>
              <w:t xml:space="preserve">      ├── 에이전트 관리 ← 관리자 기능</w:t>
              <w:br/>
              <w:t xml:space="preserve">      └── RAG 관리 ← 관리자 기능</w:t>
              <w:br/>
              <w:t xml:space="preserve">  │</w:t>
              <w:br/>
              <w:t xml:space="preserve">  ▼</w:t>
              <w:br/>
              <w:t>[AIR Studio 인터페이스 탐색]</w:t>
              <w:br/>
              <w:t xml:space="preserve">  AIR Chat에서 모델·온도·System Prompt 실험</w:t>
              <w:br/>
              <w:t xml:space="preserve">  → 응답 차이 비교와 모델 선택 기준 연결</w:t>
              <w:br/>
              <w:t xml:space="preserve">  │</w:t>
              <w:br/>
              <w:t xml:space="preserve">  ▼</w:t>
              <w:br/>
              <w:t>[캡스톤 기획 기준선] 오늘 기록한 3모델 비교 결과가 기반</w:t>
            </w:r>
          </w:p>
        </w:tc>
      </w:tr>
    </w:tbl>
    <w:p w14:paraId="5CE31508" w14:textId="77777777" w:rsidR="00226CAC" w:rsidRDefault="00226CAC">
      <w:pPr>
        <w:rPr>
          <w:rFonts w:eastAsia="Nanum Gothic"/>
          <w:lang w:eastAsia="ko-KR"/>
        </w:rPr>
      </w:pPr>
    </w:p>
    <w:p w14:paraId="0EAACBDF"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5.5 심화 학습</w:t>
      </w:r>
    </w:p>
    <w:p w14:paraId="495BD612"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AIR Studio 공식 문서</w:t>
      </w:r>
      <w:r>
        <w:rPr>
          <w:rFonts w:ascii="Nanum Gothic" w:eastAsia="Nanum Gothic" w:hAnsi="Nanum Gothic" w:cs="Nanum Gothic"/>
          <w:color w:val="1A1A1A"/>
          <w:sz w:val="20"/>
          <w:lang w:eastAsia="ko-KR"/>
        </w:rPr>
        <w:t>: https://docs.air.megaone.com/docs/category/user-portal → 각 메뉴의 공식 설명·용어 확인 가능</w:t>
      </w:r>
    </w:p>
    <w:p w14:paraId="633042E2"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기업 AI 거버넌스 관련 참고</w:t>
      </w:r>
      <w:r>
        <w:rPr>
          <w:rFonts w:ascii="Nanum Gothic" w:eastAsia="Nanum Gothic" w:hAnsi="Nanum Gothic" w:cs="Nanum Gothic"/>
          <w:color w:val="1A1A1A"/>
          <w:sz w:val="20"/>
          <w:lang w:eastAsia="ko-KR"/>
        </w:rPr>
        <w:t>:</w:t>
      </w:r>
    </w:p>
    <w:p w14:paraId="4D82C9D8" w14:textId="77777777" w:rsidR="00226CAC" w:rsidRDefault="00000000">
      <w:pPr>
        <w:spacing w:before="40" w:after="40"/>
        <w:ind w:left="397"/>
      </w:pPr>
      <w:r>
        <w:rPr>
          <w:rFonts w:ascii="Nanum Gothic" w:eastAsia="Nanum Gothic" w:hAnsi="Nanum Gothic" w:cs="Nanum Gothic"/>
          <w:color w:val="1A1A1A"/>
          <w:sz w:val="20"/>
        </w:rPr>
        <w:t>• NIST AI Risk Management Framework:</w:t>
      </w:r>
    </w:p>
    <w:p w14:paraId="2D8632F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https://www.nist.gov/system/files/documents/2023/01/26/NIST_AI_RMF_1.0.pdf </w:t>
      </w:r>
      <w:r>
        <w:rPr>
          <w:rFonts w:ascii="Nanum Gothic" w:eastAsia="Nanum Gothic" w:hAnsi="Nanum Gothic" w:cs="Nanum Gothic"/>
          <w:i/>
          <w:color w:val="1A1A1A"/>
          <w:sz w:val="20"/>
          <w:lang w:eastAsia="ko-KR"/>
        </w:rPr>
        <w:t>(미국 표준기술연구소의 AI 리스크 관리 프레임워크 — 영문)</w:t>
      </w:r>
    </w:p>
    <w:p w14:paraId="105E2339" w14:textId="77777777" w:rsidR="00226CAC" w:rsidRDefault="00226CAC">
      <w:pPr>
        <w:spacing w:before="60" w:after="60"/>
        <w:rPr>
          <w:rFonts w:eastAsia="Nanum Gothic"/>
          <w:lang w:eastAsia="ko-KR"/>
        </w:rPr>
      </w:pP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6. AIR Studio 인터페이스와 모델 비교</w:t>
            </w:r>
          </w:p>
          <w:p>
            <w:pPr>
              <w:spacing w:before="0" w:after="200" w:line="340" w:lineRule="exact"/>
            </w:pPr>
            <w:r>
              <w:rPr>
                <w:rFonts w:ascii="Nanum Gothic" w:hAnsi="Nanum Gothic" w:eastAsia="Nanum Gothic" w:cs="Nanum Gothic"/>
                <w:b w:val="0"/>
                <w:i/>
                <w:color w:val="C9E0FC"/>
                <w:sz w:val="26"/>
              </w:rPr>
              <w:t>같은 프롬프트를 여러 모델에 실행하고 업무 기준으로 비교한다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화면 탐색</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동일 조건 실행</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비교 기록</w:t>
            </w:r>
          </w:p>
        </w:tc>
      </w:tr>
    </w:tbl>
    <w:p/>
    <w:tbl>
      <w:tblPr>
        <w:tblStyle w:val="af9"/>
        <w:tblW w:w="0" w:type="auto"/>
        <w:tblLayout w:type="fixed"/>
        <w:tblLook w:val="04A0" w:firstRow="1" w:lastRow="0" w:firstColumn="1" w:lastColumn="0" w:noHBand="0" w:noVBand="1"/>
      </w:tblPr>
      <w:tblGrid>
        <w:gridCol w:w="400"/>
        <w:gridCol w:w="8672"/>
      </w:tblGrid>
      <w:tr w:rsidR="00226CAC" w14:paraId="74430C45" w14:textId="77777777">
        <w:tc>
          <w:tcPr>
            <w:tcW w:w="400" w:type="dxa"/>
            <w:shd w:val="clear" w:color="auto" w:fill="C05621"/>
          </w:tcPr>
          <w:p w14:paraId="0679EDFE" w14:textId="77777777" w:rsidR="00226CAC" w:rsidRDefault="00226CAC">
            <w:pPr>
              <w:spacing w:before="80" w:after="80"/>
              <w:rPr>
                <w:rFonts w:eastAsia="Nanum Gothic"/>
                <w:lang w:eastAsia="ko-KR"/>
              </w:rPr>
            </w:pPr>
          </w:p>
        </w:tc>
        <w:tc>
          <w:tcPr>
            <w:tcW w:w="8672" w:type="dxa"/>
            <w:shd w:val="clear" w:color="auto" w:fill="FFF7E6"/>
          </w:tcPr>
          <w:p w14:paraId="0EABEA2A" w14:textId="77777777" w:rsidR="00226CAC" w:rsidRDefault="00000000">
            <w:pPr>
              <w:spacing w:before="80" w:after="80"/>
              <w:rPr>
                <w:rFonts w:eastAsia="Nanum Gothic"/>
                <w:lang w:eastAsia="ko-KR"/>
              </w:rPr>
            </w:pPr>
            <w:r>
              <w:rPr>
                <w:rFonts w:ascii="Nanum Gothic" w:eastAsia="Nanum Gothic" w:hAnsi="Nanum Gothic" w:cs="Nanum Gothic"/>
                <w:b/>
                <w:color w:val="C05621"/>
                <w:sz w:val="20"/>
                <w:lang w:eastAsia="ko-KR"/>
              </w:rPr>
              <w:t>⚠️ 주의</w:t>
            </w:r>
            <w:r>
              <w:rPr>
                <w:rFonts w:ascii="Apple SD Gothic Neo" w:eastAsia="Nanum Gothic" w:hAnsi="Apple SD Gothic Neo" w:cs="Apple SD Gothic Neo"/>
                <w:b/>
                <w:color w:val="C05621"/>
                <w:sz w:val="20"/>
                <w:lang w:eastAsia="ko-KR"/>
              </w:rPr>
              <w:br/>
            </w:r>
            <w:r>
              <w:rPr>
                <w:rFonts w:ascii="Nanum Gothic" w:eastAsia="Nanum Gothic" w:hAnsi="Nanum Gothic" w:cs="Nanum Gothic"/>
                <w:color w:val="1A1A1A"/>
                <w:sz w:val="20"/>
                <w:lang w:eastAsia="ko-KR"/>
              </w:rPr>
              <w:t>AI 사용 경계 - ✅ 허용: System Prompt를 다양하게 실험, 모델 응답 비교 - ❌ 금지: 셀프체크 답을 AI에 묻기, 모델 비교 활동 전에 AI에게 "어느 모델이 좋아?" 묻기</w:t>
            </w:r>
          </w:p>
        </w:tc>
      </w:tr>
    </w:tbl>
    <w:p w14:paraId="4B3AAA0D" w14:textId="77777777" w:rsidR="00226CAC" w:rsidRDefault="00226CAC">
      <w:pPr>
        <w:rPr>
          <w:rFonts w:eastAsia="Nanum Gothic"/>
          <w:lang w:eastAsia="ko-KR"/>
        </w:rPr>
      </w:pPr>
    </w:p>
    <w:p w14:paraId="249A9FA6" w14:textId="77777777" w:rsidR="00226CAC" w:rsidRDefault="00000000">
      <w:pPr>
        <w:pBdr>
          <w:bottom w:val="single" w:sz="4" w:space="1" w:color="024AD8"/>
        </w:pBdr>
        <w:spacing w:before="280" w:after="80"/>
      </w:pPr>
      <w:r>
        <w:rPr>
          <w:rFonts w:ascii="Nanum Gothic" w:eastAsia="Nanum Gothic" w:hAnsi="Nanum Gothic" w:cs="Nanum Gothic"/>
          <w:b/>
          <w:color w:val="024AD8"/>
          <w:sz w:val="36"/>
        </w:rPr>
        <w:t>6.1 학습 목표</w:t>
      </w:r>
    </w:p>
    <w:tbl>
      <w:tblPr>
        <w:tblStyle w:val="af9"/>
        <w:tblW w:w="0" w:type="auto"/>
        <w:tblLook w:val="04A0" w:firstRow="1" w:lastRow="0" w:firstColumn="1" w:lastColumn="0" w:noHBand="0" w:noVBand="1"/>
      </w:tblPr>
      <w:tblGrid>
        <w:gridCol w:w="4536"/>
        <w:gridCol w:w="4536"/>
      </w:tblGrid>
      <w:tr w:rsidR="00226CAC" w14:paraId="7D39F2A4" w14:textId="77777777">
        <w:tc>
          <w:tcPr>
            <w:tcW w:w="4536" w:type="dxa"/>
            <w:shd w:val="clear" w:color="auto" w:fill="024AD8"/>
          </w:tcPr>
          <w:p w14:paraId="5AEB5E7F" w14:textId="77777777" w:rsidR="00226CAC" w:rsidRDefault="00000000">
            <w:pPr>
              <w:spacing w:before="60" w:after="60"/>
            </w:pPr>
            <w:r>
              <w:rPr>
                <w:rFonts w:ascii="Nanum Gothic" w:eastAsia="Nanum Gothic" w:hAnsi="Nanum Gothic" w:cs="Nanum Gothic"/>
                <w:b/>
                <w:color w:val="FFFFFF"/>
                <w:sz w:val="20"/>
              </w:rPr>
              <w:t>계층</w:t>
            </w:r>
          </w:p>
        </w:tc>
        <w:tc>
          <w:tcPr>
            <w:tcW w:w="4536" w:type="dxa"/>
            <w:shd w:val="clear" w:color="auto" w:fill="024AD8"/>
          </w:tcPr>
          <w:p w14:paraId="12951B03" w14:textId="77777777" w:rsidR="00226CAC" w:rsidRDefault="00000000">
            <w:pPr>
              <w:spacing w:before="60" w:after="60"/>
            </w:pPr>
            <w:r>
              <w:rPr>
                <w:rFonts w:ascii="Nanum Gothic" w:eastAsia="Nanum Gothic" w:hAnsi="Nanum Gothic" w:cs="Nanum Gothic"/>
                <w:b/>
                <w:color w:val="FFFFFF"/>
                <w:sz w:val="20"/>
              </w:rPr>
              <w:t>목표</w:t>
            </w:r>
          </w:p>
        </w:tc>
      </w:tr>
      <w:tr w:rsidR="00226CAC" w14:paraId="420DF765" w14:textId="77777777">
        <w:tc>
          <w:tcPr>
            <w:tcW w:w="4536" w:type="dxa"/>
          </w:tcPr>
          <w:p w14:paraId="331E7264" w14:textId="77777777" w:rsidR="00226CAC" w:rsidRDefault="00000000">
            <w:pPr>
              <w:spacing w:before="60" w:after="60"/>
            </w:pPr>
            <w:r>
              <w:rPr>
                <w:rFonts w:ascii="Nanum Gothic" w:eastAsia="Nanum Gothic" w:hAnsi="Nanum Gothic" w:cs="Nanum Gothic"/>
                <w:b/>
                <w:color w:val="1A1A1A"/>
                <w:sz w:val="20"/>
              </w:rPr>
              <w:t>전이</w:t>
            </w:r>
          </w:p>
        </w:tc>
        <w:tc>
          <w:tcPr>
            <w:tcW w:w="4536" w:type="dxa"/>
          </w:tcPr>
          <w:p w14:paraId="32174710"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새로운 모델이 추가되었을 때 본인 기준으로 평가하고 기존 모델과 비교 선택할 수 있다</w:t>
            </w:r>
          </w:p>
        </w:tc>
      </w:tr>
      <w:tr w:rsidR="00226CAC" w14:paraId="64CE64C0" w14:textId="77777777">
        <w:tc>
          <w:tcPr>
            <w:tcW w:w="4536" w:type="dxa"/>
          </w:tcPr>
          <w:p w14:paraId="2CD8BB94" w14:textId="77777777" w:rsidR="00226CAC" w:rsidRDefault="00000000">
            <w:pPr>
              <w:spacing w:before="60" w:after="60"/>
            </w:pPr>
            <w:r>
              <w:rPr>
                <w:rFonts w:ascii="Nanum Gothic" w:eastAsia="Nanum Gothic" w:hAnsi="Nanum Gothic" w:cs="Nanum Gothic"/>
                <w:b/>
                <w:color w:val="1A1A1A"/>
                <w:sz w:val="20"/>
              </w:rPr>
              <w:t>이해</w:t>
            </w:r>
          </w:p>
        </w:tc>
        <w:tc>
          <w:tcPr>
            <w:tcW w:w="4536" w:type="dxa"/>
          </w:tcPr>
          <w:p w14:paraId="11A0E71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모델 비교 시 주관적 인상을 측정 가능한 4기준(정확성·자연스러움·속도·한국어)으로 전환할 수 있다</w:t>
            </w:r>
          </w:p>
        </w:tc>
      </w:tr>
      <w:tr w:rsidR="00226CAC" w14:paraId="14C7DADD" w14:textId="77777777">
        <w:tc>
          <w:tcPr>
            <w:tcW w:w="4536" w:type="dxa"/>
          </w:tcPr>
          <w:p w14:paraId="5CFBFC34" w14:textId="77777777" w:rsidR="00226CAC" w:rsidRDefault="00000000">
            <w:pPr>
              <w:spacing w:before="60" w:after="60"/>
            </w:pPr>
            <w:r>
              <w:rPr>
                <w:rFonts w:ascii="Nanum Gothic" w:eastAsia="Nanum Gothic" w:hAnsi="Nanum Gothic" w:cs="Nanum Gothic"/>
                <w:b/>
                <w:color w:val="1A1A1A"/>
                <w:sz w:val="20"/>
              </w:rPr>
              <w:t>지식·기능</w:t>
            </w:r>
          </w:p>
        </w:tc>
        <w:tc>
          <w:tcPr>
            <w:tcW w:w="4536" w:type="dxa"/>
          </w:tcPr>
          <w:p w14:paraId="4A074AA8" w14:textId="77777777" w:rsidR="00226CAC" w:rsidRDefault="00000000">
            <w:pPr>
              <w:spacing w:before="60" w:after="60"/>
            </w:pPr>
            <w:r>
              <w:rPr>
                <w:rFonts w:ascii="Nanum Gothic" w:eastAsia="Nanum Gothic" w:hAnsi="Nanum Gothic" w:cs="Nanum Gothic"/>
                <w:color w:val="1A1A1A"/>
                <w:sz w:val="20"/>
              </w:rPr>
              <w:t>AIR Chat에서 모델 선택·온도·max tokens·System Prompt를 능숙하게 조작할 수 있다</w:t>
            </w:r>
          </w:p>
        </w:tc>
      </w:tr>
    </w:tbl>
    <w:p w14:paraId="5223FCDE" w14:textId="77777777" w:rsidR="00226CAC" w:rsidRDefault="00226CAC"/>
    <w:p w14:paraId="49A8AD69" w14:textId="77777777" w:rsidR="00226CAC" w:rsidRDefault="00000000">
      <w:pPr>
        <w:pBdr>
          <w:bottom w:val="single" w:sz="4" w:space="1" w:color="024AD8"/>
        </w:pBdr>
        <w:spacing w:before="280" w:after="80"/>
      </w:pPr>
      <w:r>
        <w:rPr>
          <w:rFonts w:ascii="Nanum Gothic" w:eastAsia="Nanum Gothic" w:hAnsi="Nanum Gothic" w:cs="Nanum Gothic"/>
          <w:b/>
          <w:color w:val="024AD8"/>
          <w:sz w:val="36"/>
        </w:rPr>
        <w:t>6.2 핵심 개념</w:t>
      </w:r>
    </w:p>
    <w:p w14:paraId="67116A09" w14:textId="77777777" w:rsidR="00226CAC" w:rsidRDefault="00000000">
      <w:pPr>
        <w:spacing w:before="200" w:after="40"/>
      </w:pPr>
      <w:r>
        <w:rPr>
          <w:rFonts w:ascii="Nanum Gothic" w:eastAsia="Nanum Gothic" w:hAnsi="Nanum Gothic" w:cs="Nanum Gothic"/>
          <w:b/>
          <w:color w:val="024AD8"/>
          <w:sz w:val="28"/>
        </w:rPr>
        <w:t>6.2.1 모델 선택 기준 생각해보기</w:t>
      </w:r>
    </w:p>
    <w:tbl>
      <w:tblPr>
        <w:tblStyle w:val="af9"/>
        <w:tblW w:w="0" w:type="auto"/>
        <w:tblLayout w:type="fixed"/>
        <w:tblLook w:val="04A0" w:firstRow="1" w:lastRow="0" w:firstColumn="1" w:lastColumn="0" w:noHBand="0" w:noVBand="1"/>
      </w:tblPr>
      <w:tblGrid>
        <w:gridCol w:w="400"/>
        <w:gridCol w:w="8672"/>
      </w:tblGrid>
      <w:tr w:rsidR="00226CAC" w14:paraId="68409923" w14:textId="77777777">
        <w:tc>
          <w:tcPr>
            <w:tcW w:w="400" w:type="dxa"/>
            <w:shd w:val="clear" w:color="auto" w:fill="6B46C1"/>
          </w:tcPr>
          <w:p w14:paraId="221DD3C2" w14:textId="77777777" w:rsidR="00226CAC" w:rsidRDefault="00226CAC">
            <w:pPr>
              <w:spacing w:before="80" w:after="80"/>
            </w:pPr>
          </w:p>
        </w:tc>
        <w:tc>
          <w:tcPr>
            <w:tcW w:w="8672" w:type="dxa"/>
            <w:shd w:val="clear" w:color="auto" w:fill="F3EEFB"/>
          </w:tcPr>
          <w:p w14:paraId="6D516FF2" w14:textId="7777777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"가장 빠른 모델 vs 가장 정확한 모델, 어느 쪽이 더 좋을까요?"</w:t>
            </w:r>
          </w:p>
        </w:tc>
      </w:tr>
    </w:tbl>
    <w:p w14:paraId="113FC815" w14:textId="77777777" w:rsidR="00226CAC" w:rsidRDefault="00226CAC">
      <w:pPr>
        <w:rPr>
          <w:rFonts w:eastAsia="Nanum Gothic"/>
          <w:lang w:eastAsia="ko-KR"/>
        </w:rPr>
      </w:pPr>
    </w:p>
    <w:p w14:paraId="56EB847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직관적 답변: "당연히 둘 다 좋은 게 최고 아닌가요?"</w:t>
      </w:r>
    </w:p>
    <w:p w14:paraId="244614A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현실:</w:t>
      </w:r>
    </w:p>
    <w:p w14:paraId="2F937727"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빠른 모델은 대체로 경량화(Quantization/Pruning) → 일부 성능 희생</w:t>
      </w:r>
    </w:p>
    <w:p w14:paraId="474EF240"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lastRenderedPageBreak/>
        <w:t>• 정확한 모델은 대체로 크고 느림 → 응답 지연·비용 증가</w:t>
      </w:r>
    </w:p>
    <w:p w14:paraId="3AB06E5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"빠르고 정확한" 모델이 존재한다면 모든 사람이 그것만 쓰겠죠.</w:t>
      </w:r>
    </w:p>
    <w:p w14:paraId="1D8611CB"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하지만 현실에서는 트레이드오프가 있습니다.</w:t>
      </w:r>
    </w:p>
    <w:p w14:paraId="3B655AD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이 세션의 핵심: </w:t>
      </w:r>
      <w:r>
        <w:rPr>
          <w:rFonts w:ascii="Nanum Gothic" w:eastAsia="Nanum Gothic" w:hAnsi="Nanum Gothic" w:cs="Nanum Gothic"/>
          <w:b/>
          <w:color w:val="1A1A1A"/>
          <w:sz w:val="20"/>
          <w:lang w:eastAsia="ko-KR"/>
        </w:rPr>
        <w:t>"어떤 업무에 어떤 기준이 더 중요한가"를 판단하는 틀을 만드는 것.</w:t>
      </w:r>
    </w:p>
    <w:p w14:paraId="3A5A7F29"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6.2.2 AIR Chat 인터페이스 상세 탐색</w:t>
      </w:r>
    </w:p>
    <w:p w14:paraId="3CCD234F" w14:textId="77777777" w:rsidR="00226CAC" w:rsidRDefault="00000000">
      <w:pPr>
        <w:spacing w:before="60" w:after="60"/>
      </w:pPr>
      <w:r>
        <w:rPr>
          <w:rFonts w:ascii="Nanum Gothic" w:eastAsia="Nanum Gothic" w:hAnsi="Nanum Gothic" w:cs="Nanum Gothic"/>
          <w:i/>
          <w:color w:val="1A1A1A"/>
          <w:sz w:val="20"/>
        </w:rPr>
        <w:t>(AIR Studio 공식 문서 v2.5.4, §1-1 AIR Chat 기반)</w:t>
      </w:r>
    </w:p>
    <w:p w14:paraId="24D05841" w14:textId="77777777" w:rsidR="00226CAC" w:rsidRDefault="00000000">
      <w:pPr>
        <w:spacing w:before="60" w:after="60"/>
      </w:pPr>
      <w:r>
        <w:rPr>
          <w:rFonts w:ascii="Nanum Gothic" w:eastAsia="Nanum Gothic" w:hAnsi="Nanum Gothic" w:cs="Nanum Gothic"/>
          <w:color w:val="1A1A1A"/>
          <w:sz w:val="20"/>
        </w:rPr>
        <w:t>AIR Chat은 AIR Studio의 메인 대화 인터페이스입니다. 공식 경로: AI Assistant &gt; AIR Chat</w:t>
      </w:r>
    </w:p>
    <w:p w14:paraId="67D6852F" w14:textId="77777777" w:rsidR="00226CAC" w:rsidRDefault="00000000">
      <w:pPr>
        <w:spacing w:before="160" w:after="40"/>
      </w:pPr>
      <w:r>
        <w:rPr>
          <w:rFonts w:ascii="Nanum Gothic" w:eastAsia="Nanum Gothic" w:hAnsi="Nanum Gothic" w:cs="Nanum Gothic"/>
          <w:b/>
          <w:color w:val="024AD8"/>
          <w:sz w:val="24"/>
        </w:rPr>
        <w:t>6.2.2.1 주요 UI 요소</w:t>
      </w:r>
    </w:p>
    <w:tbl>
      <w:tblPr>
        <w:tblStyle w:val="af9"/>
        <w:tblW w:w="0" w:type="auto"/>
        <w:tblLook w:val="04A0" w:firstRow="1" w:lastRow="0" w:firstColumn="1" w:lastColumn="0" w:noHBand="0" w:noVBand="1"/>
      </w:tblPr>
      <w:tblGrid>
        <w:gridCol w:w="2268"/>
        <w:gridCol w:w="2268"/>
        <w:gridCol w:w="2268"/>
        <w:gridCol w:w="2268"/>
      </w:tblGrid>
      <w:tr w:rsidR="00226CAC" w14:paraId="46762536" w14:textId="77777777">
        <w:tc>
          <w:tcPr>
            <w:tcW w:w="2268" w:type="dxa"/>
            <w:shd w:val="clear" w:color="auto" w:fill="024AD8"/>
          </w:tcPr>
          <w:p w14:paraId="2BC05888" w14:textId="77777777" w:rsidR="00226CAC" w:rsidRDefault="00000000">
            <w:pPr>
              <w:spacing w:before="60" w:after="60"/>
            </w:pPr>
            <w:r>
              <w:rPr>
                <w:rFonts w:ascii="Nanum Gothic" w:eastAsia="Nanum Gothic" w:hAnsi="Nanum Gothic" w:cs="Nanum Gothic"/>
                <w:b/>
                <w:color w:val="FFFFFF"/>
                <w:sz w:val="20"/>
              </w:rPr>
              <w:t>UI 요소</w:t>
            </w:r>
          </w:p>
        </w:tc>
        <w:tc>
          <w:tcPr>
            <w:tcW w:w="2268" w:type="dxa"/>
            <w:shd w:val="clear" w:color="auto" w:fill="024AD8"/>
          </w:tcPr>
          <w:p w14:paraId="0D1127EF" w14:textId="77777777" w:rsidR="00226CAC" w:rsidRDefault="00000000">
            <w:pPr>
              <w:spacing w:before="60" w:after="60"/>
            </w:pPr>
            <w:r>
              <w:rPr>
                <w:rFonts w:ascii="Nanum Gothic" w:eastAsia="Nanum Gothic" w:hAnsi="Nanum Gothic" w:cs="Nanum Gothic"/>
                <w:b/>
                <w:color w:val="FFFFFF"/>
                <w:sz w:val="20"/>
              </w:rPr>
              <w:t>공식 명칭</w:t>
            </w:r>
          </w:p>
        </w:tc>
        <w:tc>
          <w:tcPr>
            <w:tcW w:w="2268" w:type="dxa"/>
            <w:shd w:val="clear" w:color="auto" w:fill="024AD8"/>
          </w:tcPr>
          <w:p w14:paraId="6635BD16" w14:textId="77777777" w:rsidR="00226CAC" w:rsidRDefault="00000000">
            <w:pPr>
              <w:spacing w:before="60" w:after="60"/>
            </w:pPr>
            <w:r>
              <w:rPr>
                <w:rFonts w:ascii="Nanum Gothic" w:eastAsia="Nanum Gothic" w:hAnsi="Nanum Gothic" w:cs="Nanum Gothic"/>
                <w:b/>
                <w:color w:val="FFFFFF"/>
                <w:sz w:val="20"/>
              </w:rPr>
              <w:t>기능</w:t>
            </w:r>
          </w:p>
        </w:tc>
        <w:tc>
          <w:tcPr>
            <w:tcW w:w="2268" w:type="dxa"/>
            <w:shd w:val="clear" w:color="auto" w:fill="024AD8"/>
          </w:tcPr>
          <w:p w14:paraId="36A3D6D9" w14:textId="77777777" w:rsidR="00226CAC" w:rsidRDefault="00000000">
            <w:pPr>
              <w:spacing w:before="60" w:after="60"/>
            </w:pPr>
            <w:r>
              <w:rPr>
                <w:rFonts w:ascii="Nanum Gothic" w:eastAsia="Nanum Gothic" w:hAnsi="Nanum Gothic" w:cs="Nanum Gothic"/>
                <w:b/>
                <w:color w:val="FFFFFF"/>
                <w:sz w:val="20"/>
              </w:rPr>
              <w:t>실무 활용</w:t>
            </w:r>
          </w:p>
        </w:tc>
      </w:tr>
      <w:tr w:rsidR="00226CAC" w14:paraId="3C349B93" w14:textId="77777777">
        <w:tc>
          <w:tcPr>
            <w:tcW w:w="2268" w:type="dxa"/>
          </w:tcPr>
          <w:p w14:paraId="3D7E756A" w14:textId="77777777" w:rsidR="00226CAC" w:rsidRDefault="00000000">
            <w:pPr>
              <w:spacing w:before="60" w:after="60"/>
            </w:pPr>
            <w:r>
              <w:rPr>
                <w:rFonts w:ascii="Nanum Gothic" w:eastAsia="Nanum Gothic" w:hAnsi="Nanum Gothic" w:cs="Nanum Gothic"/>
                <w:color w:val="1A1A1A"/>
                <w:sz w:val="20"/>
              </w:rPr>
              <w:t>모델 드롭다운</w:t>
            </w:r>
          </w:p>
        </w:tc>
        <w:tc>
          <w:tcPr>
            <w:tcW w:w="2268" w:type="dxa"/>
          </w:tcPr>
          <w:p w14:paraId="376B3375" w14:textId="77777777" w:rsidR="00226CAC" w:rsidRDefault="00000000">
            <w:pPr>
              <w:spacing w:before="60" w:after="60"/>
            </w:pPr>
            <w:r>
              <w:rPr>
                <w:rFonts w:ascii="Nanum Gothic" w:eastAsia="Nanum Gothic" w:hAnsi="Nanum Gothic" w:cs="Nanum Gothic"/>
                <w:color w:val="1A1A1A"/>
                <w:sz w:val="20"/>
              </w:rPr>
              <w:t>모델 선택</w:t>
            </w:r>
          </w:p>
        </w:tc>
        <w:tc>
          <w:tcPr>
            <w:tcW w:w="2268" w:type="dxa"/>
          </w:tcPr>
          <w:p w14:paraId="26A1E214" w14:textId="77777777" w:rsidR="00226CAC" w:rsidRDefault="00000000">
            <w:pPr>
              <w:spacing w:before="60" w:after="60"/>
            </w:pPr>
            <w:r>
              <w:rPr>
                <w:rFonts w:ascii="Nanum Gothic" w:eastAsia="Nanum Gothic" w:hAnsi="Nanum Gothic" w:cs="Nanum Gothic"/>
                <w:color w:val="1A1A1A"/>
                <w:sz w:val="20"/>
              </w:rPr>
              <w:t>Gemini·Claude·GPT·Solar 등 전환</w:t>
            </w:r>
          </w:p>
        </w:tc>
        <w:tc>
          <w:tcPr>
            <w:tcW w:w="2268" w:type="dxa"/>
          </w:tcPr>
          <w:p w14:paraId="2B6AD330" w14:textId="77777777" w:rsidR="00226CAC" w:rsidRDefault="00000000">
            <w:pPr>
              <w:spacing w:before="60" w:after="60"/>
            </w:pPr>
            <w:r>
              <w:rPr>
                <w:rFonts w:ascii="Nanum Gothic" w:eastAsia="Nanum Gothic" w:hAnsi="Nanum Gothic" w:cs="Nanum Gothic"/>
                <w:color w:val="1A1A1A"/>
                <w:sz w:val="20"/>
              </w:rPr>
              <w:t>업무별 최적 모델 선택</w:t>
            </w:r>
          </w:p>
        </w:tc>
      </w:tr>
      <w:tr w:rsidR="00226CAC" w14:paraId="4F49F415" w14:textId="77777777">
        <w:tc>
          <w:tcPr>
            <w:tcW w:w="2268" w:type="dxa"/>
          </w:tcPr>
          <w:p w14:paraId="494126A6" w14:textId="77777777" w:rsidR="00226CAC" w:rsidRDefault="00000000">
            <w:pPr>
              <w:spacing w:before="60" w:after="60"/>
            </w:pPr>
            <w:r>
              <w:rPr>
                <w:rFonts w:ascii="Nanum Gothic" w:eastAsia="Nanum Gothic" w:hAnsi="Nanum Gothic" w:cs="Nanum Gothic"/>
                <w:color w:val="1A1A1A"/>
                <w:sz w:val="20"/>
              </w:rPr>
              <w:t>System Prompt 입력란</w:t>
            </w:r>
          </w:p>
        </w:tc>
        <w:tc>
          <w:tcPr>
            <w:tcW w:w="2268" w:type="dxa"/>
          </w:tcPr>
          <w:p w14:paraId="63749CBF" w14:textId="77777777" w:rsidR="00226CAC" w:rsidRDefault="00000000">
            <w:pPr>
              <w:spacing w:before="60" w:after="60"/>
            </w:pPr>
            <w:r>
              <w:rPr>
                <w:rFonts w:ascii="Nanum Gothic" w:eastAsia="Nanum Gothic" w:hAnsi="Nanum Gothic" w:cs="Nanum Gothic"/>
                <w:color w:val="1A1A1A"/>
                <w:sz w:val="20"/>
              </w:rPr>
              <w:t>시스템 프롬프트</w:t>
            </w:r>
          </w:p>
        </w:tc>
        <w:tc>
          <w:tcPr>
            <w:tcW w:w="2268" w:type="dxa"/>
          </w:tcPr>
          <w:p w14:paraId="0BAE418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모든 대화에 적용되는 숨겨진 지시</w:t>
            </w:r>
          </w:p>
        </w:tc>
        <w:tc>
          <w:tcPr>
            <w:tcW w:w="2268" w:type="dxa"/>
          </w:tcPr>
          <w:p w14:paraId="371582D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페르소나·역할·제약 설정</w:t>
            </w:r>
          </w:p>
        </w:tc>
      </w:tr>
      <w:tr w:rsidR="00226CAC" w14:paraId="48DB762C" w14:textId="77777777">
        <w:tc>
          <w:tcPr>
            <w:tcW w:w="2268" w:type="dxa"/>
          </w:tcPr>
          <w:p w14:paraId="6325B260" w14:textId="77777777" w:rsidR="00226CAC" w:rsidRDefault="00000000">
            <w:pPr>
              <w:spacing w:before="60" w:after="60"/>
            </w:pPr>
            <w:r>
              <w:rPr>
                <w:rFonts w:ascii="Nanum Gothic" w:eastAsia="Nanum Gothic" w:hAnsi="Nanum Gothic" w:cs="Nanum Gothic"/>
                <w:color w:val="1A1A1A"/>
                <w:sz w:val="20"/>
              </w:rPr>
              <w:t>온도 슬라이더</w:t>
            </w:r>
          </w:p>
        </w:tc>
        <w:tc>
          <w:tcPr>
            <w:tcW w:w="2268" w:type="dxa"/>
          </w:tcPr>
          <w:p w14:paraId="38390A88" w14:textId="77777777" w:rsidR="00226CAC" w:rsidRDefault="00000000">
            <w:pPr>
              <w:spacing w:before="60" w:after="60"/>
            </w:pPr>
            <w:r>
              <w:rPr>
                <w:rFonts w:ascii="Nanum Gothic" w:eastAsia="Nanum Gothic" w:hAnsi="Nanum Gothic" w:cs="Nanum Gothic"/>
                <w:color w:val="1A1A1A"/>
                <w:sz w:val="20"/>
              </w:rPr>
              <w:t>온도(Temperature)</w:t>
            </w:r>
          </w:p>
        </w:tc>
        <w:tc>
          <w:tcPr>
            <w:tcW w:w="2268" w:type="dxa"/>
          </w:tcPr>
          <w:p w14:paraId="7F55CE55" w14:textId="77777777" w:rsidR="00226CAC" w:rsidRDefault="00000000">
            <w:pPr>
              <w:spacing w:before="60" w:after="60"/>
            </w:pPr>
            <w:r>
              <w:rPr>
                <w:rFonts w:ascii="Nanum Gothic" w:eastAsia="Nanum Gothic" w:hAnsi="Nanum Gothic" w:cs="Nanum Gothic"/>
                <w:color w:val="1A1A1A"/>
                <w:sz w:val="20"/>
              </w:rPr>
              <w:t>창의성 조정</w:t>
            </w:r>
          </w:p>
        </w:tc>
        <w:tc>
          <w:tcPr>
            <w:tcW w:w="2268" w:type="dxa"/>
          </w:tcPr>
          <w:p w14:paraId="19D9854C" w14:textId="77777777" w:rsidR="00226CAC" w:rsidRDefault="00000000">
            <w:pPr>
              <w:spacing w:before="60" w:after="60"/>
            </w:pPr>
            <w:r>
              <w:rPr>
                <w:rFonts w:ascii="Nanum Gothic" w:eastAsia="Nanum Gothic" w:hAnsi="Nanum Gothic" w:cs="Nanum Gothic"/>
                <w:color w:val="1A1A1A"/>
                <w:sz w:val="20"/>
              </w:rPr>
              <w:t>코드: 낮게 / 창작: 높게</w:t>
            </w:r>
          </w:p>
        </w:tc>
      </w:tr>
      <w:tr w:rsidR="00226CAC" w14:paraId="70F89BC8" w14:textId="77777777">
        <w:tc>
          <w:tcPr>
            <w:tcW w:w="2268" w:type="dxa"/>
          </w:tcPr>
          <w:p w14:paraId="26514D5A" w14:textId="77777777" w:rsidR="00226CAC" w:rsidRDefault="00000000">
            <w:pPr>
              <w:spacing w:before="60" w:after="60"/>
            </w:pPr>
            <w:r>
              <w:rPr>
                <w:rFonts w:ascii="Nanum Gothic" w:eastAsia="Nanum Gothic" w:hAnsi="Nanum Gothic" w:cs="Nanum Gothic"/>
                <w:color w:val="1A1A1A"/>
                <w:sz w:val="20"/>
              </w:rPr>
              <w:t>max tokens</w:t>
            </w:r>
          </w:p>
        </w:tc>
        <w:tc>
          <w:tcPr>
            <w:tcW w:w="2268" w:type="dxa"/>
          </w:tcPr>
          <w:p w14:paraId="18114798" w14:textId="77777777" w:rsidR="00226CAC" w:rsidRDefault="00000000">
            <w:pPr>
              <w:spacing w:before="60" w:after="60"/>
            </w:pPr>
            <w:r>
              <w:rPr>
                <w:rFonts w:ascii="Nanum Gothic" w:eastAsia="Nanum Gothic" w:hAnsi="Nanum Gothic" w:cs="Nanum Gothic"/>
                <w:color w:val="1A1A1A"/>
                <w:sz w:val="20"/>
              </w:rPr>
              <w:t>최대 토큰 수</w:t>
            </w:r>
          </w:p>
        </w:tc>
        <w:tc>
          <w:tcPr>
            <w:tcW w:w="2268" w:type="dxa"/>
          </w:tcPr>
          <w:p w14:paraId="69F45A26" w14:textId="77777777" w:rsidR="00226CAC" w:rsidRDefault="00000000">
            <w:pPr>
              <w:spacing w:before="60" w:after="60"/>
            </w:pPr>
            <w:r>
              <w:rPr>
                <w:rFonts w:ascii="Nanum Gothic" w:eastAsia="Nanum Gothic" w:hAnsi="Nanum Gothic" w:cs="Nanum Gothic"/>
                <w:color w:val="1A1A1A"/>
                <w:sz w:val="20"/>
              </w:rPr>
              <w:t>응답 최대 길이 제한</w:t>
            </w:r>
          </w:p>
        </w:tc>
        <w:tc>
          <w:tcPr>
            <w:tcW w:w="2268" w:type="dxa"/>
          </w:tcPr>
          <w:p w14:paraId="5E334C07" w14:textId="77777777" w:rsidR="00226CAC" w:rsidRDefault="00000000">
            <w:pPr>
              <w:spacing w:before="60" w:after="60"/>
            </w:pPr>
            <w:r>
              <w:rPr>
                <w:rFonts w:ascii="Nanum Gothic" w:eastAsia="Nanum Gothic" w:hAnsi="Nanum Gothic" w:cs="Nanum Gothic"/>
                <w:color w:val="1A1A1A"/>
                <w:sz w:val="20"/>
              </w:rPr>
              <w:t>짧은 답변 필요 시 제한</w:t>
            </w:r>
          </w:p>
        </w:tc>
      </w:tr>
      <w:tr w:rsidR="00226CAC" w14:paraId="567F8B37" w14:textId="77777777">
        <w:tc>
          <w:tcPr>
            <w:tcW w:w="2268" w:type="dxa"/>
          </w:tcPr>
          <w:p w14:paraId="0C7D2F6F" w14:textId="77777777" w:rsidR="00226CAC" w:rsidRDefault="00000000">
            <w:pPr>
              <w:spacing w:before="60" w:after="60"/>
            </w:pPr>
            <w:r>
              <w:rPr>
                <w:rFonts w:ascii="Nanum Gothic" w:eastAsia="Nanum Gothic" w:hAnsi="Nanum Gothic" w:cs="Nanum Gothic"/>
                <w:color w:val="1A1A1A"/>
                <w:sz w:val="20"/>
              </w:rPr>
              <w:t>대화 히스토리</w:t>
            </w:r>
          </w:p>
        </w:tc>
        <w:tc>
          <w:tcPr>
            <w:tcW w:w="2268" w:type="dxa"/>
          </w:tcPr>
          <w:p w14:paraId="39917ED4" w14:textId="77777777" w:rsidR="00226CAC" w:rsidRDefault="00000000">
            <w:pPr>
              <w:spacing w:before="60" w:after="60"/>
            </w:pPr>
            <w:r>
              <w:rPr>
                <w:rFonts w:ascii="Nanum Gothic" w:eastAsia="Nanum Gothic" w:hAnsi="Nanum Gothic" w:cs="Nanum Gothic"/>
                <w:color w:val="1A1A1A"/>
                <w:sz w:val="20"/>
              </w:rPr>
              <w:t>대화 저장·공유</w:t>
            </w:r>
          </w:p>
        </w:tc>
        <w:tc>
          <w:tcPr>
            <w:tcW w:w="2268" w:type="dxa"/>
          </w:tcPr>
          <w:p w14:paraId="1DBB6C20"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이전 대화 보관, 동료 공유</w:t>
            </w:r>
          </w:p>
        </w:tc>
        <w:tc>
          <w:tcPr>
            <w:tcW w:w="2268" w:type="dxa"/>
          </w:tcPr>
          <w:p w14:paraId="3A2FCAB0" w14:textId="77777777" w:rsidR="00226CAC" w:rsidRDefault="00000000">
            <w:pPr>
              <w:spacing w:before="60" w:after="60"/>
            </w:pPr>
            <w:r>
              <w:rPr>
                <w:rFonts w:ascii="Nanum Gothic" w:eastAsia="Nanum Gothic" w:hAnsi="Nanum Gothic" w:cs="Nanum Gothic"/>
                <w:color w:val="1A1A1A"/>
                <w:sz w:val="20"/>
              </w:rPr>
              <w:t>팀 공유·재사용</w:t>
            </w:r>
          </w:p>
        </w:tc>
      </w:tr>
    </w:tbl>
    <w:p w14:paraId="760CAF8B" w14:textId="77777777" w:rsidR="00226CAC" w:rsidRDefault="00226CAC"/>
    <w:p w14:paraId="5FB75D48" w14:textId="77777777" w:rsidR="00226CAC" w:rsidRDefault="00000000">
      <w:pPr>
        <w:spacing w:before="160" w:after="40"/>
      </w:pPr>
      <w:r>
        <w:rPr>
          <w:rFonts w:ascii="Nanum Gothic" w:eastAsia="Nanum Gothic" w:hAnsi="Nanum Gothic" w:cs="Nanum Gothic"/>
          <w:b/>
          <w:color w:val="024AD8"/>
          <w:sz w:val="24"/>
        </w:rPr>
        <w:t>6.2.2.2 모델 드롭다운 상세</w:t>
      </w:r>
    </w:p>
    <w:p w14:paraId="188281A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AIR Chat의 모델 드롭다운에서 선택할 수 있는 모델 예시: </w:t>
      </w:r>
      <w:r>
        <w:rPr>
          <w:rFonts w:ascii="Nanum Gothic" w:eastAsia="Nanum Gothic" w:hAnsi="Nanum Gothic" w:cs="Nanum Gothic"/>
          <w:i/>
          <w:color w:val="1A1A1A"/>
          <w:sz w:val="20"/>
          <w:lang w:eastAsia="ko-KR"/>
        </w:rPr>
        <w:t>(실제 메가존 테넌트 계약에 따라 목록이 다를 수 있음)</w:t>
      </w:r>
    </w:p>
    <w:tbl>
      <w:tblPr>
        <w:tblStyle w:val="af9"/>
        <w:tblW w:w="0" w:type="auto"/>
        <w:tblLook w:val="04A0" w:firstRow="1" w:lastRow="0" w:firstColumn="1" w:lastColumn="0" w:noHBand="0" w:noVBand="1"/>
      </w:tblPr>
      <w:tblGrid>
        <w:gridCol w:w="3024"/>
        <w:gridCol w:w="3024"/>
        <w:gridCol w:w="3024"/>
      </w:tblGrid>
      <w:tr w:rsidR="00226CAC" w14:paraId="497215B9" w14:textId="77777777">
        <w:tc>
          <w:tcPr>
            <w:tcW w:w="3024" w:type="dxa"/>
            <w:shd w:val="clear" w:color="auto" w:fill="024AD8"/>
          </w:tcPr>
          <w:p w14:paraId="61B5A09D" w14:textId="77777777" w:rsidR="00226CAC" w:rsidRDefault="00000000">
            <w:pPr>
              <w:spacing w:before="60" w:after="60"/>
            </w:pPr>
            <w:r>
              <w:rPr>
                <w:rFonts w:ascii="Nanum Gothic" w:eastAsia="Nanum Gothic" w:hAnsi="Nanum Gothic" w:cs="Nanum Gothic"/>
                <w:b/>
                <w:color w:val="FFFFFF"/>
                <w:sz w:val="20"/>
              </w:rPr>
              <w:t>모델 계열</w:t>
            </w:r>
          </w:p>
        </w:tc>
        <w:tc>
          <w:tcPr>
            <w:tcW w:w="3024" w:type="dxa"/>
            <w:shd w:val="clear" w:color="auto" w:fill="024AD8"/>
          </w:tcPr>
          <w:p w14:paraId="0FDF8DEA" w14:textId="77777777" w:rsidR="00226CAC" w:rsidRDefault="00000000">
            <w:pPr>
              <w:spacing w:before="60" w:after="60"/>
            </w:pPr>
            <w:r>
              <w:rPr>
                <w:rFonts w:ascii="Nanum Gothic" w:eastAsia="Nanum Gothic" w:hAnsi="Nanum Gothic" w:cs="Nanum Gothic"/>
                <w:b/>
                <w:color w:val="FFFFFF"/>
                <w:sz w:val="20"/>
              </w:rPr>
              <w:t>대표 모델</w:t>
            </w:r>
          </w:p>
        </w:tc>
        <w:tc>
          <w:tcPr>
            <w:tcW w:w="3024" w:type="dxa"/>
            <w:shd w:val="clear" w:color="auto" w:fill="024AD8"/>
          </w:tcPr>
          <w:p w14:paraId="0E540C8C" w14:textId="77777777" w:rsidR="00226CAC" w:rsidRDefault="00000000">
            <w:pPr>
              <w:spacing w:before="60" w:after="60"/>
            </w:pPr>
            <w:r>
              <w:rPr>
                <w:rFonts w:ascii="Nanum Gothic" w:eastAsia="Nanum Gothic" w:hAnsi="Nanum Gothic" w:cs="Nanum Gothic"/>
                <w:b/>
                <w:color w:val="FFFFFF"/>
                <w:sz w:val="20"/>
              </w:rPr>
              <w:t>특징</w:t>
            </w:r>
          </w:p>
        </w:tc>
      </w:tr>
      <w:tr w:rsidR="00226CAC" w14:paraId="6DD738FE" w14:textId="77777777">
        <w:tc>
          <w:tcPr>
            <w:tcW w:w="3024" w:type="dxa"/>
          </w:tcPr>
          <w:p w14:paraId="38B84342" w14:textId="77777777" w:rsidR="00226CAC" w:rsidRDefault="00000000">
            <w:pPr>
              <w:spacing w:before="60" w:after="60"/>
            </w:pPr>
            <w:r>
              <w:rPr>
                <w:rFonts w:ascii="Nanum Gothic" w:eastAsia="Nanum Gothic" w:hAnsi="Nanum Gothic" w:cs="Nanum Gothic"/>
                <w:b/>
                <w:color w:val="1A1A1A"/>
                <w:sz w:val="20"/>
              </w:rPr>
              <w:t>Gemini</w:t>
            </w:r>
          </w:p>
        </w:tc>
        <w:tc>
          <w:tcPr>
            <w:tcW w:w="3024" w:type="dxa"/>
          </w:tcPr>
          <w:p w14:paraId="0FF907C8" w14:textId="77777777" w:rsidR="00226CAC" w:rsidRDefault="00000000">
            <w:pPr>
              <w:spacing w:before="60" w:after="60"/>
            </w:pPr>
            <w:r>
              <w:rPr>
                <w:rFonts w:ascii="Nanum Gothic" w:eastAsia="Nanum Gothic" w:hAnsi="Nanum Gothic" w:cs="Nanum Gothic"/>
                <w:color w:val="1A1A1A"/>
                <w:sz w:val="20"/>
              </w:rPr>
              <w:t>Gemini 1.5 Pro, Flash</w:t>
            </w:r>
          </w:p>
        </w:tc>
        <w:tc>
          <w:tcPr>
            <w:tcW w:w="3024" w:type="dxa"/>
          </w:tcPr>
          <w:p w14:paraId="5FAC3E1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Google — 긴 컨텍스트, 멀티모달 강점</w:t>
            </w:r>
          </w:p>
        </w:tc>
      </w:tr>
      <w:tr w:rsidR="00226CAC" w14:paraId="508D25BA" w14:textId="77777777">
        <w:tc>
          <w:tcPr>
            <w:tcW w:w="3024" w:type="dxa"/>
          </w:tcPr>
          <w:p w14:paraId="74B26866" w14:textId="77777777" w:rsidR="00226CAC" w:rsidRDefault="00000000">
            <w:pPr>
              <w:spacing w:before="60" w:after="60"/>
            </w:pPr>
            <w:r>
              <w:rPr>
                <w:rFonts w:ascii="Nanum Gothic" w:eastAsia="Nanum Gothic" w:hAnsi="Nanum Gothic" w:cs="Nanum Gothic"/>
                <w:b/>
                <w:color w:val="1A1A1A"/>
                <w:sz w:val="20"/>
              </w:rPr>
              <w:t>Claude</w:t>
            </w:r>
          </w:p>
        </w:tc>
        <w:tc>
          <w:tcPr>
            <w:tcW w:w="3024" w:type="dxa"/>
          </w:tcPr>
          <w:p w14:paraId="7B5C021E" w14:textId="77777777" w:rsidR="00226CAC" w:rsidRDefault="00000000">
            <w:pPr>
              <w:spacing w:before="60" w:after="60"/>
            </w:pPr>
            <w:r>
              <w:rPr>
                <w:rFonts w:ascii="Nanum Gothic" w:eastAsia="Nanum Gothic" w:hAnsi="Nanum Gothic" w:cs="Nanum Gothic"/>
                <w:color w:val="1A1A1A"/>
                <w:sz w:val="20"/>
              </w:rPr>
              <w:t>Claude 3.5 Sonnet, Haiku</w:t>
            </w:r>
          </w:p>
        </w:tc>
        <w:tc>
          <w:tcPr>
            <w:tcW w:w="3024" w:type="dxa"/>
          </w:tcPr>
          <w:p w14:paraId="13CA3CD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Anthropic — 안전성·한국어 문서 처리</w:t>
            </w:r>
          </w:p>
        </w:tc>
      </w:tr>
      <w:tr w:rsidR="00226CAC" w14:paraId="45C7D2C4" w14:textId="77777777">
        <w:tc>
          <w:tcPr>
            <w:tcW w:w="3024" w:type="dxa"/>
          </w:tcPr>
          <w:p w14:paraId="51ED22B1" w14:textId="77777777" w:rsidR="00226CAC" w:rsidRDefault="00000000">
            <w:pPr>
              <w:spacing w:before="60" w:after="60"/>
            </w:pPr>
            <w:r>
              <w:rPr>
                <w:rFonts w:ascii="Nanum Gothic" w:eastAsia="Nanum Gothic" w:hAnsi="Nanum Gothic" w:cs="Nanum Gothic"/>
                <w:b/>
                <w:color w:val="1A1A1A"/>
                <w:sz w:val="20"/>
              </w:rPr>
              <w:t>GPT</w:t>
            </w:r>
          </w:p>
        </w:tc>
        <w:tc>
          <w:tcPr>
            <w:tcW w:w="3024" w:type="dxa"/>
          </w:tcPr>
          <w:p w14:paraId="1158BD24" w14:textId="77777777" w:rsidR="00226CAC" w:rsidRDefault="00000000">
            <w:pPr>
              <w:spacing w:before="60" w:after="60"/>
            </w:pPr>
            <w:r>
              <w:rPr>
                <w:rFonts w:ascii="Nanum Gothic" w:eastAsia="Nanum Gothic" w:hAnsi="Nanum Gothic" w:cs="Nanum Gothic"/>
                <w:color w:val="1A1A1A"/>
                <w:sz w:val="20"/>
              </w:rPr>
              <w:t>GPT-4o, GPT-4o-mini</w:t>
            </w:r>
          </w:p>
        </w:tc>
        <w:tc>
          <w:tcPr>
            <w:tcW w:w="3024" w:type="dxa"/>
          </w:tcPr>
          <w:p w14:paraId="145CC39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OpenAI — 범용 성능, 코드 강점</w:t>
            </w:r>
          </w:p>
        </w:tc>
      </w:tr>
      <w:tr w:rsidR="00226CAC" w14:paraId="14AC7BF1" w14:textId="77777777">
        <w:tc>
          <w:tcPr>
            <w:tcW w:w="3024" w:type="dxa"/>
          </w:tcPr>
          <w:p w14:paraId="1DED866B" w14:textId="77777777" w:rsidR="00226CAC" w:rsidRDefault="00000000">
            <w:pPr>
              <w:spacing w:before="60" w:after="60"/>
            </w:pPr>
            <w:r>
              <w:rPr>
                <w:rFonts w:ascii="Nanum Gothic" w:eastAsia="Nanum Gothic" w:hAnsi="Nanum Gothic" w:cs="Nanum Gothic"/>
                <w:b/>
                <w:color w:val="1A1A1A"/>
                <w:sz w:val="20"/>
              </w:rPr>
              <w:t>Solar</w:t>
            </w:r>
          </w:p>
        </w:tc>
        <w:tc>
          <w:tcPr>
            <w:tcW w:w="3024" w:type="dxa"/>
          </w:tcPr>
          <w:p w14:paraId="3C4A68D9" w14:textId="77777777" w:rsidR="00226CAC" w:rsidRDefault="00000000">
            <w:pPr>
              <w:spacing w:before="60" w:after="60"/>
            </w:pPr>
            <w:r>
              <w:rPr>
                <w:rFonts w:ascii="Nanum Gothic" w:eastAsia="Nanum Gothic" w:hAnsi="Nanum Gothic" w:cs="Nanum Gothic"/>
                <w:color w:val="1A1A1A"/>
                <w:sz w:val="20"/>
              </w:rPr>
              <w:t>Solar Mini</w:t>
            </w:r>
          </w:p>
        </w:tc>
        <w:tc>
          <w:tcPr>
            <w:tcW w:w="3024" w:type="dxa"/>
          </w:tcPr>
          <w:p w14:paraId="0DA52C9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업스테이지 — 한국어 특화 경량 모델</w:t>
            </w:r>
          </w:p>
        </w:tc>
      </w:tr>
    </w:tbl>
    <w:p w14:paraId="381B9349" w14:textId="77777777" w:rsidR="00226CAC" w:rsidRDefault="00226CAC">
      <w:pPr>
        <w:rPr>
          <w:rFonts w:eastAsia="Nanum Gothic"/>
          <w:lang w:eastAsia="ko-KR"/>
        </w:rPr>
      </w:pPr>
    </w:p>
    <w:p w14:paraId="14EE1CFB"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6.2.2.3 온도와 max tokens 조작</w:t>
      </w:r>
    </w:p>
    <w:p w14:paraId="0DDA8B46"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온도(Temperature):</w:t>
      </w:r>
    </w:p>
    <w:p w14:paraId="141DB7D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AIR Chat에서 슬라이더 또는 숫자 입력으로 설정</w:t>
      </w:r>
    </w:p>
    <w:p w14:paraId="5322DB3E"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권장: 일반 업무 0.5~0.7 / 코드 0.1~0.3 / 창작 0.8~1.2</w:t>
      </w:r>
    </w:p>
    <w:p w14:paraId="7B41CA70" w14:textId="20E33F4E"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sidR="00F7714C">
        <w:rPr>
          <w:rFonts w:ascii="Nanum Gothic" w:eastAsia="Nanum Gothic" w:hAnsi="Nanum Gothic" w:cs="Nanum Gothic" w:hint="eastAsia"/>
          <w:color w:val="1A1A1A"/>
          <w:sz w:val="20"/>
          <w:lang w:eastAsia="ko-KR"/>
        </w:rPr>
        <w:t>오늘</w:t>
      </w:r>
      <w:r>
        <w:rPr>
          <w:rFonts w:ascii="Nanum Gothic" w:eastAsia="Nanum Gothic" w:hAnsi="Nanum Gothic" w:cs="Nanum Gothic"/>
          <w:color w:val="1A1A1A"/>
          <w:sz w:val="20"/>
          <w:lang w:eastAsia="ko-KR"/>
        </w:rPr>
        <w:t xml:space="preserve"> 배운 개념을 실제 UI에서 확인하는 것이 핵심</w:t>
      </w:r>
    </w:p>
    <w:p w14:paraId="260020A0"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max tokens:</w:t>
      </w:r>
    </w:p>
    <w:p w14:paraId="6DF07037"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lastRenderedPageBreak/>
        <w:t>• 응답의 최대 토큰 수 제한</w:t>
      </w:r>
    </w:p>
    <w:p w14:paraId="3C0DE2D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작게 설정 → 응답이 중간에 잘림 (비용 절약 가능)</w:t>
      </w:r>
    </w:p>
    <w:p w14:paraId="7BC5464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크게 설정 → 긴 응답 허용 (비용 증가)</w:t>
      </w:r>
    </w:p>
    <w:p w14:paraId="5A25CD4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일반 대화: 500~1000 / 상세 분석: 2000~4000</w:t>
      </w:r>
    </w:p>
    <w:p w14:paraId="77414BE6"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6.2.3 System Prompt — 숨겨진 지시의 힘</w:t>
      </w:r>
    </w:p>
    <w:p w14:paraId="1F09A35A"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6.2.3.1 System Prompt란 무엇인가</w:t>
      </w:r>
    </w:p>
    <w:p w14:paraId="4FCC83A5"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System Prompt</w:t>
      </w:r>
      <w:r>
        <w:rPr>
          <w:rFonts w:ascii="Nanum Gothic" w:eastAsia="Nanum Gothic" w:hAnsi="Nanum Gothic" w:cs="Nanum Gothic"/>
          <w:color w:val="1A1A1A"/>
          <w:sz w:val="20"/>
          <w:lang w:eastAsia="ko-KR"/>
        </w:rPr>
        <w:t xml:space="preserve">: 사용자가 대화창에 입력하는 내용(User Prompt) 이전에, 모델에게 전달되는 </w:t>
      </w:r>
      <w:r>
        <w:rPr>
          <w:rFonts w:ascii="Nanum Gothic" w:eastAsia="Nanum Gothic" w:hAnsi="Nanum Gothic" w:cs="Nanum Gothic"/>
          <w:b/>
          <w:color w:val="1A1A1A"/>
          <w:sz w:val="20"/>
          <w:lang w:eastAsia="ko-KR"/>
        </w:rPr>
        <w:t>숨겨진 지시</w:t>
      </w:r>
      <w:r>
        <w:rPr>
          <w:rFonts w:ascii="Nanum Gothic" w:eastAsia="Nanum Gothic" w:hAnsi="Nanum Gothic" w:cs="Nanum Gothic"/>
          <w:color w:val="1A1A1A"/>
          <w:sz w:val="20"/>
          <w:lang w:eastAsia="ko-KR"/>
        </w:rPr>
        <w:t>입니다.</w:t>
      </w:r>
    </w:p>
    <w:p w14:paraId="73E32382" w14:textId="77777777" w:rsidR="00226CAC" w:rsidRDefault="00000000">
      <w:pPr>
        <w:spacing w:before="60" w:after="60"/>
      </w:pPr>
      <w:r>
        <w:rPr>
          <w:rFonts w:ascii="Nanum Gothic" w:eastAsia="Nanum Gothic" w:hAnsi="Nanum Gothic" w:cs="Nanum Gothic"/>
          <w:color w:val="1A1A1A"/>
          <w:sz w:val="20"/>
        </w:rPr>
        <w:t>동작 방식:</w:t>
      </w:r>
    </w:p>
    <w:tbl>
      <w:tblPr>
        <w:tblStyle w:val="af9"/>
        <w:tblW w:w="0" w:type="auto"/>
        <w:tblLook w:val="04A0" w:firstRow="1" w:lastRow="0" w:firstColumn="1" w:lastColumn="0" w:noHBand="0" w:noVBand="1"/>
      </w:tblPr>
      <w:tblGrid>
        <w:gridCol w:w="9072"/>
      </w:tblGrid>
      <w:tr w:rsidR="00226CAC" w14:paraId="3FDCFC8C" w14:textId="77777777">
        <w:tc>
          <w:tcPr>
            <w:tcW w:w="9072" w:type="dxa"/>
            <w:shd w:val="clear" w:color="auto" w:fill="F7F7F7"/>
          </w:tcPr>
          <w:p w14:paraId="6BD638DF"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전체</w:t>
            </w:r>
            <w:r>
              <w:rPr>
                <w:rFonts w:ascii="D2Coding" w:hAnsi="D2Coding" w:eastAsia="D2Coding" w:cs="D2Coding"/>
                <w:color w:val="1A1A1A"/>
                <w:sz w:val="19"/>
                <w:lang w:eastAsia="ko-KR"/>
              </w:rPr>
              <w:t xml:space="preserve"> AI </w:t>
            </w:r>
            <w:r>
              <w:rPr>
                <w:rFonts w:ascii="Nanum Gothic" w:hAnsi="Nanum Gothic" w:eastAsia="Nanum Gothic" w:cs="Nanum Gothic"/>
                <w:color w:val="1A1A1A"/>
                <w:sz w:val="19"/>
                <w:lang w:eastAsia="ko-KR"/>
              </w:rPr>
              <w:t>처리</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순서</w:t>
            </w:r>
            <w:r>
              <w:rPr>
                <w:rFonts w:ascii="Nanum Gothic" w:hAnsi="Nanum Gothic" w:eastAsia="Nanum Gothic" w:cs="Nanum Gothic"/>
                <w:color w:val="1A1A1A"/>
                <w:sz w:val="19"/>
                <w:lang w:eastAsia="ko-KR"/>
              </w:rPr>
              <w:t>]</w:t>
            </w:r>
          </w:p>
          <w:p w14:paraId="1450AC97"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System Prompt (</w:t>
            </w:r>
            <w:r>
              <w:rPr>
                <w:rFonts w:ascii="Nanum Gothic" w:hAnsi="Nanum Gothic" w:eastAsia="Nanum Gothic" w:cs="Nanum Gothic"/>
                <w:color w:val="1A1A1A"/>
                <w:sz w:val="19"/>
                <w:lang w:eastAsia="ko-KR"/>
              </w:rPr>
              <w:t>숨겨진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지시</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항상</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먼저</w:t>
            </w:r>
            <w:r>
              <w:rPr>
                <w:rFonts w:ascii="Nanum Gothic" w:hAnsi="Nanum Gothic" w:eastAsia="Nanum Gothic" w:cs="Nanum Gothic"/>
                <w:color w:val="1A1A1A"/>
                <w:sz w:val="19"/>
                <w:lang w:eastAsia="ko-KR"/>
              </w:rPr>
              <w:t>)</w:t>
            </w:r>
          </w:p>
          <w:p w14:paraId="75F9CDC8" w14:textId="77777777" w:rsidR="00226CAC" w:rsidRDefault="00000000">
            <w:pPr>
              <w:spacing w:before="20" w:after="20" w:line="220" w:lineRule="exact"/>
            </w:pPr>
            <w:r>
              <w:rPr>
                <w:rFonts w:ascii="Nanum Gothic" w:hAnsi="Nanum Gothic" w:eastAsia="Nanum Gothic" w:cs="Nanum Gothic"/>
                <w:color w:val="1A1A1A"/>
                <w:sz w:val="19"/>
              </w:rPr>
              <w:t>↓</w:t>
            </w:r>
          </w:p>
          <w:p w14:paraId="0B5862F4" w14:textId="77777777" w:rsidR="00226CAC" w:rsidRDefault="00000000">
            <w:pPr>
              <w:spacing w:before="20" w:after="20" w:line="220" w:lineRule="exact"/>
            </w:pPr>
            <w:r>
              <w:rPr>
                <w:rFonts w:ascii="D2Coding" w:hAnsi="D2Coding" w:eastAsia="D2Coding" w:cs="D2Coding"/>
                <w:color w:val="1A1A1A"/>
                <w:sz w:val="19"/>
              </w:rPr>
              <w:t>User Prompt (</w:t>
            </w:r>
            <w:r>
              <w:rPr>
                <w:rFonts w:ascii="Nanum Gothic" w:hAnsi="Nanum Gothic" w:eastAsia="Nanum Gothic" w:cs="Nanum Gothic"/>
                <w:color w:val="1A1A1A"/>
                <w:sz w:val="19"/>
              </w:rPr>
              <w:t>사용자</w:t>
            </w:r>
            <w:r>
              <w:rPr>
                <w:rFonts w:ascii="D2Coding" w:hAnsi="D2Coding" w:eastAsia="D2Coding" w:cs="D2Coding"/>
                <w:color w:val="1A1A1A"/>
                <w:sz w:val="19"/>
              </w:rPr>
              <w:t xml:space="preserve"> </w:t>
            </w:r>
            <w:r>
              <w:rPr>
                <w:rFonts w:ascii="Nanum Gothic" w:hAnsi="Nanum Gothic" w:eastAsia="Nanum Gothic" w:cs="Nanum Gothic"/>
                <w:color w:val="1A1A1A"/>
                <w:sz w:val="19"/>
              </w:rPr>
              <w:t>입력</w:t>
            </w:r>
            <w:r>
              <w:rPr>
                <w:rFonts w:ascii="Nanum Gothic" w:hAnsi="Nanum Gothic" w:eastAsia="Nanum Gothic" w:cs="Nanum Gothic"/>
                <w:color w:val="1A1A1A"/>
                <w:sz w:val="19"/>
              </w:rPr>
              <w:t xml:space="preserve">, </w:t>
            </w:r>
            <w:r>
              <w:rPr>
                <w:rFonts w:ascii="Nanum Gothic" w:hAnsi="Nanum Gothic" w:eastAsia="Nanum Gothic" w:cs="Nanum Gothic"/>
                <w:color w:val="1A1A1A"/>
                <w:sz w:val="19"/>
              </w:rPr>
              <w:t>매번</w:t>
            </w:r>
            <w:r>
              <w:rPr>
                <w:rFonts w:ascii="Nanum Gothic" w:hAnsi="Nanum Gothic" w:eastAsia="Nanum Gothic" w:cs="Nanum Gothic"/>
                <w:color w:val="1A1A1A"/>
                <w:sz w:val="19"/>
              </w:rPr>
              <w:t>)</w:t>
            </w:r>
          </w:p>
          <w:p w14:paraId="58D8D054" w14:textId="77777777" w:rsidR="00226CAC" w:rsidRDefault="00000000">
            <w:pPr>
              <w:spacing w:before="20" w:after="20" w:line="220" w:lineRule="exact"/>
            </w:pPr>
            <w:r>
              <w:rPr>
                <w:rFonts w:ascii="Nanum Gothic" w:hAnsi="Nanum Gothic" w:eastAsia="Nanum Gothic" w:cs="Nanum Gothic"/>
                <w:color w:val="1A1A1A"/>
                <w:sz w:val="19"/>
              </w:rPr>
              <w:t>↓</w:t>
            </w:r>
          </w:p>
          <w:p w14:paraId="10BD0E5F" w14:textId="77777777" w:rsidR="00226CAC" w:rsidRDefault="00000000">
            <w:pPr>
              <w:spacing w:before="20" w:after="20" w:line="220" w:lineRule="exact"/>
            </w:pPr>
            <w:r>
              <w:rPr>
                <w:rFonts w:ascii="D2Coding" w:hAnsi="D2Coding" w:eastAsia="D2Coding" w:cs="D2Coding"/>
                <w:color w:val="1A1A1A"/>
                <w:sz w:val="19"/>
              </w:rPr>
              <w:t xml:space="preserve">AI </w:t>
            </w:r>
            <w:r>
              <w:rPr>
                <w:rFonts w:ascii="Nanum Gothic" w:hAnsi="Nanum Gothic" w:eastAsia="Nanum Gothic" w:cs="Nanum Gothic"/>
                <w:color w:val="1A1A1A"/>
                <w:sz w:val="19"/>
              </w:rPr>
              <w:t>응답</w:t>
            </w:r>
            <w:r>
              <w:rPr>
                <w:rFonts w:ascii="D2Coding" w:hAnsi="D2Coding" w:eastAsia="D2Coding" w:cs="D2Coding"/>
                <w:color w:val="1A1A1A"/>
                <w:sz w:val="19"/>
              </w:rPr>
              <w:t xml:space="preserve"> (System Prompt + User Prompt</w:t>
            </w:r>
            <w:r>
              <w:rPr>
                <w:rFonts w:ascii="Nanum Gothic" w:hAnsi="Nanum Gothic" w:eastAsia="Nanum Gothic" w:cs="Nanum Gothic"/>
                <w:color w:val="1A1A1A"/>
                <w:sz w:val="19"/>
              </w:rPr>
              <w:t>를</w:t>
            </w:r>
            <w:r>
              <w:rPr>
                <w:rFonts w:ascii="D2Coding" w:hAnsi="D2Coding" w:eastAsia="D2Coding" w:cs="D2Coding"/>
                <w:color w:val="1A1A1A"/>
                <w:sz w:val="19"/>
              </w:rPr>
              <w:t xml:space="preserve"> </w:t>
            </w:r>
            <w:r>
              <w:rPr>
                <w:rFonts w:ascii="Nanum Gothic" w:hAnsi="Nanum Gothic" w:eastAsia="Nanum Gothic" w:cs="Nanum Gothic"/>
                <w:color w:val="1A1A1A"/>
                <w:sz w:val="19"/>
              </w:rPr>
              <w:t>함께</w:t>
            </w:r>
            <w:r>
              <w:rPr>
                <w:rFonts w:ascii="D2Coding" w:hAnsi="D2Coding" w:eastAsia="D2Coding" w:cs="D2Coding"/>
                <w:color w:val="1A1A1A"/>
                <w:sz w:val="19"/>
              </w:rPr>
              <w:t xml:space="preserve"> </w:t>
            </w:r>
            <w:r>
              <w:rPr>
                <w:rFonts w:ascii="Nanum Gothic" w:hAnsi="Nanum Gothic" w:eastAsia="Nanum Gothic" w:cs="Nanum Gothic"/>
                <w:color w:val="1A1A1A"/>
                <w:sz w:val="19"/>
              </w:rPr>
              <w:t>고려</w:t>
            </w:r>
            <w:r>
              <w:rPr>
                <w:rFonts w:ascii="Nanum Gothic" w:hAnsi="Nanum Gothic" w:eastAsia="Nanum Gothic" w:cs="Nanum Gothic"/>
                <w:color w:val="1A1A1A"/>
                <w:sz w:val="19"/>
              </w:rPr>
              <w:t>)</w:t>
            </w:r>
          </w:p>
        </w:tc>
      </w:tr>
    </w:tbl>
    <w:p w14:paraId="1BD15CE1" w14:textId="77777777" w:rsidR="00226CAC" w:rsidRDefault="00226CAC"/>
    <w:p w14:paraId="49E4EB4B" w14:textId="77777777" w:rsidR="00226CAC" w:rsidRDefault="00000000">
      <w:pPr>
        <w:spacing w:before="60" w:after="60"/>
      </w:pPr>
      <w:r>
        <w:rPr>
          <w:rFonts w:ascii="Nanum Gothic" w:eastAsia="Nanum Gothic" w:hAnsi="Nanum Gothic" w:cs="Nanum Gothic"/>
          <w:color w:val="1A1A1A"/>
          <w:sz w:val="20"/>
        </w:rPr>
        <w:t>특징:</w:t>
      </w:r>
    </w:p>
    <w:p w14:paraId="6E2387FE"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대화창에 표시되지 않음 (사용자에게 보이지 않음)</w:t>
      </w:r>
    </w:p>
    <w:p w14:paraId="6424FCC1"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모든 대화에 지속 적용</w:t>
      </w:r>
    </w:p>
    <w:p w14:paraId="7A015E1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대화 세션이 끝나면 초기화됨</w:t>
      </w:r>
    </w:p>
    <w:p w14:paraId="21837A5D" w14:textId="77777777" w:rsidR="00226CAC" w:rsidRDefault="00000000">
      <w:pPr>
        <w:spacing w:before="160" w:after="40"/>
      </w:pPr>
      <w:r>
        <w:rPr>
          <w:rFonts w:ascii="Nanum Gothic" w:eastAsia="Nanum Gothic" w:hAnsi="Nanum Gothic" w:cs="Nanum Gothic"/>
          <w:b/>
          <w:color w:val="024AD8"/>
          <w:sz w:val="24"/>
        </w:rPr>
        <w:t>6.2.3.2 System Prompt의 활용 목적</w:t>
      </w:r>
    </w:p>
    <w:p w14:paraId="4BFA0BBD" w14:textId="77777777" w:rsidR="00226CAC" w:rsidRDefault="00000000">
      <w:pPr>
        <w:spacing w:before="60" w:after="60"/>
      </w:pPr>
      <w:r>
        <w:rPr>
          <w:rFonts w:ascii="Nanum Gothic" w:eastAsia="Nanum Gothic" w:hAnsi="Nanum Gothic" w:cs="Nanum Gothic"/>
          <w:b/>
          <w:color w:val="1A1A1A"/>
          <w:sz w:val="20"/>
        </w:rPr>
        <w:t>① 페르소나(Persona) 지정</w:t>
      </w:r>
      <w:r>
        <w:rPr>
          <w:rFonts w:ascii="Nanum Gothic" w:eastAsia="Nanum Gothic" w:hAnsi="Nanum Gothic" w:cs="Nanum Gothic"/>
          <w:color w:val="1A1A1A"/>
          <w:sz w:val="20"/>
        </w:rPr>
        <w:t>:</w:t>
      </w:r>
    </w:p>
    <w:tbl>
      <w:tblPr>
        <w:tblStyle w:val="af9"/>
        <w:tblW w:w="0" w:type="auto"/>
        <w:tblLook w:val="04A0" w:firstRow="1" w:lastRow="0" w:firstColumn="1" w:lastColumn="0" w:noHBand="0" w:noVBand="1"/>
      </w:tblPr>
      <w:tblGrid>
        <w:gridCol w:w="9072"/>
      </w:tblGrid>
      <w:tr w:rsidR="00226CAC" w14:paraId="41525ABD" w14:textId="77777777">
        <w:tc>
          <w:tcPr>
            <w:tcW w:w="9072" w:type="dxa"/>
            <w:shd w:val="clear" w:color="auto" w:fill="F7F7F7"/>
          </w:tcPr>
          <w:p w14:paraId="52A13637"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당신은</w:t>
            </w:r>
            <w:r>
              <w:rPr>
                <w:rFonts w:ascii="D2Coding" w:hAnsi="D2Coding" w:eastAsia="D2Coding" w:cs="D2Coding"/>
                <w:color w:val="1A1A1A"/>
                <w:sz w:val="19"/>
                <w:lang w:eastAsia="ko-KR"/>
              </w:rPr>
              <w:t xml:space="preserve"> 5</w:t>
            </w:r>
            <w:r>
              <w:rPr>
                <w:rFonts w:ascii="Nanum Gothic" w:hAnsi="Nanum Gothic" w:eastAsia="Nanum Gothic" w:cs="Nanum Gothic"/>
                <w:color w:val="1A1A1A"/>
                <w:sz w:val="19"/>
                <w:lang w:eastAsia="ko-KR"/>
              </w:rPr>
              <w:t>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경력의</w:t>
            </w:r>
            <w:r>
              <w:rPr>
                <w:rFonts w:ascii="D2Coding" w:hAnsi="D2Coding" w:eastAsia="D2Coding" w:cs="D2Coding"/>
                <w:color w:val="1A1A1A"/>
                <w:sz w:val="19"/>
                <w:lang w:eastAsia="ko-KR"/>
              </w:rPr>
              <w:t xml:space="preserve"> UX </w:t>
            </w:r>
            <w:r>
              <w:rPr>
                <w:rFonts w:ascii="Nanum Gothic" w:hAnsi="Nanum Gothic" w:eastAsia="Nanum Gothic" w:cs="Nanum Gothic"/>
                <w:color w:val="1A1A1A"/>
                <w:sz w:val="19"/>
                <w:lang w:eastAsia="ko-KR"/>
              </w:rPr>
              <w:t>디자이너입니다</w:t>
            </w:r>
            <w:r>
              <w:rPr>
                <w:rFonts w:ascii="Nanum Gothic" w:hAnsi="Nanum Gothic" w:eastAsia="Nanum Gothic" w:cs="Nanum Gothic"/>
                <w:color w:val="1A1A1A"/>
                <w:sz w:val="19"/>
                <w:lang w:eastAsia="ko-KR"/>
              </w:rPr>
              <w:t>.</w:t>
            </w:r>
          </w:p>
          <w:p w14:paraId="0DA9ACAE"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모든</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답변을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사용자</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경험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관점에서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분석하세요</w:t>
            </w:r>
            <w:r>
              <w:rPr>
                <w:rFonts w:ascii="Nanum Gothic" w:hAnsi="Nanum Gothic" w:eastAsia="Nanum Gothic" w:cs="Nanum Gothic"/>
                <w:color w:val="1A1A1A"/>
                <w:sz w:val="19"/>
                <w:lang w:eastAsia="ko-KR"/>
              </w:rPr>
              <w:t>."</w:t>
            </w:r>
          </w:p>
        </w:tc>
      </w:tr>
    </w:tbl>
    <w:p w14:paraId="0F6FE219" w14:textId="77777777" w:rsidR="00226CAC" w:rsidRDefault="00226CAC">
      <w:pPr>
        <w:rPr>
          <w:rFonts w:eastAsia="Nanum Gothic"/>
          <w:lang w:eastAsia="ko-KR"/>
        </w:rPr>
      </w:pPr>
    </w:p>
    <w:p w14:paraId="52419FF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AI가 UX 디자이너처럼 응답</w:t>
      </w:r>
    </w:p>
    <w:p w14:paraId="3AA29A20" w14:textId="77777777" w:rsidR="00226CAC" w:rsidRDefault="00000000">
      <w:pPr>
        <w:spacing w:before="60" w:after="60"/>
      </w:pPr>
      <w:r>
        <w:rPr>
          <w:rFonts w:ascii="Nanum Gothic" w:eastAsia="Nanum Gothic" w:hAnsi="Nanum Gothic" w:cs="Nanum Gothic"/>
          <w:b/>
          <w:color w:val="1A1A1A"/>
          <w:sz w:val="20"/>
        </w:rPr>
        <w:t>② 응답 형식 지정</w:t>
      </w:r>
      <w:r>
        <w:rPr>
          <w:rFonts w:ascii="Nanum Gothic" w:eastAsia="Nanum Gothic" w:hAnsi="Nanum Gothic" w:cs="Nanum Gothic"/>
          <w:color w:val="1A1A1A"/>
          <w:sz w:val="20"/>
        </w:rPr>
        <w:t>:</w:t>
      </w:r>
    </w:p>
    <w:tbl>
      <w:tblPr>
        <w:tblStyle w:val="af9"/>
        <w:tblW w:w="0" w:type="auto"/>
        <w:tblLook w:val="04A0" w:firstRow="1" w:lastRow="0" w:firstColumn="1" w:lastColumn="0" w:noHBand="0" w:noVBand="1"/>
      </w:tblPr>
      <w:tblGrid>
        <w:gridCol w:w="9072"/>
      </w:tblGrid>
      <w:tr w:rsidR="00226CAC" w14:paraId="76B75A36" w14:textId="77777777">
        <w:tc>
          <w:tcPr>
            <w:tcW w:w="9072" w:type="dxa"/>
            <w:shd w:val="clear" w:color="auto" w:fill="F7F7F7"/>
          </w:tcPr>
          <w:p w14:paraId="0AFF9DD6"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모든</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답변은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반드시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다음</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형식으로</w:t>
            </w:r>
            <w:r>
              <w:rPr>
                <w:rFonts w:ascii="Nanum Gothic" w:hAnsi="Nanum Gothic" w:eastAsia="Nanum Gothic" w:cs="Nanum Gothic"/>
                <w:color w:val="1A1A1A"/>
                <w:sz w:val="19"/>
                <w:lang w:eastAsia="ko-KR"/>
              </w:rPr>
              <w:t>:</w:t>
            </w:r>
          </w:p>
          <w:p w14:paraId="0B56D6EA"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1. </w:t>
            </w:r>
            <w:r>
              <w:rPr>
                <w:rFonts w:ascii="Nanum Gothic" w:hAnsi="Nanum Gothic" w:eastAsia="Nanum Gothic" w:cs="Nanum Gothic"/>
                <w:color w:val="1A1A1A"/>
                <w:sz w:val="19"/>
                <w:lang w:eastAsia="ko-KR"/>
              </w:rPr>
              <w:t>핵심</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요약</w:t>
            </w:r>
            <w:r>
              <w:rPr>
                <w:rFonts w:ascii="D2Coding" w:hAnsi="D2Coding" w:eastAsia="D2Coding" w:cs="D2Coding"/>
                <w:color w:val="1A1A1A"/>
                <w:sz w:val="19"/>
                <w:lang w:eastAsia="ko-KR"/>
              </w:rPr>
              <w:t xml:space="preserve"> (1</w:t>
            </w:r>
            <w:r>
              <w:rPr>
                <w:rFonts w:ascii="Nanum Gothic" w:hAnsi="Nanum Gothic" w:eastAsia="Nanum Gothic" w:cs="Nanum Gothic"/>
                <w:color w:val="1A1A1A"/>
                <w:sz w:val="19"/>
                <w:lang w:eastAsia="ko-KR"/>
              </w:rPr>
              <w:t>문장</w:t>
            </w:r>
            <w:r>
              <w:rPr>
                <w:rFonts w:ascii="Nanum Gothic" w:hAnsi="Nanum Gothic" w:eastAsia="Nanum Gothic" w:cs="Nanum Gothic"/>
                <w:color w:val="1A1A1A"/>
                <w:sz w:val="19"/>
                <w:lang w:eastAsia="ko-KR"/>
              </w:rPr>
              <w:t>)</w:t>
            </w:r>
          </w:p>
          <w:p w14:paraId="1D7F7D04"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2. </w:t>
            </w:r>
            <w:r>
              <w:rPr>
                <w:rFonts w:ascii="Nanum Gothic" w:hAnsi="Nanum Gothic" w:eastAsia="Nanum Gothic" w:cs="Nanum Gothic"/>
                <w:color w:val="1A1A1A"/>
                <w:sz w:val="19"/>
                <w:lang w:eastAsia="ko-KR"/>
              </w:rPr>
              <w:t>세부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설명</w:t>
            </w:r>
            <w:r>
              <w:rPr>
                <w:rFonts w:ascii="D2Coding" w:hAnsi="D2Coding" w:eastAsia="D2Coding" w:cs="D2Coding"/>
                <w:color w:val="1A1A1A"/>
                <w:sz w:val="19"/>
                <w:lang w:eastAsia="ko-KR"/>
              </w:rPr>
              <w:t xml:space="preserve"> (3~5 </w:t>
            </w:r>
            <w:r>
              <w:rPr>
                <w:rFonts w:ascii="Nanum Gothic" w:hAnsi="Nanum Gothic" w:eastAsia="Nanum Gothic" w:cs="Nanum Gothic"/>
                <w:color w:val="1A1A1A"/>
                <w:sz w:val="19"/>
                <w:lang w:eastAsia="ko-KR"/>
              </w:rPr>
              <w:t>불릿</w:t>
            </w:r>
            <w:r>
              <w:rPr>
                <w:rFonts w:ascii="Nanum Gothic" w:hAnsi="Nanum Gothic" w:eastAsia="Nanum Gothic" w:cs="Nanum Gothic"/>
                <w:color w:val="1A1A1A"/>
                <w:sz w:val="19"/>
                <w:lang w:eastAsia="ko-KR"/>
              </w:rPr>
              <w:t>)</w:t>
            </w:r>
          </w:p>
          <w:p w14:paraId="3EEBCA29" w14:textId="77777777" w:rsidR="00226CAC" w:rsidRDefault="00000000">
            <w:pPr>
              <w:spacing w:before="20" w:after="20" w:line="220" w:lineRule="exact"/>
            </w:pPr>
            <w:r>
              <w:rPr>
                <w:rFonts w:ascii="D2Coding" w:hAnsi="D2Coding" w:eastAsia="D2Coding" w:cs="D2Coding"/>
                <w:color w:val="1A1A1A"/>
                <w:sz w:val="19"/>
              </w:rPr>
              <w:t xml:space="preserve">3. </w:t>
            </w:r>
            <w:r>
              <w:rPr>
                <w:rFonts w:ascii="Nanum Gothic" w:hAnsi="Nanum Gothic" w:eastAsia="Nanum Gothic" w:cs="Nanum Gothic"/>
                <w:color w:val="1A1A1A"/>
                <w:sz w:val="19"/>
              </w:rPr>
              <w:t>다음</w:t>
            </w:r>
            <w:r>
              <w:rPr>
                <w:rFonts w:ascii="D2Coding" w:hAnsi="D2Coding" w:eastAsia="D2Coding" w:cs="D2Coding"/>
                <w:color w:val="1A1A1A"/>
                <w:sz w:val="19"/>
              </w:rPr>
              <w:t xml:space="preserve"> </w:t>
            </w:r>
            <w:r>
              <w:rPr>
                <w:rFonts w:ascii="Nanum Gothic" w:hAnsi="Nanum Gothic" w:eastAsia="Nanum Gothic" w:cs="Nanum Gothic"/>
                <w:color w:val="1A1A1A"/>
                <w:sz w:val="19"/>
              </w:rPr>
              <w:t>단계</w:t>
            </w:r>
            <w:r>
              <w:rPr>
                <w:rFonts w:ascii="D2Coding" w:hAnsi="D2Coding" w:eastAsia="D2Coding" w:cs="D2Coding"/>
                <w:color w:val="1A1A1A"/>
                <w:sz w:val="19"/>
              </w:rPr>
              <w:t xml:space="preserve"> (1~3</w:t>
            </w:r>
            <w:r>
              <w:rPr>
                <w:rFonts w:ascii="Nanum Gothic" w:hAnsi="Nanum Gothic" w:eastAsia="Nanum Gothic" w:cs="Nanum Gothic"/>
                <w:color w:val="1A1A1A"/>
                <w:sz w:val="19"/>
              </w:rPr>
              <w:t>개</w:t>
            </w:r>
            <w:r>
              <w:rPr>
                <w:rFonts w:ascii="D2Coding" w:hAnsi="D2Coding" w:eastAsia="D2Coding" w:cs="D2Coding"/>
                <w:color w:val="1A1A1A"/>
                <w:sz w:val="19"/>
              </w:rPr>
              <w:t xml:space="preserve"> </w:t>
            </w:r>
            <w:r>
              <w:rPr>
                <w:rFonts w:ascii="Nanum Gothic" w:hAnsi="Nanum Gothic" w:eastAsia="Nanum Gothic" w:cs="Nanum Gothic"/>
                <w:color w:val="1A1A1A"/>
                <w:sz w:val="19"/>
              </w:rPr>
              <w:t>액션</w:t>
            </w:r>
            <w:r>
              <w:rPr>
                <w:rFonts w:ascii="Nanum Gothic" w:hAnsi="Nanum Gothic" w:eastAsia="Nanum Gothic" w:cs="Nanum Gothic"/>
                <w:color w:val="1A1A1A"/>
                <w:sz w:val="19"/>
              </w:rPr>
              <w:t>)"</w:t>
            </w:r>
          </w:p>
        </w:tc>
      </w:tr>
    </w:tbl>
    <w:p w14:paraId="730CC938" w14:textId="77777777" w:rsidR="00226CAC" w:rsidRDefault="00226CAC"/>
    <w:p w14:paraId="4C905012" w14:textId="77777777" w:rsidR="00226CAC" w:rsidRDefault="00000000">
      <w:pPr>
        <w:spacing w:before="60" w:after="60"/>
      </w:pPr>
      <w:r>
        <w:rPr>
          <w:rFonts w:ascii="Nanum Gothic" w:eastAsia="Nanum Gothic" w:hAnsi="Nanum Gothic" w:cs="Nanum Gothic"/>
          <w:color w:val="1A1A1A"/>
          <w:sz w:val="20"/>
        </w:rPr>
        <w:t>→ 일관된 형식으로 응답</w:t>
      </w:r>
    </w:p>
    <w:p w14:paraId="575C9D93" w14:textId="77777777" w:rsidR="00226CAC" w:rsidRDefault="00000000">
      <w:pPr>
        <w:spacing w:before="60" w:after="60"/>
      </w:pPr>
      <w:r>
        <w:rPr>
          <w:rFonts w:ascii="Nanum Gothic" w:eastAsia="Nanum Gothic" w:hAnsi="Nanum Gothic" w:cs="Nanum Gothic"/>
          <w:b/>
          <w:color w:val="1A1A1A"/>
          <w:sz w:val="20"/>
        </w:rPr>
        <w:t>③ 제약 설정</w:t>
      </w:r>
      <w:r>
        <w:rPr>
          <w:rFonts w:ascii="Nanum Gothic" w:eastAsia="Nanum Gothic" w:hAnsi="Nanum Gothic" w:cs="Nanum Gothic"/>
          <w:color w:val="1A1A1A"/>
          <w:sz w:val="20"/>
        </w:rPr>
        <w:t>:</w:t>
      </w:r>
    </w:p>
    <w:tbl>
      <w:tblPr>
        <w:tblStyle w:val="af9"/>
        <w:tblW w:w="0" w:type="auto"/>
        <w:tblLook w:val="04A0" w:firstRow="1" w:lastRow="0" w:firstColumn="1" w:lastColumn="0" w:noHBand="0" w:noVBand="1"/>
      </w:tblPr>
      <w:tblGrid>
        <w:gridCol w:w="9072"/>
      </w:tblGrid>
      <w:tr w:rsidR="00226CAC" w14:paraId="3242254F" w14:textId="77777777">
        <w:tc>
          <w:tcPr>
            <w:tcW w:w="9072" w:type="dxa"/>
            <w:shd w:val="clear" w:color="auto" w:fill="F7F7F7"/>
          </w:tcPr>
          <w:p w14:paraId="171604D8"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다음</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사항은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절대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언급하지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마세요</w:t>
            </w:r>
            <w:r>
              <w:rPr>
                <w:rFonts w:ascii="Nanum Gothic" w:hAnsi="Nanum Gothic" w:eastAsia="Nanum Gothic" w:cs="Nanum Gothic"/>
                <w:color w:val="1A1A1A"/>
                <w:sz w:val="19"/>
                <w:lang w:eastAsia="ko-KR"/>
              </w:rPr>
              <w:t>:</w:t>
            </w:r>
          </w:p>
          <w:p w14:paraId="42C49049"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경쟁사</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제품명</w:t>
            </w:r>
          </w:p>
          <w:p w14:paraId="09E014BE"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가격</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정보</w:t>
            </w:r>
          </w:p>
          <w:p w14:paraId="748876CA"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아직</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출시되지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않은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기능</w:t>
            </w:r>
            <w:r>
              <w:rPr>
                <w:rFonts w:ascii="Nanum Gothic" w:hAnsi="Nanum Gothic" w:eastAsia="Nanum Gothic" w:cs="Nanum Gothic"/>
                <w:color w:val="1A1A1A"/>
                <w:sz w:val="19"/>
                <w:lang w:eastAsia="ko-KR"/>
              </w:rPr>
              <w:t>"</w:t>
            </w:r>
          </w:p>
        </w:tc>
      </w:tr>
    </w:tbl>
    <w:p w14:paraId="2E9E2031" w14:textId="77777777" w:rsidR="00226CAC" w:rsidRDefault="00226CAC">
      <w:pPr>
        <w:rPr>
          <w:rFonts w:eastAsia="Nanum Gothic"/>
          <w:lang w:eastAsia="ko-KR"/>
        </w:rPr>
      </w:pPr>
    </w:p>
    <w:p w14:paraId="0345BF2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가드레일 역할</w:t>
      </w:r>
    </w:p>
    <w:p w14:paraId="25C25232"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lastRenderedPageBreak/>
        <w:t>④ 도메인 컨텍스트 제공</w:t>
      </w:r>
      <w:r>
        <w:rPr>
          <w:rFonts w:ascii="Nanum Gothic" w:eastAsia="Nanum Gothic" w:hAnsi="Nanum Gothic" w:cs="Nanum Gothic"/>
          <w:color w:val="1A1A1A"/>
          <w:sz w:val="20"/>
          <w:lang w:eastAsia="ko-KR"/>
        </w:rPr>
        <w:t>:</w:t>
      </w:r>
    </w:p>
    <w:tbl>
      <w:tblPr>
        <w:tblStyle w:val="af9"/>
        <w:tblW w:w="0" w:type="auto"/>
        <w:tblLook w:val="04A0" w:firstRow="1" w:lastRow="0" w:firstColumn="1" w:lastColumn="0" w:noHBand="0" w:noVBand="1"/>
      </w:tblPr>
      <w:tblGrid>
        <w:gridCol w:w="9072"/>
      </w:tblGrid>
      <w:tr w:rsidR="00226CAC" w14:paraId="3031E860" w14:textId="77777777">
        <w:tc>
          <w:tcPr>
            <w:tcW w:w="9072" w:type="dxa"/>
            <w:shd w:val="clear" w:color="auto" w:fill="F7F7F7"/>
          </w:tcPr>
          <w:p w14:paraId="2AD80FA6"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당신은</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회사명</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고객</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지원</w:t>
            </w:r>
            <w:r>
              <w:rPr>
                <w:rFonts w:ascii="D2Coding" w:hAnsi="D2Coding" w:eastAsia="D2Coding" w:cs="D2Coding"/>
                <w:color w:val="1A1A1A"/>
                <w:sz w:val="19"/>
                <w:lang w:eastAsia="ko-KR"/>
              </w:rPr>
              <w:t xml:space="preserve"> AI</w:t>
            </w:r>
            <w:r>
              <w:rPr>
                <w:rFonts w:ascii="Nanum Gothic" w:hAnsi="Nanum Gothic" w:eastAsia="Nanum Gothic" w:cs="Nanum Gothic"/>
                <w:color w:val="1A1A1A"/>
                <w:sz w:val="19"/>
                <w:lang w:eastAsia="ko-KR"/>
              </w:rPr>
              <w:t>입니다</w:t>
            </w:r>
            <w:r>
              <w:rPr>
                <w:rFonts w:ascii="Nanum Gothic" w:hAnsi="Nanum Gothic" w:eastAsia="Nanum Gothic" w:cs="Nanum Gothic"/>
                <w:color w:val="1A1A1A"/>
                <w:sz w:val="19"/>
                <w:lang w:eastAsia="ko-KR"/>
              </w:rPr>
              <w:t>.</w:t>
            </w:r>
          </w:p>
          <w:p w14:paraId="3DDD28B9"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우리</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제품은</w:t>
            </w:r>
            <w:r>
              <w:rPr>
                <w:rFonts w:ascii="D2Coding" w:hAnsi="D2Coding" w:eastAsia="D2Coding" w:cs="D2Coding"/>
                <w:color w:val="1A1A1A"/>
                <w:sz w:val="19"/>
                <w:lang w:eastAsia="ko-KR"/>
              </w:rPr>
              <w:t xml:space="preserve"> B2B SaaS </w:t>
            </w:r>
            <w:r>
              <w:rPr>
                <w:rFonts w:ascii="Nanum Gothic" w:hAnsi="Nanum Gothic" w:eastAsia="Nanum Gothic" w:cs="Nanum Gothic"/>
                <w:color w:val="1A1A1A"/>
                <w:sz w:val="19"/>
                <w:lang w:eastAsia="ko-KR"/>
              </w:rPr>
              <w:t>플랫폼이며</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대상</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고객은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중소기업입니다</w:t>
            </w:r>
            <w:r>
              <w:rPr>
                <w:rFonts w:ascii="Nanum Gothic" w:hAnsi="Nanum Gothic" w:eastAsia="Nanum Gothic" w:cs="Nanum Gothic"/>
                <w:color w:val="1A1A1A"/>
                <w:sz w:val="19"/>
                <w:lang w:eastAsia="ko-KR"/>
              </w:rPr>
              <w:t>.</w:t>
            </w:r>
          </w:p>
          <w:p w14:paraId="68701DBE"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기술적이지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않은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언어로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설명하세요</w:t>
            </w:r>
            <w:r>
              <w:rPr>
                <w:rFonts w:ascii="Nanum Gothic" w:hAnsi="Nanum Gothic" w:eastAsia="Nanum Gothic" w:cs="Nanum Gothic"/>
                <w:color w:val="1A1A1A"/>
                <w:sz w:val="19"/>
                <w:lang w:eastAsia="ko-KR"/>
              </w:rPr>
              <w:t>."</w:t>
            </w:r>
          </w:p>
        </w:tc>
      </w:tr>
    </w:tbl>
    <w:p w14:paraId="05AC895D" w14:textId="77777777" w:rsidR="00226CAC" w:rsidRDefault="00226CAC">
      <w:pPr>
        <w:rPr>
          <w:rFonts w:eastAsia="Nanum Gothic"/>
          <w:lang w:eastAsia="ko-KR"/>
        </w:rPr>
      </w:pPr>
    </w:p>
    <w:p w14:paraId="471E6A2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사내 맥락 이해</w:t>
      </w:r>
    </w:p>
    <w:p w14:paraId="74DA80C7"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6.2.3.3 System Prompt 실험: 페르소나 변경</w:t>
      </w:r>
    </w:p>
    <w:p w14:paraId="7D8B37B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강사 시연 실험:</w:t>
      </w:r>
    </w:p>
    <w:p w14:paraId="60E671FA"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실험 A — 냉소적 비평가</w:t>
      </w:r>
      <w:r>
        <w:rPr>
          <w:rFonts w:ascii="Nanum Gothic" w:eastAsia="Nanum Gothic" w:hAnsi="Nanum Gothic" w:cs="Nanum Gothic"/>
          <w:color w:val="1A1A1A"/>
          <w:sz w:val="20"/>
          <w:lang w:eastAsia="ko-KR"/>
        </w:rPr>
        <w:t>:</w:t>
      </w:r>
    </w:p>
    <w:tbl>
      <w:tblPr>
        <w:tblStyle w:val="af9"/>
        <w:tblW w:w="0" w:type="auto"/>
        <w:tblLook w:val="04A0" w:firstRow="1" w:lastRow="0" w:firstColumn="1" w:lastColumn="0" w:noHBand="0" w:noVBand="1"/>
      </w:tblPr>
      <w:tblGrid>
        <w:gridCol w:w="9072"/>
      </w:tblGrid>
      <w:tr w:rsidR="00226CAC" w14:paraId="45EF9B42" w14:textId="77777777">
        <w:tc>
          <w:tcPr>
            <w:tcW w:w="9072" w:type="dxa"/>
            <w:shd w:val="clear" w:color="auto" w:fill="F7F7F7"/>
          </w:tcPr>
          <w:p w14:paraId="03AF6AB3"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[System Prompt]</w:t>
            </w:r>
          </w:p>
          <w:p w14:paraId="7B9D178F"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당신은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냉소적인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기술</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비평가입니다</w:t>
            </w:r>
            <w:r>
              <w:rPr>
                <w:rFonts w:ascii="Nanum Gothic" w:hAnsi="Nanum Gothic" w:eastAsia="Nanum Gothic" w:cs="Nanum Gothic"/>
                <w:color w:val="1A1A1A"/>
                <w:sz w:val="19"/>
                <w:lang w:eastAsia="ko-KR"/>
              </w:rPr>
              <w:t>.</w:t>
            </w:r>
          </w:p>
          <w:p w14:paraId="549DD48A"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모든</w:t>
            </w:r>
            <w:r>
              <w:rPr>
                <w:rFonts w:ascii="D2Coding" w:hAnsi="D2Coding" w:eastAsia="D2Coding" w:cs="D2Coding"/>
                <w:color w:val="1A1A1A"/>
                <w:sz w:val="19"/>
                <w:lang w:eastAsia="ko-KR"/>
              </w:rPr>
              <w:t xml:space="preserve"> AI </w:t>
            </w:r>
            <w:r>
              <w:rPr>
                <w:rFonts w:ascii="Nanum Gothic" w:hAnsi="Nanum Gothic" w:eastAsia="Nanum Gothic" w:cs="Nanum Gothic"/>
                <w:color w:val="1A1A1A"/>
                <w:sz w:val="19"/>
                <w:lang w:eastAsia="ko-KR"/>
              </w:rPr>
              <w:t>주장에</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회의적으로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반응하고</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단점과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위험을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먼저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지적합니다</w:t>
            </w:r>
            <w:r>
              <w:rPr>
                <w:rFonts w:ascii="Nanum Gothic" w:hAnsi="Nanum Gothic" w:eastAsia="Nanum Gothic" w:cs="Nanum Gothic"/>
                <w:color w:val="1A1A1A"/>
                <w:sz w:val="19"/>
                <w:lang w:eastAsia="ko-KR"/>
              </w:rPr>
              <w:t>.</w:t>
            </w:r>
          </w:p>
        </w:tc>
      </w:tr>
    </w:tbl>
    <w:p w14:paraId="142406C0" w14:textId="77777777" w:rsidR="00226CAC" w:rsidRDefault="00226CAC">
      <w:pPr>
        <w:rPr>
          <w:rFonts w:eastAsia="Nanum Gothic"/>
          <w:lang w:eastAsia="ko-KR"/>
        </w:rPr>
      </w:pPr>
    </w:p>
    <w:tbl>
      <w:tblPr>
        <w:tblStyle w:val="af9"/>
        <w:tblW w:w="0" w:type="auto"/>
        <w:tblLook w:val="04A0" w:firstRow="1" w:lastRow="0" w:firstColumn="1" w:lastColumn="0" w:noHBand="0" w:noVBand="1"/>
      </w:tblPr>
      <w:tblGrid>
        <w:gridCol w:w="9072"/>
      </w:tblGrid>
      <w:tr w:rsidR="00226CAC" w14:paraId="36026342" w14:textId="77777777">
        <w:tc>
          <w:tcPr>
            <w:tcW w:w="9072" w:type="dxa"/>
            <w:shd w:val="clear" w:color="auto" w:fill="F7F7F7"/>
          </w:tcPr>
          <w:p w14:paraId="4523AA13"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[User Prompt]</w:t>
            </w:r>
          </w:p>
          <w:p w14:paraId="044068D5"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"AI </w:t>
            </w:r>
            <w:r>
              <w:rPr>
                <w:rFonts w:ascii="Nanum Gothic" w:hAnsi="Nanum Gothic" w:eastAsia="Nanum Gothic" w:cs="Nanum Gothic"/>
                <w:color w:val="1A1A1A"/>
                <w:sz w:val="19"/>
                <w:lang w:eastAsia="ko-KR"/>
              </w:rPr>
              <w:t>학습의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장점</w:t>
            </w:r>
            <w:r>
              <w:rPr>
                <w:rFonts w:ascii="D2Coding" w:hAnsi="D2Coding" w:eastAsia="D2Coding" w:cs="D2Coding"/>
                <w:color w:val="1A1A1A"/>
                <w:sz w:val="19"/>
                <w:lang w:eastAsia="ko-KR"/>
              </w:rPr>
              <w:t xml:space="preserve"> 3</w:t>
            </w:r>
            <w:r>
              <w:rPr>
                <w:rFonts w:ascii="Nanum Gothic" w:hAnsi="Nanum Gothic" w:eastAsia="Nanum Gothic" w:cs="Nanum Gothic"/>
                <w:color w:val="1A1A1A"/>
                <w:sz w:val="19"/>
                <w:lang w:eastAsia="ko-KR"/>
              </w:rPr>
              <w:t>가지를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알려줘</w:t>
            </w:r>
            <w:r>
              <w:rPr>
                <w:rFonts w:ascii="Nanum Gothic" w:hAnsi="Nanum Gothic" w:eastAsia="Nanum Gothic" w:cs="Nanum Gothic"/>
                <w:color w:val="1A1A1A"/>
                <w:sz w:val="19"/>
                <w:lang w:eastAsia="ko-KR"/>
              </w:rPr>
              <w:t>"</w:t>
            </w:r>
          </w:p>
        </w:tc>
      </w:tr>
    </w:tbl>
    <w:p w14:paraId="14A6B771" w14:textId="77777777" w:rsidR="00226CAC" w:rsidRDefault="00226CAC">
      <w:pPr>
        <w:rPr>
          <w:rFonts w:eastAsia="Nanum Gothic"/>
          <w:lang w:eastAsia="ko-KR"/>
        </w:rPr>
      </w:pPr>
    </w:p>
    <w:p w14:paraId="5AD8231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예상 응답: "물론 장점도 있지만, 더 중요한 문제점이 있습니다..."</w:t>
      </w:r>
    </w:p>
    <w:p w14:paraId="30C64C25" w14:textId="77777777" w:rsidR="00226CAC" w:rsidRDefault="00000000">
      <w:pPr>
        <w:spacing w:before="60" w:after="60"/>
      </w:pPr>
      <w:r>
        <w:rPr>
          <w:rFonts w:ascii="Nanum Gothic" w:eastAsia="Nanum Gothic" w:hAnsi="Nanum Gothic" w:cs="Nanum Gothic"/>
          <w:b/>
          <w:color w:val="1A1A1A"/>
          <w:sz w:val="20"/>
        </w:rPr>
        <w:t>실험 B — 응원 코치</w:t>
      </w:r>
      <w:r>
        <w:rPr>
          <w:rFonts w:ascii="Nanum Gothic" w:eastAsia="Nanum Gothic" w:hAnsi="Nanum Gothic" w:cs="Nanum Gothic"/>
          <w:color w:val="1A1A1A"/>
          <w:sz w:val="20"/>
        </w:rPr>
        <w:t>:</w:t>
      </w:r>
    </w:p>
    <w:tbl>
      <w:tblPr>
        <w:tblStyle w:val="af9"/>
        <w:tblW w:w="0" w:type="auto"/>
        <w:tblLook w:val="04A0" w:firstRow="1" w:lastRow="0" w:firstColumn="1" w:lastColumn="0" w:noHBand="0" w:noVBand="1"/>
      </w:tblPr>
      <w:tblGrid>
        <w:gridCol w:w="9072"/>
      </w:tblGrid>
      <w:tr w:rsidR="00226CAC" w14:paraId="736FC60F" w14:textId="77777777">
        <w:tc>
          <w:tcPr>
            <w:tcW w:w="9072" w:type="dxa"/>
            <w:shd w:val="clear" w:color="auto" w:fill="F7F7F7"/>
          </w:tcPr>
          <w:p w14:paraId="426402C7"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[System Prompt]</w:t>
            </w:r>
          </w:p>
          <w:p w14:paraId="11CB763F"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당신은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열정적인</w:t>
            </w:r>
            <w:r>
              <w:rPr>
                <w:rFonts w:ascii="D2Coding" w:hAnsi="D2Coding" w:eastAsia="D2Coding" w:cs="D2Coding"/>
                <w:color w:val="1A1A1A"/>
                <w:sz w:val="19"/>
                <w:lang w:eastAsia="ko-KR"/>
              </w:rPr>
              <w:t xml:space="preserve"> AI </w:t>
            </w:r>
            <w:r>
              <w:rPr>
                <w:rFonts w:ascii="Nanum Gothic" w:hAnsi="Nanum Gothic" w:eastAsia="Nanum Gothic" w:cs="Nanum Gothic"/>
                <w:color w:val="1A1A1A"/>
                <w:sz w:val="19"/>
                <w:lang w:eastAsia="ko-KR"/>
              </w:rPr>
              <w:t>학습</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코치입니다</w:t>
            </w:r>
            <w:r>
              <w:rPr>
                <w:rFonts w:ascii="Nanum Gothic" w:hAnsi="Nanum Gothic" w:eastAsia="Nanum Gothic" w:cs="Nanum Gothic"/>
                <w:color w:val="1A1A1A"/>
                <w:sz w:val="19"/>
                <w:lang w:eastAsia="ko-KR"/>
              </w:rPr>
              <w:t>.</w:t>
            </w:r>
          </w:p>
          <w:p w14:paraId="4583FC38"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학습자의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가능성을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극대화하고</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항상</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긍정적이고</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실행</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가능한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조언을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제공합니다</w:t>
            </w:r>
            <w:r>
              <w:rPr>
                <w:rFonts w:ascii="Nanum Gothic" w:hAnsi="Nanum Gothic" w:eastAsia="Nanum Gothic" w:cs="Nanum Gothic"/>
                <w:color w:val="1A1A1A"/>
                <w:sz w:val="19"/>
                <w:lang w:eastAsia="ko-KR"/>
              </w:rPr>
              <w:t>.</w:t>
            </w:r>
          </w:p>
        </w:tc>
      </w:tr>
    </w:tbl>
    <w:p w14:paraId="220E25DC" w14:textId="77777777" w:rsidR="00226CAC" w:rsidRDefault="00226CAC">
      <w:pPr>
        <w:rPr>
          <w:rFonts w:eastAsia="Nanum Gothic"/>
          <w:lang w:eastAsia="ko-KR"/>
        </w:rPr>
      </w:pPr>
    </w:p>
    <w:tbl>
      <w:tblPr>
        <w:tblStyle w:val="af9"/>
        <w:tblW w:w="0" w:type="auto"/>
        <w:tblLook w:val="04A0" w:firstRow="1" w:lastRow="0" w:firstColumn="1" w:lastColumn="0" w:noHBand="0" w:noVBand="1"/>
      </w:tblPr>
      <w:tblGrid>
        <w:gridCol w:w="9072"/>
      </w:tblGrid>
      <w:tr w:rsidR="00226CAC" w14:paraId="20096CAB" w14:textId="77777777">
        <w:tc>
          <w:tcPr>
            <w:tcW w:w="9072" w:type="dxa"/>
            <w:shd w:val="clear" w:color="auto" w:fill="F7F7F7"/>
          </w:tcPr>
          <w:p w14:paraId="13CF3EDE"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[User Prompt]</w:t>
            </w:r>
          </w:p>
          <w:p w14:paraId="10AB8B3D"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"AI </w:t>
            </w:r>
            <w:r>
              <w:rPr>
                <w:rFonts w:ascii="Nanum Gothic" w:hAnsi="Nanum Gothic" w:eastAsia="Nanum Gothic" w:cs="Nanum Gothic"/>
                <w:color w:val="1A1A1A"/>
                <w:sz w:val="19"/>
                <w:lang w:eastAsia="ko-KR"/>
              </w:rPr>
              <w:t>학습의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장점</w:t>
            </w:r>
            <w:r>
              <w:rPr>
                <w:rFonts w:ascii="D2Coding" w:hAnsi="D2Coding" w:eastAsia="D2Coding" w:cs="D2Coding"/>
                <w:color w:val="1A1A1A"/>
                <w:sz w:val="19"/>
                <w:lang w:eastAsia="ko-KR"/>
              </w:rPr>
              <w:t xml:space="preserve"> 3</w:t>
            </w:r>
            <w:r>
              <w:rPr>
                <w:rFonts w:ascii="Nanum Gothic" w:hAnsi="Nanum Gothic" w:eastAsia="Nanum Gothic" w:cs="Nanum Gothic"/>
                <w:color w:val="1A1A1A"/>
                <w:sz w:val="19"/>
                <w:lang w:eastAsia="ko-KR"/>
              </w:rPr>
              <w:t>가지를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알려줘</w:t>
            </w:r>
            <w:r>
              <w:rPr>
                <w:rFonts w:ascii="Nanum Gothic" w:hAnsi="Nanum Gothic" w:eastAsia="Nanum Gothic" w:cs="Nanum Gothic"/>
                <w:color w:val="1A1A1A"/>
                <w:sz w:val="19"/>
                <w:lang w:eastAsia="ko-KR"/>
              </w:rPr>
              <w:t>"</w:t>
            </w:r>
          </w:p>
        </w:tc>
      </w:tr>
    </w:tbl>
    <w:p w14:paraId="249A96DE" w14:textId="77777777" w:rsidR="00226CAC" w:rsidRDefault="00226CAC">
      <w:pPr>
        <w:rPr>
          <w:rFonts w:eastAsia="Nanum Gothic"/>
          <w:lang w:eastAsia="ko-KR"/>
        </w:rPr>
      </w:pPr>
    </w:p>
    <w:p w14:paraId="599A85B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예상 응답: "AI 학습을 선택하신 건 정말 현명한 결정입니다! 첫 번째 장점은..."</w:t>
      </w:r>
    </w:p>
    <w:tbl>
      <w:tblPr>
        <w:tblStyle w:val="af9"/>
        <w:tblW w:w="0" w:type="auto"/>
        <w:tblLayout w:type="fixed"/>
        <w:tblLook w:val="04A0" w:firstRow="1" w:lastRow="0" w:firstColumn="1" w:lastColumn="0" w:noHBand="0" w:noVBand="1"/>
      </w:tblPr>
      <w:tblGrid>
        <w:gridCol w:w="400"/>
        <w:gridCol w:w="8672"/>
      </w:tblGrid>
      <w:tr w:rsidR="00226CAC" w14:paraId="4CDBB466" w14:textId="77777777">
        <w:tc>
          <w:tcPr>
            <w:tcW w:w="400" w:type="dxa"/>
            <w:shd w:val="clear" w:color="auto" w:fill="6B46C1"/>
          </w:tcPr>
          <w:p w14:paraId="18086066" w14:textId="77777777" w:rsidR="00226CAC" w:rsidRDefault="00226CAC">
            <w:pPr>
              <w:spacing w:before="80" w:after="80"/>
              <w:rPr>
                <w:rFonts w:eastAsia="Nanum Gothic"/>
                <w:lang w:eastAsia="ko-KR"/>
              </w:rPr>
            </w:pPr>
          </w:p>
        </w:tc>
        <w:tc>
          <w:tcPr>
            <w:tcW w:w="8672" w:type="dxa"/>
            <w:shd w:val="clear" w:color="auto" w:fill="F3EEFB"/>
          </w:tcPr>
          <w:p w14:paraId="1466F542" w14:textId="7777777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"동일한 질문에 응답 톤이 이렇게 달라지는 이유는?" System Prompt가 AI의 "역할"을 지정하기 때문입니다. 같은 LLM이지만, 역할이 다르면 완전히 다른 관점에서 처리합니다.</w:t>
            </w:r>
          </w:p>
        </w:tc>
      </w:tr>
    </w:tbl>
    <w:p w14:paraId="23A49B93" w14:textId="77777777" w:rsidR="00226CAC" w:rsidRDefault="00226CAC">
      <w:pPr>
        <w:rPr>
          <w:rFonts w:eastAsia="Nanum Gothic"/>
          <w:lang w:eastAsia="ko-KR"/>
        </w:rPr>
      </w:pPr>
    </w:p>
    <w:p w14:paraId="7CF12D2A"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6.2.3.4 System Prompt 설계 원칙</w:t>
      </w:r>
    </w:p>
    <w:p w14:paraId="4B5EB17F"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효과적인 System Prompt를 작성하기 위한 4가지 원칙:</w:t>
      </w:r>
    </w:p>
    <w:p w14:paraId="0ACC3E1D"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① 명확한 역할 지정</w:t>
      </w:r>
      <w:r>
        <w:rPr>
          <w:rFonts w:ascii="Nanum Gothic" w:eastAsia="Nanum Gothic" w:hAnsi="Nanum Gothic" w:cs="Nanum Gothic"/>
          <w:color w:val="1A1A1A"/>
          <w:sz w:val="20"/>
          <w:lang w:eastAsia="ko-KR"/>
        </w:rPr>
        <w:t>: "당신은 ___입니다" 형식으로 시작. 모호한 역할보다 구체적인 역할이 효과적.</w:t>
      </w:r>
    </w:p>
    <w:p w14:paraId="5877A45E"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② 응답 형식 명시</w:t>
      </w:r>
      <w:r>
        <w:rPr>
          <w:rFonts w:ascii="Nanum Gothic" w:eastAsia="Nanum Gothic" w:hAnsi="Nanum Gothic" w:cs="Nanum Gothic"/>
          <w:color w:val="1A1A1A"/>
          <w:sz w:val="20"/>
          <w:lang w:eastAsia="ko-KR"/>
        </w:rPr>
        <w:t>: 원하는 출력 형식(길이, 구조, 언어)을 명시. 형식을 안 주면 모델이 임의로 결정.</w:t>
      </w:r>
    </w:p>
    <w:p w14:paraId="00E98F15"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③ 제약과 경계 설정</w:t>
      </w:r>
      <w:r>
        <w:rPr>
          <w:rFonts w:ascii="Nanum Gothic" w:eastAsia="Nanum Gothic" w:hAnsi="Nanum Gothic" w:cs="Nanum Gothic"/>
          <w:color w:val="1A1A1A"/>
          <w:sz w:val="20"/>
          <w:lang w:eastAsia="ko-KR"/>
        </w:rPr>
        <w:t>: "절대 하지 말 것"이 "해야 할 것"만큼 중요. 특히 기업 사용에서는 금지 사항 명시.</w:t>
      </w:r>
    </w:p>
    <w:p w14:paraId="1B22BF72"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④ 도메인 컨텍스트 제공</w:t>
      </w:r>
      <w:r>
        <w:rPr>
          <w:rFonts w:ascii="Nanum Gothic" w:eastAsia="Nanum Gothic" w:hAnsi="Nanum Gothic" w:cs="Nanum Gothic"/>
          <w:color w:val="1A1A1A"/>
          <w:sz w:val="20"/>
          <w:lang w:eastAsia="ko-KR"/>
        </w:rPr>
        <w:t>: AI가 알아야 할 배경 지식(회사, 제품, 대상 고객)을 간결하게 포함.</w:t>
      </w:r>
    </w:p>
    <w:tbl>
      <w:tblPr>
        <w:tblStyle w:val="af9"/>
        <w:tblW w:w="0" w:type="auto"/>
        <w:tblLayout w:type="fixed"/>
        <w:tblLook w:val="04A0" w:firstRow="1" w:lastRow="0" w:firstColumn="1" w:lastColumn="0" w:noHBand="0" w:noVBand="1"/>
      </w:tblPr>
      <w:tblGrid>
        <w:gridCol w:w="400"/>
        <w:gridCol w:w="8672"/>
      </w:tblGrid>
      <w:tr w:rsidR="00226CAC" w14:paraId="5FE99A02" w14:textId="77777777">
        <w:tc>
          <w:tcPr>
            <w:tcW w:w="400" w:type="dxa"/>
            <w:shd w:val="clear" w:color="auto" w:fill="4A5568"/>
          </w:tcPr>
          <w:p w14:paraId="1F172F57" w14:textId="77777777" w:rsidR="00226CAC" w:rsidRDefault="00226CAC">
            <w:pPr>
              <w:spacing w:before="80" w:after="80"/>
              <w:rPr>
                <w:rFonts w:eastAsia="Nanum Gothic"/>
                <w:lang w:eastAsia="ko-KR"/>
              </w:rPr>
            </w:pPr>
          </w:p>
        </w:tc>
        <w:tc>
          <w:tcPr>
            <w:tcW w:w="8672" w:type="dxa"/>
            <w:shd w:val="clear" w:color="auto" w:fill="F7F7F7"/>
          </w:tcPr>
          <w:p w14:paraId="577FE10D" w14:textId="77777777" w:rsidR="00226CAC" w:rsidRDefault="00000000">
            <w:pPr>
              <w:spacing w:before="80" w:after="80"/>
              <w:rPr>
                <w:rFonts w:eastAsia="Nanum Gothic"/>
                <w:lang w:eastAsia="ko-KR"/>
              </w:rPr>
            </w:pPr>
            <w:r>
              <w:rPr>
                <w:rFonts w:ascii="Nanum Gothic" w:eastAsia="Nanum Gothic" w:hAnsi="Nanum Gothic" w:cs="Nanum Gothic"/>
                <w:b/>
                <w:color w:val="4A5568"/>
                <w:sz w:val="20"/>
                <w:lang w:eastAsia="ko-KR"/>
              </w:rPr>
              <w:t>📌 Note</w:t>
            </w:r>
            <w:r>
              <w:rPr>
                <w:rFonts w:ascii="Apple SD Gothic Neo" w:eastAsia="Nanum Gothic" w:hAnsi="Apple SD Gothic Neo" w:cs="Apple SD Gothic Neo"/>
                <w:b/>
                <w:color w:val="4A5568"/>
                <w:sz w:val="20"/>
                <w:lang w:eastAsia="ko-KR"/>
              </w:rPr>
              <w:br/>
            </w:r>
            <w:r>
              <w:rPr>
                <w:rFonts w:ascii="Nanum Gothic" w:eastAsia="Nanum Gothic" w:hAnsi="Nanum Gothic" w:cs="Nanum Gothic"/>
                <w:color w:val="1A1A1A"/>
                <w:sz w:val="20"/>
                <w:lang w:eastAsia="ko-KR"/>
              </w:rPr>
              <w:t xml:space="preserve">System Prompt의 역할을 바꾸었을 때 응답이 어떻게 달라지는지 확인하고, 다시 쓸 만한 지시문을 기존 기록에 남기세요.</w:t>
            </w:r>
            <w:r>
              <w:rPr>
                <w:rFonts w:ascii="Nanum Gothic" w:eastAsia="Nanum Gothic" w:hAnsi="Nanum Gothic" w:cs="Nanum Gothic"/>
                <w:color w:val="1A1A1A"/>
                <w:sz w:val="20"/>
                <w:lang w:eastAsia="ko-KR"/>
              </w:rPr>
              <w:lastRenderedPageBreak/>
              <w:t/>
            </w:r>
          </w:p>
        </w:tc>
      </w:tr>
    </w:tbl>
    <w:p w14:paraId="1FC61EA3" w14:textId="77777777" w:rsidR="00226CAC" w:rsidRDefault="00226CAC">
      <w:pPr>
        <w:rPr>
          <w:rFonts w:eastAsia="Nanum Gothic"/>
          <w:lang w:eastAsia="ko-KR"/>
        </w:rPr>
      </w:pPr>
    </w:p>
    <w:p w14:paraId="0E9219E0"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6.2.4 모델 비교 4가지 기준</w:t>
      </w:r>
    </w:p>
    <w:p w14:paraId="15F764DE"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6.2.4.1 왜 기준이 필요한가</w:t>
      </w:r>
    </w:p>
    <w:p w14:paraId="4EE55EDB"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모델을 비교할 때 "느낌이 좋다"는 주관적 인상은 다른 사람에게 설명하기 어렵습니다. </w:t>
      </w:r>
      <w:r>
        <w:rPr>
          <w:rFonts w:ascii="Nanum Gothic" w:eastAsia="Nanum Gothic" w:hAnsi="Nanum Gothic" w:cs="Nanum Gothic"/>
          <w:b/>
          <w:color w:val="1A1A1A"/>
          <w:sz w:val="20"/>
          <w:lang w:eastAsia="ko-KR"/>
        </w:rPr>
        <w:t>측정 가능한 기준</w:t>
      </w:r>
      <w:r>
        <w:rPr>
          <w:rFonts w:ascii="Nanum Gothic" w:eastAsia="Nanum Gothic" w:hAnsi="Nanum Gothic" w:cs="Nanum Gothic"/>
          <w:color w:val="1A1A1A"/>
          <w:sz w:val="20"/>
          <w:lang w:eastAsia="ko-KR"/>
        </w:rPr>
        <w:t>으로 변환해야 근거 있는 선택이 됩니다.</w:t>
      </w:r>
    </w:p>
    <w:p w14:paraId="5074D8F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 과정에서 사용하는 4가지 기준:</w:t>
      </w:r>
    </w:p>
    <w:tbl>
      <w:tblPr>
        <w:tblStyle w:val="af9"/>
        <w:tblW w:w="0" w:type="auto"/>
        <w:tblLook w:val="04A0" w:firstRow="1" w:lastRow="0" w:firstColumn="1" w:lastColumn="0" w:noHBand="0" w:noVBand="1"/>
      </w:tblPr>
      <w:tblGrid>
        <w:gridCol w:w="3024"/>
        <w:gridCol w:w="3024"/>
        <w:gridCol w:w="3024"/>
      </w:tblGrid>
      <w:tr w:rsidR="00226CAC" w14:paraId="5D284550" w14:textId="77777777">
        <w:tc>
          <w:tcPr>
            <w:tcW w:w="3024" w:type="dxa"/>
            <w:shd w:val="clear" w:color="auto" w:fill="024AD8"/>
          </w:tcPr>
          <w:p w14:paraId="2DB45AAB" w14:textId="77777777" w:rsidR="00226CAC" w:rsidRDefault="00000000">
            <w:pPr>
              <w:spacing w:before="60" w:after="60"/>
            </w:pPr>
            <w:r>
              <w:rPr>
                <w:rFonts w:ascii="Nanum Gothic" w:eastAsia="Nanum Gothic" w:hAnsi="Nanum Gothic" w:cs="Nanum Gothic"/>
                <w:b/>
                <w:color w:val="FFFFFF"/>
                <w:sz w:val="20"/>
              </w:rPr>
              <w:t>기준</w:t>
            </w:r>
          </w:p>
        </w:tc>
        <w:tc>
          <w:tcPr>
            <w:tcW w:w="3024" w:type="dxa"/>
            <w:shd w:val="clear" w:color="auto" w:fill="024AD8"/>
          </w:tcPr>
          <w:p w14:paraId="7B070AEA" w14:textId="77777777" w:rsidR="00226CAC" w:rsidRDefault="00000000">
            <w:pPr>
              <w:spacing w:before="60" w:after="60"/>
            </w:pPr>
            <w:r>
              <w:rPr>
                <w:rFonts w:ascii="Nanum Gothic" w:eastAsia="Nanum Gothic" w:hAnsi="Nanum Gothic" w:cs="Nanum Gothic"/>
                <w:b/>
                <w:color w:val="FFFFFF"/>
                <w:sz w:val="20"/>
              </w:rPr>
              <w:t>측정 방법</w:t>
            </w:r>
          </w:p>
        </w:tc>
        <w:tc>
          <w:tcPr>
            <w:tcW w:w="3024" w:type="dxa"/>
            <w:shd w:val="clear" w:color="auto" w:fill="024AD8"/>
          </w:tcPr>
          <w:p w14:paraId="583AA712" w14:textId="77777777" w:rsidR="00226CAC" w:rsidRDefault="00000000">
            <w:pPr>
              <w:spacing w:before="60" w:after="60"/>
            </w:pPr>
            <w:r>
              <w:rPr>
                <w:rFonts w:ascii="Nanum Gothic" w:eastAsia="Nanum Gothic" w:hAnsi="Nanum Gothic" w:cs="Nanum Gothic"/>
                <w:b/>
                <w:color w:val="FFFFFF"/>
                <w:sz w:val="20"/>
              </w:rPr>
              <w:t>중요한 업무</w:t>
            </w:r>
          </w:p>
        </w:tc>
      </w:tr>
      <w:tr w:rsidR="00226CAC" w14:paraId="61F0E664" w14:textId="77777777">
        <w:tc>
          <w:tcPr>
            <w:tcW w:w="3024" w:type="dxa"/>
          </w:tcPr>
          <w:p w14:paraId="6CF7FDDA" w14:textId="77777777" w:rsidR="00226CAC" w:rsidRDefault="00000000">
            <w:pPr>
              <w:spacing w:before="60" w:after="60"/>
            </w:pPr>
            <w:r>
              <w:rPr>
                <w:rFonts w:ascii="Nanum Gothic" w:eastAsia="Nanum Gothic" w:hAnsi="Nanum Gothic" w:cs="Nanum Gothic"/>
                <w:b/>
                <w:color w:val="1A1A1A"/>
                <w:sz w:val="20"/>
              </w:rPr>
              <w:t>정확성</w:t>
            </w:r>
          </w:p>
        </w:tc>
        <w:tc>
          <w:tcPr>
            <w:tcW w:w="3024" w:type="dxa"/>
          </w:tcPr>
          <w:p w14:paraId="00D294B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사실 오류 없이 정확한가 (0~5점)</w:t>
            </w:r>
          </w:p>
        </w:tc>
        <w:tc>
          <w:tcPr>
            <w:tcW w:w="3024" w:type="dxa"/>
          </w:tcPr>
          <w:p w14:paraId="299F5E4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법무·의료·금융·기술 문서</w:t>
            </w:r>
          </w:p>
        </w:tc>
      </w:tr>
      <w:tr w:rsidR="00226CAC" w14:paraId="6012F5E0" w14:textId="77777777">
        <w:tc>
          <w:tcPr>
            <w:tcW w:w="3024" w:type="dxa"/>
          </w:tcPr>
          <w:p w14:paraId="71C387CB" w14:textId="77777777" w:rsidR="00226CAC" w:rsidRDefault="00000000">
            <w:pPr>
              <w:spacing w:before="60" w:after="60"/>
            </w:pPr>
            <w:r>
              <w:rPr>
                <w:rFonts w:ascii="Nanum Gothic" w:eastAsia="Nanum Gothic" w:hAnsi="Nanum Gothic" w:cs="Nanum Gothic"/>
                <w:b/>
                <w:color w:val="1A1A1A"/>
                <w:sz w:val="20"/>
              </w:rPr>
              <w:t>자연스러움</w:t>
            </w:r>
          </w:p>
        </w:tc>
        <w:tc>
          <w:tcPr>
            <w:tcW w:w="3024" w:type="dxa"/>
          </w:tcPr>
          <w:p w14:paraId="753D69D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한국어 표현이 어색하지 않은가 (0~5점)</w:t>
            </w:r>
          </w:p>
        </w:tc>
        <w:tc>
          <w:tcPr>
            <w:tcW w:w="3024" w:type="dxa"/>
          </w:tcPr>
          <w:p w14:paraId="5012109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마케팅 카피·고객 응대</w:t>
            </w:r>
          </w:p>
        </w:tc>
      </w:tr>
      <w:tr w:rsidR="00226CAC" w14:paraId="63299250" w14:textId="77777777">
        <w:tc>
          <w:tcPr>
            <w:tcW w:w="3024" w:type="dxa"/>
          </w:tcPr>
          <w:p w14:paraId="526F72BB" w14:textId="77777777" w:rsidR="00226CAC" w:rsidRDefault="00000000">
            <w:pPr>
              <w:spacing w:before="60" w:after="60"/>
            </w:pPr>
            <w:r>
              <w:rPr>
                <w:rFonts w:ascii="Nanum Gothic" w:eastAsia="Nanum Gothic" w:hAnsi="Nanum Gothic" w:cs="Nanum Gothic"/>
                <w:b/>
                <w:color w:val="1A1A1A"/>
                <w:sz w:val="20"/>
              </w:rPr>
              <w:t>속도</w:t>
            </w:r>
          </w:p>
        </w:tc>
        <w:tc>
          <w:tcPr>
            <w:tcW w:w="3024" w:type="dxa"/>
          </w:tcPr>
          <w:p w14:paraId="1891606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응답 시작까지 체감 시간 (0~5점)</w:t>
            </w:r>
          </w:p>
        </w:tc>
        <w:tc>
          <w:tcPr>
            <w:tcW w:w="3024" w:type="dxa"/>
          </w:tcPr>
          <w:p w14:paraId="1C2C1B8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실시간 챗봇·고객 응대</w:t>
            </w:r>
          </w:p>
        </w:tc>
      </w:tr>
      <w:tr w:rsidR="00226CAC" w14:paraId="6C4CCB3A" w14:textId="77777777">
        <w:tc>
          <w:tcPr>
            <w:tcW w:w="3024" w:type="dxa"/>
          </w:tcPr>
          <w:p w14:paraId="4CDEF9B4" w14:textId="77777777" w:rsidR="00226CAC" w:rsidRDefault="00000000">
            <w:pPr>
              <w:spacing w:before="60" w:after="60"/>
            </w:pPr>
            <w:r>
              <w:rPr>
                <w:rFonts w:ascii="Nanum Gothic" w:eastAsia="Nanum Gothic" w:hAnsi="Nanum Gothic" w:cs="Nanum Gothic"/>
                <w:b/>
                <w:color w:val="1A1A1A"/>
                <w:sz w:val="20"/>
              </w:rPr>
              <w:t>한국어 능력</w:t>
            </w:r>
          </w:p>
        </w:tc>
        <w:tc>
          <w:tcPr>
            <w:tcW w:w="3024" w:type="dxa"/>
          </w:tcPr>
          <w:p w14:paraId="211E44C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한국어 외래어·어휘의 정확성 (0~5점)</w:t>
            </w:r>
          </w:p>
        </w:tc>
        <w:tc>
          <w:tcPr>
            <w:tcW w:w="3024" w:type="dxa"/>
          </w:tcPr>
          <w:p w14:paraId="2141970E" w14:textId="77777777" w:rsidR="00226CAC" w:rsidRDefault="00000000">
            <w:pPr>
              <w:spacing w:before="60" w:after="60"/>
            </w:pPr>
            <w:r>
              <w:rPr>
                <w:rFonts w:ascii="Nanum Gothic" w:eastAsia="Nanum Gothic" w:hAnsi="Nanum Gothic" w:cs="Nanum Gothic"/>
                <w:color w:val="1A1A1A"/>
                <w:sz w:val="20"/>
              </w:rPr>
              <w:t>한국어 전용 서비스</w:t>
            </w:r>
          </w:p>
        </w:tc>
      </w:tr>
    </w:tbl>
    <w:p w14:paraId="591D536D" w14:textId="77777777" w:rsidR="00226CAC" w:rsidRDefault="00226CAC"/>
    <w:p w14:paraId="551650E4" w14:textId="77777777" w:rsidR="00226CAC" w:rsidRDefault="00000000">
      <w:pPr>
        <w:spacing w:before="160" w:after="40"/>
      </w:pPr>
      <w:r>
        <w:rPr>
          <w:rFonts w:ascii="Nanum Gothic" w:eastAsia="Nanum Gothic" w:hAnsi="Nanum Gothic" w:cs="Nanum Gothic"/>
          <w:b/>
          <w:color w:val="024AD8"/>
          <w:sz w:val="24"/>
        </w:rPr>
        <w:t>6.2.4.2 각 기준 상세 설명</w:t>
      </w:r>
    </w:p>
    <w:p w14:paraId="542A21EE" w14:textId="77777777" w:rsidR="00226CAC" w:rsidRDefault="00000000">
      <w:pPr>
        <w:spacing w:before="60" w:after="60"/>
      </w:pPr>
      <w:r>
        <w:rPr>
          <w:rFonts w:ascii="Nanum Gothic" w:eastAsia="Nanum Gothic" w:hAnsi="Nanum Gothic" w:cs="Nanum Gothic"/>
          <w:b/>
          <w:color w:val="1A1A1A"/>
          <w:sz w:val="20"/>
        </w:rPr>
        <w:t>정확성 (Accuracy)</w:t>
      </w:r>
    </w:p>
    <w:p w14:paraId="6F647EE6" w14:textId="77777777" w:rsidR="00226CAC" w:rsidRDefault="00000000">
      <w:pPr>
        <w:spacing w:before="60" w:after="60"/>
      </w:pPr>
      <w:r>
        <w:rPr>
          <w:rFonts w:ascii="Nanum Gothic" w:eastAsia="Nanum Gothic" w:hAnsi="Nanum Gothic" w:cs="Nanum Gothic"/>
          <w:color w:val="1A1A1A"/>
          <w:sz w:val="20"/>
        </w:rPr>
        <w:t>측정 방법:</w:t>
      </w:r>
    </w:p>
    <w:p w14:paraId="7D653CC8"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알고 있는 사실을 질문하고 틀린 답이 있는지 확인</w:t>
      </w:r>
    </w:p>
    <w:p w14:paraId="2FD9AED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환각(Hallucination) 빈도 관찰</w:t>
      </w:r>
    </w:p>
    <w:p w14:paraId="4D14E3B1"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출처를 요청했을 때 검증 가능한 출처를 제시하는가</w:t>
      </w:r>
    </w:p>
    <w:p w14:paraId="356FCDA0"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평가 기준:</w:t>
      </w:r>
    </w:p>
    <w:p w14:paraId="1D30422D"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5점: 오류 없음, 확인 가능한 정보만 제시</w:t>
      </w:r>
    </w:p>
    <w:p w14:paraId="5F67840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3점: 대부분 정확하나 1~2개 의심스러운 내용</w:t>
      </w:r>
    </w:p>
    <w:p w14:paraId="2140C58E"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1점: 명백한 사실 오류 다수</w:t>
      </w:r>
    </w:p>
    <w:p w14:paraId="4CE7973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중요한 업무: 법무 검토, 의료 정보, 기술 사양, 규정 해석 → 이런 업무에서는 빠른 모델보다 정확한 모델이 우선</w:t>
      </w:r>
    </w:p>
    <w:p w14:paraId="6BA16036"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자연스러움 (Fluency)</w:t>
      </w:r>
    </w:p>
    <w:p w14:paraId="28F4F726"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측정 방법:</w:t>
      </w:r>
    </w:p>
    <w:p w14:paraId="58BA2620"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응답을 소리 내어 읽었을 때 어색한 표현이 있는가</w:t>
      </w:r>
    </w:p>
    <w:p w14:paraId="785571BD"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한국어 화자가 자연스럽게 쓰는 표현인가</w:t>
      </w:r>
    </w:p>
    <w:p w14:paraId="00F950E2"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번역투 문장이 있는가</w:t>
      </w:r>
    </w:p>
    <w:p w14:paraId="77A08CE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평가 기준:</w:t>
      </w:r>
    </w:p>
    <w:p w14:paraId="654A2021"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5점: 원어민 한국어 수준, 어색함 없음</w:t>
      </w:r>
    </w:p>
    <w:p w14:paraId="67BF8FC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3점: 대체로 자연스러우나 간간이 어색한 표현</w:t>
      </w:r>
    </w:p>
    <w:p w14:paraId="3AFC379D"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lastRenderedPageBreak/>
        <w:t>• 1점: 번역투, 어색한 조사 사용 다수</w:t>
      </w:r>
    </w:p>
    <w:p w14:paraId="78EE45D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중요한 업무: 마케팅 카피, SNS 콘텐츠, 고객 응대 스크립트</w:t>
      </w:r>
    </w:p>
    <w:p w14:paraId="67FA5811"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속도 (Latency)</w:t>
      </w:r>
    </w:p>
    <w:p w14:paraId="0A1173E6"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측정 방법:</w:t>
      </w:r>
    </w:p>
    <w:p w14:paraId="5A97EB5C"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프롬프트 전송 후 첫 토큰이 도착하는 시간 (체감)</w:t>
      </w:r>
    </w:p>
    <w:p w14:paraId="112D1A17"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전체 응답이 완료되는 시간</w:t>
      </w:r>
    </w:p>
    <w:p w14:paraId="0A4EACE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평가 기준:</w:t>
      </w:r>
    </w:p>
    <w:p w14:paraId="074B53B7"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5점: 1~2초 내 응답 시작, 짧은 응답 5초 내 완료</w:t>
      </w:r>
    </w:p>
    <w:p w14:paraId="6FD73F63"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3점: 3~5초 응답 시작, 보통 대기 가능</w:t>
      </w:r>
    </w:p>
    <w:p w14:paraId="2FA7A3BD"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1점: 10초 이상 응답 시작 지연, 실시간 서비스 부적합</w:t>
      </w:r>
    </w:p>
    <w:p w14:paraId="4D415D5B"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중요한 업무: 실시간 챗봇, 고객 상담, 내부 빠른 Q&amp;A → 정확성이 낮아도 속도가 중요한 케이스</w:t>
      </w:r>
    </w:p>
    <w:p w14:paraId="5FA741C6"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한국어 능력 (Korean Language Proficiency)</w:t>
      </w:r>
    </w:p>
    <w:p w14:paraId="2E93415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측정 방법:</w:t>
      </w:r>
    </w:p>
    <w:p w14:paraId="623E7C7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한국어 특유의 표현(속담, 관용어)을 올바르게 이해하는가</w:t>
      </w:r>
    </w:p>
    <w:p w14:paraId="123A0DF1"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고유명사(한국 기업명, 지명)를 정확히 처리하는가</w:t>
      </w:r>
    </w:p>
    <w:p w14:paraId="5835A42D"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한국어 맞춤법·문법 오류가 없는가</w:t>
      </w:r>
    </w:p>
    <w:p w14:paraId="1CE8331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평가 기준:</w:t>
      </w:r>
    </w:p>
    <w:p w14:paraId="12FC7337"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5점: 한국어 네이티브 수준, 고유명사 정확</w:t>
      </w:r>
    </w:p>
    <w:p w14:paraId="79DCBC80"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3점: 대부분 정확하나 간혹 어색한 표현</w:t>
      </w:r>
    </w:p>
    <w:p w14:paraId="24386B32"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1점: 외국어 번역체, 고유명사 오류 빈번</w:t>
      </w:r>
    </w:p>
    <w:p w14:paraId="237517D6"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중요한 업무: 국내 서비스 전용 AI, 한국어 문서 처리</w:t>
      </w:r>
    </w:p>
    <w:p w14:paraId="5E2028D5"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6.2.4.3 모델 선택 트레이드오프 예시</w:t>
      </w:r>
    </w:p>
    <w:tbl>
      <w:tblPr>
        <w:tblStyle w:val="af9"/>
        <w:tblW w:w="0" w:type="auto"/>
        <w:tblLook w:val="04A0" w:firstRow="1" w:lastRow="0" w:firstColumn="1" w:lastColumn="0" w:noHBand="0" w:noVBand="1"/>
      </w:tblPr>
      <w:tblGrid>
        <w:gridCol w:w="3024"/>
        <w:gridCol w:w="3024"/>
        <w:gridCol w:w="3024"/>
      </w:tblGrid>
      <w:tr w:rsidR="00226CAC" w14:paraId="42C5E3DA" w14:textId="77777777">
        <w:tc>
          <w:tcPr>
            <w:tcW w:w="3024" w:type="dxa"/>
            <w:shd w:val="clear" w:color="auto" w:fill="024AD8"/>
          </w:tcPr>
          <w:p w14:paraId="12CB6725" w14:textId="77777777" w:rsidR="00226CAC" w:rsidRDefault="00000000">
            <w:pPr>
              <w:spacing w:before="60" w:after="60"/>
            </w:pPr>
            <w:r>
              <w:rPr>
                <w:rFonts w:ascii="Nanum Gothic" w:eastAsia="Nanum Gothic" w:hAnsi="Nanum Gothic" w:cs="Nanum Gothic"/>
                <w:b/>
                <w:color w:val="FFFFFF"/>
                <w:sz w:val="20"/>
              </w:rPr>
              <w:t>업무 시나리오</w:t>
            </w:r>
          </w:p>
        </w:tc>
        <w:tc>
          <w:tcPr>
            <w:tcW w:w="3024" w:type="dxa"/>
            <w:shd w:val="clear" w:color="auto" w:fill="024AD8"/>
          </w:tcPr>
          <w:p w14:paraId="2040C245" w14:textId="77777777" w:rsidR="00226CAC" w:rsidRDefault="00000000">
            <w:pPr>
              <w:spacing w:before="60" w:after="60"/>
            </w:pPr>
            <w:r>
              <w:rPr>
                <w:rFonts w:ascii="Nanum Gothic" w:eastAsia="Nanum Gothic" w:hAnsi="Nanum Gothic" w:cs="Nanum Gothic"/>
                <w:b/>
                <w:color w:val="FFFFFF"/>
                <w:sz w:val="20"/>
              </w:rPr>
              <w:t>가장 중요한 기준</w:t>
            </w:r>
          </w:p>
        </w:tc>
        <w:tc>
          <w:tcPr>
            <w:tcW w:w="3024" w:type="dxa"/>
            <w:shd w:val="clear" w:color="auto" w:fill="024AD8"/>
          </w:tcPr>
          <w:p w14:paraId="6F69A402" w14:textId="77777777" w:rsidR="00226CAC" w:rsidRDefault="00000000">
            <w:pPr>
              <w:spacing w:before="60" w:after="60"/>
            </w:pPr>
            <w:r>
              <w:rPr>
                <w:rFonts w:ascii="Nanum Gothic" w:eastAsia="Nanum Gothic" w:hAnsi="Nanum Gothic" w:cs="Nanum Gothic"/>
                <w:b/>
                <w:color w:val="FFFFFF"/>
                <w:sz w:val="20"/>
              </w:rPr>
              <w:t>양보 가능한 기준</w:t>
            </w:r>
          </w:p>
        </w:tc>
      </w:tr>
      <w:tr w:rsidR="00226CAC" w14:paraId="28A18265" w14:textId="77777777">
        <w:tc>
          <w:tcPr>
            <w:tcW w:w="3024" w:type="dxa"/>
          </w:tcPr>
          <w:p w14:paraId="3CC2F717" w14:textId="77777777" w:rsidR="00226CAC" w:rsidRDefault="00000000">
            <w:pPr>
              <w:spacing w:before="60" w:after="60"/>
            </w:pPr>
            <w:r>
              <w:rPr>
                <w:rFonts w:ascii="Nanum Gothic" w:eastAsia="Nanum Gothic" w:hAnsi="Nanum Gothic" w:cs="Nanum Gothic"/>
                <w:color w:val="1A1A1A"/>
                <w:sz w:val="20"/>
              </w:rPr>
              <w:t>실시간 고객 채팅 응대</w:t>
            </w:r>
          </w:p>
        </w:tc>
        <w:tc>
          <w:tcPr>
            <w:tcW w:w="3024" w:type="dxa"/>
          </w:tcPr>
          <w:p w14:paraId="1E8DFF7B" w14:textId="77777777" w:rsidR="00226CAC" w:rsidRDefault="00000000">
            <w:pPr>
              <w:spacing w:before="60" w:after="60"/>
            </w:pPr>
            <w:r>
              <w:rPr>
                <w:rFonts w:ascii="Nanum Gothic" w:eastAsia="Nanum Gothic" w:hAnsi="Nanum Gothic" w:cs="Nanum Gothic"/>
                <w:color w:val="1A1A1A"/>
                <w:sz w:val="20"/>
              </w:rPr>
              <w:t>속도·자연스러움</w:t>
            </w:r>
          </w:p>
        </w:tc>
        <w:tc>
          <w:tcPr>
            <w:tcW w:w="3024" w:type="dxa"/>
          </w:tcPr>
          <w:p w14:paraId="488EC82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정확성 (단순 FAQ 답변)</w:t>
            </w:r>
          </w:p>
        </w:tc>
      </w:tr>
      <w:tr w:rsidR="00226CAC" w14:paraId="1D2B0C39" w14:textId="77777777">
        <w:tc>
          <w:tcPr>
            <w:tcW w:w="3024" w:type="dxa"/>
          </w:tcPr>
          <w:p w14:paraId="57142AB1" w14:textId="77777777" w:rsidR="00226CAC" w:rsidRDefault="00000000">
            <w:pPr>
              <w:spacing w:before="60" w:after="60"/>
            </w:pPr>
            <w:r>
              <w:rPr>
                <w:rFonts w:ascii="Nanum Gothic" w:eastAsia="Nanum Gothic" w:hAnsi="Nanum Gothic" w:cs="Nanum Gothic"/>
                <w:color w:val="1A1A1A"/>
                <w:sz w:val="20"/>
              </w:rPr>
              <w:t>법률 문서 검토 지원</w:t>
            </w:r>
          </w:p>
        </w:tc>
        <w:tc>
          <w:tcPr>
            <w:tcW w:w="3024" w:type="dxa"/>
          </w:tcPr>
          <w:p w14:paraId="3BB6A583" w14:textId="77777777" w:rsidR="00226CAC" w:rsidRDefault="00000000">
            <w:pPr>
              <w:spacing w:before="60" w:after="60"/>
            </w:pPr>
            <w:r>
              <w:rPr>
                <w:rFonts w:ascii="Nanum Gothic" w:eastAsia="Nanum Gothic" w:hAnsi="Nanum Gothic" w:cs="Nanum Gothic"/>
                <w:color w:val="1A1A1A"/>
                <w:sz w:val="20"/>
              </w:rPr>
              <w:t>정확성</w:t>
            </w:r>
          </w:p>
        </w:tc>
        <w:tc>
          <w:tcPr>
            <w:tcW w:w="3024" w:type="dxa"/>
          </w:tcPr>
          <w:p w14:paraId="68F86AE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속도 (검토는 시간이 걸려도 됨)</w:t>
            </w:r>
          </w:p>
        </w:tc>
      </w:tr>
      <w:tr w:rsidR="00226CAC" w14:paraId="73BFE4B5" w14:textId="77777777">
        <w:tc>
          <w:tcPr>
            <w:tcW w:w="3024" w:type="dxa"/>
          </w:tcPr>
          <w:p w14:paraId="17809F6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마케팅 SNS 콘텐츠 생성</w:t>
            </w:r>
          </w:p>
        </w:tc>
        <w:tc>
          <w:tcPr>
            <w:tcW w:w="3024" w:type="dxa"/>
          </w:tcPr>
          <w:p w14:paraId="3C7105B2" w14:textId="77777777" w:rsidR="00226CAC" w:rsidRDefault="00000000">
            <w:pPr>
              <w:spacing w:before="60" w:after="60"/>
            </w:pPr>
            <w:r>
              <w:rPr>
                <w:rFonts w:ascii="Nanum Gothic" w:eastAsia="Nanum Gothic" w:hAnsi="Nanum Gothic" w:cs="Nanum Gothic"/>
                <w:color w:val="1A1A1A"/>
                <w:sz w:val="20"/>
              </w:rPr>
              <w:t>자연스러움·한국어</w:t>
            </w:r>
          </w:p>
        </w:tc>
        <w:tc>
          <w:tcPr>
            <w:tcW w:w="3024" w:type="dxa"/>
          </w:tcPr>
          <w:p w14:paraId="56F4431F" w14:textId="77777777" w:rsidR="00226CAC" w:rsidRDefault="00000000">
            <w:pPr>
              <w:spacing w:before="60" w:after="60"/>
            </w:pPr>
            <w:r>
              <w:rPr>
                <w:rFonts w:ascii="Nanum Gothic" w:eastAsia="Nanum Gothic" w:hAnsi="Nanum Gothic" w:cs="Nanum Gothic"/>
                <w:color w:val="1A1A1A"/>
                <w:sz w:val="20"/>
              </w:rPr>
              <w:t>속도</w:t>
            </w:r>
          </w:p>
        </w:tc>
      </w:tr>
      <w:tr w:rsidR="00226CAC" w14:paraId="0A2106C6" w14:textId="77777777">
        <w:tc>
          <w:tcPr>
            <w:tcW w:w="3024" w:type="dxa"/>
          </w:tcPr>
          <w:p w14:paraId="23B5FBE7" w14:textId="77777777" w:rsidR="00226CAC" w:rsidRDefault="00000000">
            <w:pPr>
              <w:spacing w:before="60" w:after="60"/>
            </w:pPr>
            <w:r>
              <w:rPr>
                <w:rFonts w:ascii="Nanum Gothic" w:eastAsia="Nanum Gothic" w:hAnsi="Nanum Gothic" w:cs="Nanum Gothic"/>
                <w:color w:val="1A1A1A"/>
                <w:sz w:val="20"/>
              </w:rPr>
              <w:t>사내 문서 요약</w:t>
            </w:r>
          </w:p>
        </w:tc>
        <w:tc>
          <w:tcPr>
            <w:tcW w:w="3024" w:type="dxa"/>
          </w:tcPr>
          <w:p w14:paraId="178D820C" w14:textId="77777777" w:rsidR="00226CAC" w:rsidRDefault="00000000">
            <w:pPr>
              <w:spacing w:before="60" w:after="60"/>
            </w:pPr>
            <w:r>
              <w:rPr>
                <w:rFonts w:ascii="Nanum Gothic" w:eastAsia="Nanum Gothic" w:hAnsi="Nanum Gothic" w:cs="Nanum Gothic"/>
                <w:color w:val="1A1A1A"/>
                <w:sz w:val="20"/>
              </w:rPr>
              <w:t>정확성·한국어</w:t>
            </w:r>
          </w:p>
        </w:tc>
        <w:tc>
          <w:tcPr>
            <w:tcW w:w="3024" w:type="dxa"/>
          </w:tcPr>
          <w:p w14:paraId="2AC2B185" w14:textId="77777777" w:rsidR="00226CAC" w:rsidRDefault="00000000">
            <w:pPr>
              <w:spacing w:before="60" w:after="60"/>
            </w:pPr>
            <w:r>
              <w:rPr>
                <w:rFonts w:ascii="Nanum Gothic" w:eastAsia="Nanum Gothic" w:hAnsi="Nanum Gothic" w:cs="Nanum Gothic"/>
                <w:color w:val="1A1A1A"/>
                <w:sz w:val="20"/>
              </w:rPr>
              <w:t>속도 (배치 처리 가능)</w:t>
            </w:r>
          </w:p>
        </w:tc>
      </w:tr>
      <w:tr w:rsidR="00226CAC" w14:paraId="35382582" w14:textId="77777777">
        <w:tc>
          <w:tcPr>
            <w:tcW w:w="3024" w:type="dxa"/>
          </w:tcPr>
          <w:p w14:paraId="300D8A09" w14:textId="77777777" w:rsidR="00226CAC" w:rsidRDefault="00000000">
            <w:pPr>
              <w:spacing w:before="60" w:after="60"/>
            </w:pPr>
            <w:r>
              <w:rPr>
                <w:rFonts w:ascii="Nanum Gothic" w:eastAsia="Nanum Gothic" w:hAnsi="Nanum Gothic" w:cs="Nanum Gothic"/>
                <w:color w:val="1A1A1A"/>
                <w:sz w:val="20"/>
              </w:rPr>
              <w:t>코드 리뷰 지원</w:t>
            </w:r>
          </w:p>
        </w:tc>
        <w:tc>
          <w:tcPr>
            <w:tcW w:w="3024" w:type="dxa"/>
          </w:tcPr>
          <w:p w14:paraId="12754647" w14:textId="77777777" w:rsidR="00226CAC" w:rsidRDefault="00000000">
            <w:pPr>
              <w:spacing w:before="60" w:after="60"/>
            </w:pPr>
            <w:r>
              <w:rPr>
                <w:rFonts w:ascii="Nanum Gothic" w:eastAsia="Nanum Gothic" w:hAnsi="Nanum Gothic" w:cs="Nanum Gothic"/>
                <w:color w:val="1A1A1A"/>
                <w:sz w:val="20"/>
              </w:rPr>
              <w:t>정확성·속도</w:t>
            </w:r>
          </w:p>
        </w:tc>
        <w:tc>
          <w:tcPr>
            <w:tcW w:w="3024" w:type="dxa"/>
          </w:tcPr>
          <w:p w14:paraId="3815BE7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자연스러움 (코드는 언어 무관)</w:t>
            </w:r>
          </w:p>
        </w:tc>
      </w:tr>
    </w:tbl>
    <w:p w14:paraId="4603BD00" w14:textId="77777777" w:rsidR="00226CAC" w:rsidRDefault="00226CAC">
      <w:pPr>
        <w:rPr>
          <w:rFonts w:eastAsia="Nanum Gothic"/>
          <w:lang w:eastAsia="ko-KR"/>
        </w:rPr>
      </w:pPr>
    </w:p>
    <w:tbl>
      <w:tblPr>
        <w:tblStyle w:val="af9"/>
        <w:tblW w:w="0" w:type="auto"/>
        <w:tblLayout w:type="fixed"/>
        <w:tblLook w:val="04A0" w:firstRow="1" w:lastRow="0" w:firstColumn="1" w:lastColumn="0" w:noHBand="0" w:noVBand="1"/>
      </w:tblPr>
      <w:tblGrid>
        <w:gridCol w:w="400"/>
        <w:gridCol w:w="8672"/>
      </w:tblGrid>
      <w:tr w:rsidR="00226CAC" w14:paraId="23EE7966" w14:textId="77777777">
        <w:tc>
          <w:tcPr>
            <w:tcW w:w="400" w:type="dxa"/>
            <w:shd w:val="clear" w:color="auto" w:fill="024AD8"/>
          </w:tcPr>
          <w:p w14:paraId="18767B80" w14:textId="77777777" w:rsidR="00226CAC" w:rsidRDefault="00226CAC">
            <w:pPr>
              <w:spacing w:before="80" w:after="80"/>
              <w:rPr>
                <w:rFonts w:eastAsia="Nanum Gothic"/>
                <w:lang w:eastAsia="ko-KR"/>
              </w:rPr>
            </w:pPr>
          </w:p>
        </w:tc>
        <w:tc>
          <w:tcPr>
            <w:tcW w:w="8672" w:type="dxa"/>
            <w:shd w:val="clear" w:color="auto" w:fill="F0F6FF"/>
          </w:tcPr>
          <w:p w14:paraId="146C9074" w14:textId="77777777" w:rsidR="00226CAC" w:rsidRDefault="00000000">
            <w:pPr>
              <w:spacing w:before="80" w:after="80"/>
              <w:rPr>
                <w:rFonts w:eastAsia="Nanum Gothic"/>
                <w:lang w:eastAsia="ko-KR"/>
              </w:rPr>
            </w:pPr>
            <w:r>
              <w:rPr>
                <w:rFonts w:ascii="Nanum Gothic" w:eastAsia="Nanum Gothic" w:hAnsi="Nanum Gothic" w:cs="Nanum Gothic"/>
                <w:b/>
                <w:color w:val="024AD8"/>
                <w:sz w:val="20"/>
                <w:lang w:eastAsia="ko-KR"/>
              </w:rPr>
              <w:t>⭐ 핵심</w:t>
            </w:r>
            <w:r>
              <w:rPr>
                <w:rFonts w:ascii="Apple SD Gothic Neo" w:eastAsia="Nanum Gothic" w:hAnsi="Apple SD Gothic Neo" w:cs="Apple SD Gothic Neo"/>
                <w:b/>
                <w:color w:val="024AD8"/>
                <w:sz w:val="20"/>
                <w:lang w:eastAsia="ko-KR"/>
              </w:rPr>
              <w:br/>
            </w:r>
            <w:r>
              <w:rPr>
                <w:rFonts w:ascii="Nanum Gothic" w:eastAsia="Nanum Gothic" w:hAnsi="Nanum Gothic" w:cs="Nanum Gothic"/>
                <w:color w:val="1A1A1A"/>
                <w:sz w:val="20"/>
                <w:lang w:eastAsia="ko-KR"/>
              </w:rPr>
              <w:t>4기준에서 "모든 면에서 최고"인 모델은 없습니다. 업무 맥락에 따라 어떤 기준이 더 중요한지가 달라집니다. 모델 선택 = 업무 맥락 분석 + 기준 우선순위 결정 + 비교 테스트.</w:t>
            </w:r>
          </w:p>
        </w:tc>
      </w:tr>
    </w:tbl>
    <w:p w14:paraId="0EB40DEE" w14:textId="77777777" w:rsidR="00226CAC" w:rsidRDefault="00226CAC">
      <w:pPr>
        <w:rPr>
          <w:rFonts w:eastAsia="Nanum Gothic"/>
          <w:lang w:eastAsia="ko-KR"/>
        </w:rPr>
      </w:pPr>
    </w:p>
    <w:p w14:paraId="2C872F11"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6.2.5 모델 비교 실습 가이드</w:t>
      </w:r>
    </w:p>
    <w:p w14:paraId="59255D37"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lastRenderedPageBreak/>
        <w:t>6.2.5.1 자신만의 프롬프트 만들기</w:t>
      </w:r>
    </w:p>
    <w:p w14:paraId="0975F01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이 실습의 핵심 규칙: </w:t>
      </w:r>
      <w:r>
        <w:rPr>
          <w:rFonts w:ascii="Nanum Gothic" w:eastAsia="Nanum Gothic" w:hAnsi="Nanum Gothic" w:cs="Nanum Gothic"/>
          <w:b/>
          <w:color w:val="1A1A1A"/>
          <w:sz w:val="20"/>
          <w:lang w:eastAsia="ko-KR"/>
        </w:rPr>
        <w:t>강사 제시 프롬프트를 그대로 쓰지 말 것.</w:t>
      </w:r>
      <w:r>
        <w:rPr>
          <w:rFonts w:ascii="Nanum Gothic" w:eastAsia="Nanum Gothic" w:hAnsi="Nanum Gothic" w:cs="Nanum Gothic"/>
          <w:color w:val="1A1A1A"/>
          <w:sz w:val="20"/>
          <w:lang w:eastAsia="ko-KR"/>
        </w:rPr>
        <w:t xml:space="preserve"> 자신의 업무 맥락에서 의미 있는 프롬프트를 직접 설계해야 합니다.</w:t>
      </w:r>
    </w:p>
    <w:p w14:paraId="0C890F9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좋은 실습 프롬프트의 조건:</w:t>
      </w:r>
    </w:p>
    <w:p w14:paraId="01277D7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1. 내 실제 업무와 관련이 있다</w:t>
      </w:r>
    </w:p>
    <w:p w14:paraId="63049910"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2. 3개 모델이 다른 결과를 낼 것 같은 주제</w:t>
      </w:r>
    </w:p>
    <w:p w14:paraId="4270F76B"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3. 4기준으로 비교 가능한 답변이 나올 것</w:t>
      </w:r>
    </w:p>
    <w:p w14:paraId="02D0ABCD"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프롬프트 설계 예시</w:t>
      </w:r>
      <w:r>
        <w:rPr>
          <w:rFonts w:ascii="Nanum Gothic" w:eastAsia="Nanum Gothic" w:hAnsi="Nanum Gothic" w:cs="Nanum Gothic"/>
          <w:color w:val="1A1A1A"/>
          <w:sz w:val="20"/>
          <w:lang w:eastAsia="ko-KR"/>
        </w:rPr>
        <w:t>:</w:t>
      </w:r>
    </w:p>
    <w:p w14:paraId="1A5B887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개발자: "Python으로 CSV 파일을 읽어서 특정 컬럼의 평균을 계산하는 코드를 작성해줘. 예외 처리도 포함해서."</w:t>
      </w:r>
    </w:p>
    <w:p w14:paraId="448F823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기획자: "신규 AI 서비스를 론칭할 때 초기 3개월 마케팅 전략을 구체적으로 제안해줘. 예산은 1,000만 원 수준."</w:t>
      </w:r>
    </w:p>
    <w:p w14:paraId="50837D4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마케터: "AI 기반 고객 서비스를 홍보하는 카카오채널 첫 메시지를 작성해줘. 대상: 40~50대 중소기업 대표."</w:t>
      </w:r>
    </w:p>
    <w:p w14:paraId="5F69EBF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HR 담당자: "신입 직원 온보딩 체크리스트를 작성해줘. 디지털 마케팅 에이전시 기준, 첫 2주 일정."</w:t>
      </w:r>
    </w:p>
    <w:p w14:paraId="7D8DBD56"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6.2.5.2 비교 실습 단계별 가이드</w:t>
      </w:r>
    </w:p>
    <w:p w14:paraId="41A59A4E"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단계 1: 프롬프트 설계 (5분)</w:t>
      </w:r>
    </w:p>
    <w:p w14:paraId="091D8B2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페어와 함께 실습 프롬프트 1개 선정</w:t>
      </w:r>
    </w:p>
    <w:p w14:paraId="4D708227"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이유: "왜 이 프롬프트를 선택했는가?" 한 줄 메모</w:t>
      </w:r>
    </w:p>
    <w:p w14:paraId="703DFF56"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단계 2: 3모델 전송 (10분)</w:t>
      </w:r>
    </w:p>
    <w:p w14:paraId="1579790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1차 환경 (AIR Chat):</w:t>
      </w:r>
    </w:p>
    <w:p w14:paraId="70250C3C"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모델 드롭다운 → Gemini 1.5 Pro 선택 → 프롬프트 전송 → 응답 저장</w:t>
      </w:r>
    </w:p>
    <w:p w14:paraId="58533BF4"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모델 → Claude 3.5 Sonnet 선택 → 동일 프롬프트 전송 → 응답 저장</w:t>
      </w:r>
    </w:p>
    <w:p w14:paraId="0C2FD78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모델 → GPT-4o 선택 → 동일 프롬프트 전송 → 응답 저장</w:t>
      </w:r>
    </w:p>
    <w:p w14:paraId="226C58B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대체 환경:</w:t>
      </w:r>
    </w:p>
    <w:p w14:paraId="31945C4B"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ChatGPT 탭 → 프롬프트 전송 → 응답 저장</w:t>
      </w:r>
    </w:p>
    <w:p w14:paraId="23A56DBC"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Gemini 탭 → 동일 프롬프트 → 응답 저장</w:t>
      </w:r>
    </w:p>
    <w:p w14:paraId="1C6F798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Claude 탭 → 동일 프롬프트 → 응답 저장</w:t>
      </w:r>
    </w:p>
    <w:tbl>
      <w:tblPr>
        <w:tblStyle w:val="af9"/>
        <w:tblW w:w="0" w:type="auto"/>
        <w:tblLayout w:type="fixed"/>
        <w:tblLook w:val="04A0" w:firstRow="1" w:lastRow="0" w:firstColumn="1" w:lastColumn="0" w:noHBand="0" w:noVBand="1"/>
      </w:tblPr>
      <w:tblGrid>
        <w:gridCol w:w="400"/>
        <w:gridCol w:w="8672"/>
      </w:tblGrid>
      <w:tr w:rsidR="00226CAC" w14:paraId="6EE26991" w14:textId="77777777">
        <w:tc>
          <w:tcPr>
            <w:tcW w:w="400" w:type="dxa"/>
            <w:shd w:val="clear" w:color="auto" w:fill="C05621"/>
          </w:tcPr>
          <w:p w14:paraId="7B95D44E" w14:textId="77777777" w:rsidR="00226CAC" w:rsidRDefault="00226CAC">
            <w:pPr>
              <w:spacing w:before="80" w:after="80"/>
              <w:rPr>
                <w:rFonts w:eastAsia="Nanum Gothic"/>
                <w:lang w:eastAsia="ko-KR"/>
              </w:rPr>
            </w:pPr>
          </w:p>
        </w:tc>
        <w:tc>
          <w:tcPr>
            <w:tcW w:w="8672" w:type="dxa"/>
            <w:shd w:val="clear" w:color="auto" w:fill="FFF7E6"/>
          </w:tcPr>
          <w:p w14:paraId="3DFEB13E" w14:textId="77777777" w:rsidR="00226CAC" w:rsidRDefault="00000000">
            <w:pPr>
              <w:spacing w:before="80" w:after="80"/>
              <w:rPr>
                <w:rFonts w:eastAsia="Nanum Gothic"/>
                <w:lang w:eastAsia="ko-KR"/>
              </w:rPr>
            </w:pPr>
            <w:r>
              <w:rPr>
                <w:rFonts w:ascii="Nanum Gothic" w:eastAsia="Nanum Gothic" w:hAnsi="Nanum Gothic" w:cs="Nanum Gothic"/>
                <w:b/>
                <w:color w:val="C05621"/>
                <w:sz w:val="20"/>
                <w:lang w:eastAsia="ko-KR"/>
              </w:rPr>
              <w:t>⚠️ 주의</w:t>
            </w:r>
            <w:r>
              <w:rPr>
                <w:rFonts w:ascii="Apple SD Gothic Neo" w:eastAsia="Nanum Gothic" w:hAnsi="Apple SD Gothic Neo" w:cs="Apple SD Gothic Neo"/>
                <w:b/>
                <w:color w:val="C05621"/>
                <w:sz w:val="20"/>
                <w:lang w:eastAsia="ko-KR"/>
              </w:rPr>
              <w:br/>
            </w:r>
            <w:r>
              <w:rPr>
                <w:rFonts w:ascii="Nanum Gothic" w:eastAsia="Nanum Gothic" w:hAnsi="Nanum Gothic" w:cs="Nanum Gothic"/>
                <w:color w:val="1A1A1A"/>
                <w:sz w:val="20"/>
                <w:lang w:eastAsia="ko-KR"/>
              </w:rPr>
              <w:t xml:space="preserve">동일 프롬프트를 복사해 붙여넣되, 각 모델에서 이전 대화 히스토리가 없는 </w:t>
            </w:r>
            <w:r>
              <w:rPr>
                <w:rFonts w:ascii="Nanum Gothic" w:eastAsia="Nanum Gothic" w:hAnsi="Nanum Gothic" w:cs="Nanum Gothic"/>
                <w:b/>
                <w:color w:val="1A1A1A"/>
                <w:sz w:val="20"/>
                <w:lang w:eastAsia="ko-KR"/>
              </w:rPr>
              <w:t>새 대화</w:t>
            </w:r>
            <w:r>
              <w:rPr>
                <w:rFonts w:ascii="Nanum Gothic" w:eastAsia="Nanum Gothic" w:hAnsi="Nanum Gothic" w:cs="Nanum Gothic"/>
                <w:color w:val="1A1A1A"/>
                <w:sz w:val="20"/>
                <w:lang w:eastAsia="ko-KR"/>
              </w:rPr>
              <w:t>에서 시작하세요. 이전 대화가 남아있으면 컨텍스트가 달라져 공정 비교가 어렵습니다.</w:t>
            </w:r>
          </w:p>
        </w:tc>
      </w:tr>
    </w:tbl>
    <w:p w14:paraId="7EF8DBE7" w14:textId="77777777" w:rsidR="00226CAC" w:rsidRDefault="00226CAC">
      <w:pPr>
        <w:rPr>
          <w:rFonts w:eastAsia="Nanum Gothic"/>
          <w:lang w:eastAsia="ko-KR"/>
        </w:rPr>
      </w:pPr>
    </w:p>
    <w:p w14:paraId="2C193344"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단계 3: 4기준 채점 (5분)</w:t>
      </w:r>
    </w:p>
    <w:p w14:paraId="5DD0856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활동지에 각 모델별로 4기준을 5점 척도로 채점:</w:t>
      </w:r>
    </w:p>
    <w:tbl>
      <w:tblPr>
        <w:tblStyle w:val="af9"/>
        <w:tblW w:w="0" w:type="auto"/>
        <w:tblLook w:val="04A0" w:firstRow="1" w:lastRow="0" w:firstColumn="1" w:lastColumn="0" w:noHBand="0" w:noVBand="1"/>
      </w:tblPr>
      <w:tblGrid>
        <w:gridCol w:w="2268"/>
        <w:gridCol w:w="2268"/>
        <w:gridCol w:w="2268"/>
        <w:gridCol w:w="2268"/>
      </w:tblGrid>
      <w:tr w:rsidR="00226CAC" w14:paraId="49186FD9" w14:textId="77777777">
        <w:tc>
          <w:tcPr>
            <w:tcW w:w="2268" w:type="dxa"/>
            <w:shd w:val="clear" w:color="auto" w:fill="024AD8"/>
          </w:tcPr>
          <w:p w14:paraId="239AA81F" w14:textId="77777777" w:rsidR="00226CAC" w:rsidRDefault="00000000">
            <w:pPr>
              <w:spacing w:before="60" w:after="60"/>
            </w:pPr>
            <w:r>
              <w:rPr>
                <w:rFonts w:ascii="Nanum Gothic" w:eastAsia="Nanum Gothic" w:hAnsi="Nanum Gothic" w:cs="Nanum Gothic"/>
                <w:b/>
                <w:color w:val="FFFFFF"/>
                <w:sz w:val="20"/>
              </w:rPr>
              <w:t>기준</w:t>
            </w:r>
          </w:p>
        </w:tc>
        <w:tc>
          <w:tcPr>
            <w:tcW w:w="2268" w:type="dxa"/>
            <w:shd w:val="clear" w:color="auto" w:fill="024AD8"/>
          </w:tcPr>
          <w:p w14:paraId="7F306FB8" w14:textId="77777777" w:rsidR="00226CAC" w:rsidRDefault="00000000">
            <w:pPr>
              <w:spacing w:before="60" w:after="60"/>
            </w:pPr>
            <w:r>
              <w:rPr>
                <w:rFonts w:ascii="Nanum Gothic" w:eastAsia="Nanum Gothic" w:hAnsi="Nanum Gothic" w:cs="Nanum Gothic"/>
                <w:b/>
                <w:color w:val="FFFFFF"/>
                <w:sz w:val="20"/>
              </w:rPr>
              <w:t>Gemini</w:t>
            </w:r>
          </w:p>
        </w:tc>
        <w:tc>
          <w:tcPr>
            <w:tcW w:w="2268" w:type="dxa"/>
            <w:shd w:val="clear" w:color="auto" w:fill="024AD8"/>
          </w:tcPr>
          <w:p w14:paraId="003AEA79" w14:textId="77777777" w:rsidR="00226CAC" w:rsidRDefault="00000000">
            <w:pPr>
              <w:spacing w:before="60" w:after="60"/>
            </w:pPr>
            <w:r>
              <w:rPr>
                <w:rFonts w:ascii="Nanum Gothic" w:eastAsia="Nanum Gothic" w:hAnsi="Nanum Gothic" w:cs="Nanum Gothic"/>
                <w:b/>
                <w:color w:val="FFFFFF"/>
                <w:sz w:val="20"/>
              </w:rPr>
              <w:t>Claude</w:t>
            </w:r>
          </w:p>
        </w:tc>
        <w:tc>
          <w:tcPr>
            <w:tcW w:w="2268" w:type="dxa"/>
            <w:shd w:val="clear" w:color="auto" w:fill="024AD8"/>
          </w:tcPr>
          <w:p w14:paraId="6F41C466" w14:textId="77777777" w:rsidR="00226CAC" w:rsidRDefault="00000000">
            <w:pPr>
              <w:spacing w:before="60" w:after="60"/>
            </w:pPr>
            <w:r>
              <w:rPr>
                <w:rFonts w:ascii="Nanum Gothic" w:eastAsia="Nanum Gothic" w:hAnsi="Nanum Gothic" w:cs="Nanum Gothic"/>
                <w:b/>
                <w:color w:val="FFFFFF"/>
                <w:sz w:val="20"/>
              </w:rPr>
              <w:t>GPT-4o</w:t>
            </w:r>
          </w:p>
        </w:tc>
      </w:tr>
      <w:tr w:rsidR="00226CAC" w14:paraId="43040192" w14:textId="77777777">
        <w:tc>
          <w:tcPr>
            <w:tcW w:w="2268" w:type="dxa"/>
          </w:tcPr>
          <w:p w14:paraId="4987A42F" w14:textId="77777777" w:rsidR="00226CAC" w:rsidRDefault="00000000">
            <w:pPr>
              <w:spacing w:before="60" w:after="60"/>
            </w:pPr>
            <w:r>
              <w:rPr>
                <w:rFonts w:ascii="Nanum Gothic" w:eastAsia="Nanum Gothic" w:hAnsi="Nanum Gothic" w:cs="Nanum Gothic"/>
                <w:color w:val="1A1A1A"/>
                <w:sz w:val="20"/>
              </w:rPr>
              <w:t>정확성 (0~5)</w:t>
            </w:r>
          </w:p>
        </w:tc>
        <w:tc>
          <w:tcPr>
            <w:tcW w:w="2268" w:type="dxa"/>
          </w:tcPr>
          <w:p w14:paraId="73B27C6F" w14:textId="77777777" w:rsidR="00226CAC" w:rsidRDefault="00226CAC">
            <w:pPr>
              <w:spacing w:before="60" w:after="60"/>
            </w:pPr>
          </w:p>
        </w:tc>
        <w:tc>
          <w:tcPr>
            <w:tcW w:w="2268" w:type="dxa"/>
          </w:tcPr>
          <w:p w14:paraId="215C949B" w14:textId="77777777" w:rsidR="00226CAC" w:rsidRDefault="00226CAC">
            <w:pPr>
              <w:spacing w:before="60" w:after="60"/>
            </w:pPr>
          </w:p>
        </w:tc>
        <w:tc>
          <w:tcPr>
            <w:tcW w:w="2268" w:type="dxa"/>
          </w:tcPr>
          <w:p w14:paraId="77BDAF89" w14:textId="77777777" w:rsidR="00226CAC" w:rsidRDefault="00226CAC">
            <w:pPr>
              <w:spacing w:before="60" w:after="60"/>
            </w:pPr>
          </w:p>
        </w:tc>
      </w:tr>
      <w:tr w:rsidR="00226CAC" w14:paraId="1ACE101D" w14:textId="77777777">
        <w:tc>
          <w:tcPr>
            <w:tcW w:w="2268" w:type="dxa"/>
          </w:tcPr>
          <w:p w14:paraId="0BBD1FF9" w14:textId="77777777" w:rsidR="00226CAC" w:rsidRDefault="00000000">
            <w:pPr>
              <w:spacing w:before="60" w:after="60"/>
            </w:pPr>
            <w:r>
              <w:rPr>
                <w:rFonts w:ascii="Nanum Gothic" w:eastAsia="Nanum Gothic" w:hAnsi="Nanum Gothic" w:cs="Nanum Gothic"/>
                <w:color w:val="1A1A1A"/>
                <w:sz w:val="20"/>
              </w:rPr>
              <w:t>자연스러움 (0~5)</w:t>
            </w:r>
          </w:p>
        </w:tc>
        <w:tc>
          <w:tcPr>
            <w:tcW w:w="2268" w:type="dxa"/>
          </w:tcPr>
          <w:p w14:paraId="71805671" w14:textId="77777777" w:rsidR="00226CAC" w:rsidRDefault="00226CAC">
            <w:pPr>
              <w:spacing w:before="60" w:after="60"/>
            </w:pPr>
          </w:p>
        </w:tc>
        <w:tc>
          <w:tcPr>
            <w:tcW w:w="2268" w:type="dxa"/>
          </w:tcPr>
          <w:p w14:paraId="638115B9" w14:textId="77777777" w:rsidR="00226CAC" w:rsidRDefault="00226CAC">
            <w:pPr>
              <w:spacing w:before="60" w:after="60"/>
            </w:pPr>
          </w:p>
        </w:tc>
        <w:tc>
          <w:tcPr>
            <w:tcW w:w="2268" w:type="dxa"/>
          </w:tcPr>
          <w:p w14:paraId="6A2B50F7" w14:textId="77777777" w:rsidR="00226CAC" w:rsidRDefault="00226CAC">
            <w:pPr>
              <w:spacing w:before="60" w:after="60"/>
            </w:pPr>
          </w:p>
        </w:tc>
      </w:tr>
      <w:tr w:rsidR="00226CAC" w14:paraId="53DA9909" w14:textId="77777777">
        <w:tc>
          <w:tcPr>
            <w:tcW w:w="2268" w:type="dxa"/>
          </w:tcPr>
          <w:p w14:paraId="6E4CF017" w14:textId="77777777" w:rsidR="00226CAC" w:rsidRDefault="00000000">
            <w:pPr>
              <w:spacing w:before="60" w:after="60"/>
            </w:pPr>
            <w:r>
              <w:rPr>
                <w:rFonts w:ascii="Nanum Gothic" w:eastAsia="Nanum Gothic" w:hAnsi="Nanum Gothic" w:cs="Nanum Gothic"/>
                <w:color w:val="1A1A1A"/>
                <w:sz w:val="20"/>
              </w:rPr>
              <w:lastRenderedPageBreak/>
              <w:t>속도 (0~5)</w:t>
            </w:r>
          </w:p>
        </w:tc>
        <w:tc>
          <w:tcPr>
            <w:tcW w:w="2268" w:type="dxa"/>
          </w:tcPr>
          <w:p w14:paraId="18A38E1B" w14:textId="77777777" w:rsidR="00226CAC" w:rsidRDefault="00226CAC">
            <w:pPr>
              <w:spacing w:before="60" w:after="60"/>
            </w:pPr>
          </w:p>
        </w:tc>
        <w:tc>
          <w:tcPr>
            <w:tcW w:w="2268" w:type="dxa"/>
          </w:tcPr>
          <w:p w14:paraId="558F5CED" w14:textId="77777777" w:rsidR="00226CAC" w:rsidRDefault="00226CAC">
            <w:pPr>
              <w:spacing w:before="60" w:after="60"/>
            </w:pPr>
          </w:p>
        </w:tc>
        <w:tc>
          <w:tcPr>
            <w:tcW w:w="2268" w:type="dxa"/>
          </w:tcPr>
          <w:p w14:paraId="77ECD5FF" w14:textId="77777777" w:rsidR="00226CAC" w:rsidRDefault="00226CAC">
            <w:pPr>
              <w:spacing w:before="60" w:after="60"/>
            </w:pPr>
          </w:p>
        </w:tc>
      </w:tr>
      <w:tr w:rsidR="00226CAC" w14:paraId="5E6650CA" w14:textId="77777777">
        <w:tc>
          <w:tcPr>
            <w:tcW w:w="2268" w:type="dxa"/>
          </w:tcPr>
          <w:p w14:paraId="042DE2C9" w14:textId="77777777" w:rsidR="00226CAC" w:rsidRDefault="00000000">
            <w:pPr>
              <w:spacing w:before="60" w:after="60"/>
            </w:pPr>
            <w:r>
              <w:rPr>
                <w:rFonts w:ascii="Nanum Gothic" w:eastAsia="Nanum Gothic" w:hAnsi="Nanum Gothic" w:cs="Nanum Gothic"/>
                <w:color w:val="1A1A1A"/>
                <w:sz w:val="20"/>
              </w:rPr>
              <w:t>한국어 능력 (0~5)</w:t>
            </w:r>
          </w:p>
        </w:tc>
        <w:tc>
          <w:tcPr>
            <w:tcW w:w="2268" w:type="dxa"/>
          </w:tcPr>
          <w:p w14:paraId="6F61FDCD" w14:textId="77777777" w:rsidR="00226CAC" w:rsidRDefault="00226CAC">
            <w:pPr>
              <w:spacing w:before="60" w:after="60"/>
            </w:pPr>
          </w:p>
        </w:tc>
        <w:tc>
          <w:tcPr>
            <w:tcW w:w="2268" w:type="dxa"/>
          </w:tcPr>
          <w:p w14:paraId="1D5297F0" w14:textId="77777777" w:rsidR="00226CAC" w:rsidRDefault="00226CAC">
            <w:pPr>
              <w:spacing w:before="60" w:after="60"/>
            </w:pPr>
          </w:p>
        </w:tc>
        <w:tc>
          <w:tcPr>
            <w:tcW w:w="2268" w:type="dxa"/>
          </w:tcPr>
          <w:p w14:paraId="049B8C69" w14:textId="77777777" w:rsidR="00226CAC" w:rsidRDefault="00226CAC">
            <w:pPr>
              <w:spacing w:before="60" w:after="60"/>
            </w:pPr>
          </w:p>
        </w:tc>
      </w:tr>
      <w:tr w:rsidR="00226CAC" w14:paraId="2A3AC3C0" w14:textId="77777777">
        <w:tc>
          <w:tcPr>
            <w:tcW w:w="2268" w:type="dxa"/>
          </w:tcPr>
          <w:p w14:paraId="16363B83" w14:textId="77777777" w:rsidR="00226CAC" w:rsidRDefault="00000000">
            <w:pPr>
              <w:spacing w:before="60" w:after="60"/>
            </w:pPr>
            <w:r>
              <w:rPr>
                <w:rFonts w:ascii="Nanum Gothic" w:eastAsia="Nanum Gothic" w:hAnsi="Nanum Gothic" w:cs="Nanum Gothic"/>
                <w:b/>
                <w:color w:val="1A1A1A"/>
                <w:sz w:val="20"/>
              </w:rPr>
              <w:t>합계</w:t>
            </w:r>
          </w:p>
        </w:tc>
        <w:tc>
          <w:tcPr>
            <w:tcW w:w="2268" w:type="dxa"/>
          </w:tcPr>
          <w:p w14:paraId="3995DA2C" w14:textId="77777777" w:rsidR="00226CAC" w:rsidRDefault="00226CAC">
            <w:pPr>
              <w:spacing w:before="60" w:after="60"/>
            </w:pPr>
          </w:p>
        </w:tc>
        <w:tc>
          <w:tcPr>
            <w:tcW w:w="2268" w:type="dxa"/>
          </w:tcPr>
          <w:p w14:paraId="44DF8BB2" w14:textId="77777777" w:rsidR="00226CAC" w:rsidRDefault="00226CAC">
            <w:pPr>
              <w:spacing w:before="60" w:after="60"/>
            </w:pPr>
          </w:p>
        </w:tc>
        <w:tc>
          <w:tcPr>
            <w:tcW w:w="2268" w:type="dxa"/>
          </w:tcPr>
          <w:p w14:paraId="4EFF10F7" w14:textId="77777777" w:rsidR="00226CAC" w:rsidRDefault="00226CAC">
            <w:pPr>
              <w:spacing w:before="60" w:after="60"/>
            </w:pPr>
          </w:p>
        </w:tc>
      </w:tr>
    </w:tbl>
    <w:p w14:paraId="2B74656F" w14:textId="77777777" w:rsidR="00226CAC" w:rsidRDefault="00226CAC"/>
    <w:tbl>
      <w:tblPr>
        <w:tblStyle w:val="af9"/>
        <w:tblW w:w="0" w:type="auto"/>
        <w:tblLayout w:type="fixed"/>
        <w:tblLook w:val="04A0" w:firstRow="1" w:lastRow="0" w:firstColumn="1" w:lastColumn="0" w:noHBand="0" w:noVBand="1"/>
      </w:tblPr>
      <w:tblGrid>
        <w:gridCol w:w="400"/>
        <w:gridCol w:w="8672"/>
      </w:tblGrid>
      <w:tr w:rsidR="00226CAC" w14:paraId="0B4AC61F" w14:textId="77777777">
        <w:tc>
          <w:tcPr>
            <w:tcW w:w="400" w:type="dxa"/>
            <w:shd w:val="clear" w:color="auto" w:fill="C05621"/>
          </w:tcPr>
          <w:p w14:paraId="2B640E25" w14:textId="77777777" w:rsidR="00226CAC" w:rsidRDefault="00226CAC">
            <w:pPr>
              <w:spacing w:before="80" w:after="80"/>
            </w:pPr>
          </w:p>
        </w:tc>
        <w:tc>
          <w:tcPr>
            <w:tcW w:w="8672" w:type="dxa"/>
            <w:shd w:val="clear" w:color="auto" w:fill="FFF7E6"/>
          </w:tcPr>
          <w:p w14:paraId="387F6B79" w14:textId="77777777" w:rsidR="00226CAC" w:rsidRDefault="00000000">
            <w:pPr>
              <w:spacing w:before="80" w:after="80"/>
              <w:rPr>
                <w:rFonts w:eastAsia="Nanum Gothic"/>
                <w:lang w:eastAsia="ko-KR"/>
              </w:rPr>
            </w:pPr>
            <w:r>
              <w:rPr>
                <w:rFonts w:ascii="Nanum Gothic" w:eastAsia="Nanum Gothic" w:hAnsi="Nanum Gothic" w:cs="Nanum Gothic"/>
                <w:b/>
                <w:color w:val="C05621"/>
                <w:sz w:val="20"/>
                <w:lang w:eastAsia="ko-KR"/>
              </w:rPr>
              <w:t>⚠️ 주의</w:t>
            </w:r>
            <w:r>
              <w:rPr>
                <w:rFonts w:ascii="Apple SD Gothic Neo" w:eastAsia="Nanum Gothic" w:hAnsi="Apple SD Gothic Neo" w:cs="Apple SD Gothic Neo"/>
                <w:b/>
                <w:color w:val="C05621"/>
                <w:sz w:val="20"/>
                <w:lang w:eastAsia="ko-KR"/>
              </w:rPr>
              <w:br/>
            </w:r>
            <w:r>
              <w:rPr>
                <w:rFonts w:ascii="Nanum Gothic" w:eastAsia="Nanum Gothic" w:hAnsi="Nanum Gothic" w:cs="Nanum Gothic"/>
                <w:color w:val="1A1A1A"/>
                <w:sz w:val="20"/>
                <w:lang w:eastAsia="ko-KR"/>
              </w:rPr>
              <w:t>5점 척도는 엄격하게 적용하세요. "그냥 다 좋아서 5점"으로 채우면 비교 의미가 없습니다. 3개 모델 중 가장 나은 것이 5점, 나머지는 상대적으로.</w:t>
            </w:r>
          </w:p>
        </w:tc>
      </w:tr>
    </w:tbl>
    <w:p w14:paraId="4E9F3979" w14:textId="77777777" w:rsidR="00226CAC" w:rsidRDefault="00226CAC">
      <w:pPr>
        <w:rPr>
          <w:rFonts w:eastAsia="Nanum Gothic"/>
          <w:lang w:eastAsia="ko-KR"/>
        </w:rPr>
      </w:pPr>
    </w:p>
    <w:p w14:paraId="4D6CC939"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단계 4: 추천 모델 결정 (1분)</w:t>
      </w:r>
    </w:p>
    <w:p w14:paraId="6170699F"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4기준 합계가 가장 높은 모델이 "이 프롬프트에 가장 적합한 모델"입니다. 단, 특정 기준이 업무상 특히 중요하다면 가중치를 부여해도 됩니다.</w:t>
      </w:r>
    </w:p>
    <w:p w14:paraId="3090D16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추천 모델 근거 1문장: "[모델명]을 추천합니다. 이유: [가장 중요한 기준]에서 가장 우수했기 때문입니다."</w:t>
      </w:r>
    </w:p>
    <w:p w14:paraId="3EBE31B0"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6.2.6 직무별 모델 선택 시나리오</w:t>
      </w:r>
    </w:p>
    <w:p w14:paraId="2184FB8A"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시나리오 1: 법무팀 계약서 검토 지원</w:t>
      </w:r>
    </w:p>
    <w:p w14:paraId="05B2A55E"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상황</w:t>
      </w:r>
      <w:r>
        <w:rPr>
          <w:rFonts w:ascii="Nanum Gothic" w:eastAsia="Nanum Gothic" w:hAnsi="Nanum Gothic" w:cs="Nanum Gothic"/>
          <w:color w:val="1A1A1A"/>
          <w:sz w:val="20"/>
          <w:lang w:eastAsia="ko-KR"/>
        </w:rPr>
        <w:t xml:space="preserve">: 영문 계약서를 한국어로 번역·요약하고 위험 조항을 찾아야 함 </w:t>
      </w:r>
      <w:r>
        <w:rPr>
          <w:rFonts w:ascii="Nanum Gothic" w:eastAsia="Nanum Gothic" w:hAnsi="Nanum Gothic" w:cs="Nanum Gothic"/>
          <w:b/>
          <w:color w:val="1A1A1A"/>
          <w:sz w:val="20"/>
          <w:lang w:eastAsia="ko-KR"/>
        </w:rPr>
        <w:t>중요 기준</w:t>
      </w:r>
      <w:r>
        <w:rPr>
          <w:rFonts w:ascii="Nanum Gothic" w:eastAsia="Nanum Gothic" w:hAnsi="Nanum Gothic" w:cs="Nanum Gothic"/>
          <w:color w:val="1A1A1A"/>
          <w:sz w:val="20"/>
          <w:lang w:eastAsia="ko-KR"/>
        </w:rPr>
        <w:t xml:space="preserve">: 정확성 (최우선), 한국어 능력 </w:t>
      </w:r>
      <w:r>
        <w:rPr>
          <w:rFonts w:ascii="Nanum Gothic" w:eastAsia="Nanum Gothic" w:hAnsi="Nanum Gothic" w:cs="Nanum Gothic"/>
          <w:b/>
          <w:color w:val="1A1A1A"/>
          <w:sz w:val="20"/>
          <w:lang w:eastAsia="ko-KR"/>
        </w:rPr>
        <w:t>덜 중요 기준</w:t>
      </w:r>
      <w:r>
        <w:rPr>
          <w:rFonts w:ascii="Nanum Gothic" w:eastAsia="Nanum Gothic" w:hAnsi="Nanum Gothic" w:cs="Nanum Gothic"/>
          <w:color w:val="1A1A1A"/>
          <w:sz w:val="20"/>
          <w:lang w:eastAsia="ko-KR"/>
        </w:rPr>
        <w:t>: 속도 (검토는 시간이 걸려도 됨)</w:t>
      </w:r>
    </w:p>
    <w:p w14:paraId="317EBE86"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추천 접근</w:t>
      </w:r>
      <w:r>
        <w:rPr>
          <w:rFonts w:ascii="Nanum Gothic" w:eastAsia="Nanum Gothic" w:hAnsi="Nanum Gothic" w:cs="Nanum Gothic"/>
          <w:color w:val="1A1A1A"/>
          <w:sz w:val="20"/>
          <w:lang w:eastAsia="ko-KR"/>
        </w:rPr>
        <w:t>:</w:t>
      </w:r>
    </w:p>
    <w:p w14:paraId="665FD712"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정확성 높은 모델 선택 (실험으로 확인)</w:t>
      </w:r>
    </w:p>
    <w:p w14:paraId="05CAB6D1"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System Prompt: "당신은 법률 문서 전문 번역가입니다. 직역하지 말고 법률 용어를 한국 법률 관습에 맞게 번역하세요. 위험 조항은 [위험] 태그로 표시하세요."</w:t>
      </w:r>
    </w:p>
    <w:p w14:paraId="4CD42B45"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시나리오 2: 마케팅팀 SNS 콘텐츠 생성</w:t>
      </w:r>
    </w:p>
    <w:p w14:paraId="028CCA84"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상황</w:t>
      </w:r>
      <w:r>
        <w:rPr>
          <w:rFonts w:ascii="Nanum Gothic" w:eastAsia="Nanum Gothic" w:hAnsi="Nanum Gothic" w:cs="Nanum Gothic"/>
          <w:color w:val="1A1A1A"/>
          <w:sz w:val="20"/>
          <w:lang w:eastAsia="ko-KR"/>
        </w:rPr>
        <w:t xml:space="preserve">: 신제품 출시 카드뉴스 텍스트 10개 버전 생성 </w:t>
      </w:r>
      <w:r>
        <w:rPr>
          <w:rFonts w:ascii="Nanum Gothic" w:eastAsia="Nanum Gothic" w:hAnsi="Nanum Gothic" w:cs="Nanum Gothic"/>
          <w:b/>
          <w:color w:val="1A1A1A"/>
          <w:sz w:val="20"/>
          <w:lang w:eastAsia="ko-KR"/>
        </w:rPr>
        <w:t>중요 기준</w:t>
      </w:r>
      <w:r>
        <w:rPr>
          <w:rFonts w:ascii="Nanum Gothic" w:eastAsia="Nanum Gothic" w:hAnsi="Nanum Gothic" w:cs="Nanum Gothic"/>
          <w:color w:val="1A1A1A"/>
          <w:sz w:val="20"/>
          <w:lang w:eastAsia="ko-KR"/>
        </w:rPr>
        <w:t xml:space="preserve">: 자연스러움, 한국어 능력, 창의성(온도↑) </w:t>
      </w:r>
      <w:r>
        <w:rPr>
          <w:rFonts w:ascii="Nanum Gothic" w:eastAsia="Nanum Gothic" w:hAnsi="Nanum Gothic" w:cs="Nanum Gothic"/>
          <w:b/>
          <w:color w:val="1A1A1A"/>
          <w:sz w:val="20"/>
          <w:lang w:eastAsia="ko-KR"/>
        </w:rPr>
        <w:t>덜 중요 기준</w:t>
      </w:r>
      <w:r>
        <w:rPr>
          <w:rFonts w:ascii="Nanum Gothic" w:eastAsia="Nanum Gothic" w:hAnsi="Nanum Gothic" w:cs="Nanum Gothic"/>
          <w:color w:val="1A1A1A"/>
          <w:sz w:val="20"/>
          <w:lang w:eastAsia="ko-KR"/>
        </w:rPr>
        <w:t>: 정확성 (기본 사실은 별도 검토)</w:t>
      </w:r>
    </w:p>
    <w:p w14:paraId="6E41D243"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추천 접근</w:t>
      </w:r>
      <w:r>
        <w:rPr>
          <w:rFonts w:ascii="Nanum Gothic" w:eastAsia="Nanum Gothic" w:hAnsi="Nanum Gothic" w:cs="Nanum Gothic"/>
          <w:color w:val="1A1A1A"/>
          <w:sz w:val="20"/>
          <w:lang w:eastAsia="ko-KR"/>
        </w:rPr>
        <w:t>:</w:t>
      </w:r>
    </w:p>
    <w:p w14:paraId="6E2C49E7"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자연스러운 한국어 모델 선택</w:t>
      </w:r>
    </w:p>
    <w:p w14:paraId="341C138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System Prompt: "당신은 MZ세대 타깃 디지털 마케터입니다. 짧고 임팩트 있는 문구를 만들어주세요. 이모지를 자연스럽게 포함하세요."</w:t>
      </w:r>
    </w:p>
    <w:p w14:paraId="342648E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온도: 0.8~1.0 (다양한 버전 필요)</w:t>
      </w:r>
    </w:p>
    <w:p w14:paraId="3BC7D9D4"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시나리오 3: IT팀 코드 리뷰 지원</w:t>
      </w:r>
    </w:p>
    <w:p w14:paraId="7CFC62EB"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상황</w:t>
      </w:r>
      <w:r>
        <w:rPr>
          <w:rFonts w:ascii="Nanum Gothic" w:eastAsia="Nanum Gothic" w:hAnsi="Nanum Gothic" w:cs="Nanum Gothic"/>
          <w:color w:val="1A1A1A"/>
          <w:sz w:val="20"/>
          <w:lang w:eastAsia="ko-KR"/>
        </w:rPr>
        <w:t xml:space="preserve">: Python 코드 500줄의 보안 취약점 검토 </w:t>
      </w:r>
      <w:r>
        <w:rPr>
          <w:rFonts w:ascii="Nanum Gothic" w:eastAsia="Nanum Gothic" w:hAnsi="Nanum Gothic" w:cs="Nanum Gothic"/>
          <w:b/>
          <w:color w:val="1A1A1A"/>
          <w:sz w:val="20"/>
          <w:lang w:eastAsia="ko-KR"/>
        </w:rPr>
        <w:t>중요 기준</w:t>
      </w:r>
      <w:r>
        <w:rPr>
          <w:rFonts w:ascii="Nanum Gothic" w:eastAsia="Nanum Gothic" w:hAnsi="Nanum Gothic" w:cs="Nanum Gothic"/>
          <w:color w:val="1A1A1A"/>
          <w:sz w:val="20"/>
          <w:lang w:eastAsia="ko-KR"/>
        </w:rPr>
        <w:t xml:space="preserve">: 정확성 (버그·보안 오류를 놓치면 안 됨) </w:t>
      </w:r>
      <w:r>
        <w:rPr>
          <w:rFonts w:ascii="Nanum Gothic" w:eastAsia="Nanum Gothic" w:hAnsi="Nanum Gothic" w:cs="Nanum Gothic"/>
          <w:b/>
          <w:color w:val="1A1A1A"/>
          <w:sz w:val="20"/>
          <w:lang w:eastAsia="ko-KR"/>
        </w:rPr>
        <w:t>덜 중요 기준</w:t>
      </w:r>
      <w:r>
        <w:rPr>
          <w:rFonts w:ascii="Nanum Gothic" w:eastAsia="Nanum Gothic" w:hAnsi="Nanum Gothic" w:cs="Nanum Gothic"/>
          <w:color w:val="1A1A1A"/>
          <w:sz w:val="20"/>
          <w:lang w:eastAsia="ko-KR"/>
        </w:rPr>
        <w:t>: 자연스러움 (코드 설명은 기술적이어도 됨)</w:t>
      </w:r>
    </w:p>
    <w:p w14:paraId="796BC774"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추천 접근</w:t>
      </w:r>
      <w:r>
        <w:rPr>
          <w:rFonts w:ascii="Nanum Gothic" w:eastAsia="Nanum Gothic" w:hAnsi="Nanum Gothic" w:cs="Nanum Gothic"/>
          <w:color w:val="1A1A1A"/>
          <w:sz w:val="20"/>
          <w:lang w:eastAsia="ko-KR"/>
        </w:rPr>
        <w:t>:</w:t>
      </w:r>
    </w:p>
    <w:p w14:paraId="36CFB78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정확성 높은 모델, 코드 특화 모델 선택</w:t>
      </w:r>
    </w:p>
    <w:p w14:paraId="59C0C920"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lastRenderedPageBreak/>
        <w:t>• System Prompt: "당신은 Python 보안 전문가입니다. 코드를 분석하고 OWASP Top 10 기준으로 보안 취약점을 찾아 우선순위와 함께 보고하세요."</w:t>
      </w:r>
    </w:p>
    <w:p w14:paraId="53F0BFF8" w14:textId="77777777" w:rsidR="00226CAC" w:rsidRDefault="00000000">
      <w:pPr>
        <w:spacing w:before="40" w:after="40"/>
        <w:ind w:left="397"/>
      </w:pPr>
      <w:r>
        <w:rPr>
          <w:rFonts w:ascii="Nanum Gothic" w:eastAsia="Nanum Gothic" w:hAnsi="Nanum Gothic" w:cs="Nanum Gothic"/>
          <w:color w:val="1A1A1A"/>
          <w:sz w:val="20"/>
        </w:rPr>
        <w:t>• 온도: 0.1~0.2 (재현 가능한 분석)</w:t>
      </w:r>
    </w:p>
    <w:tbl>
      <w:tblPr>
        <w:tblStyle w:val="af9"/>
        <w:tblW w:w="0" w:type="auto"/>
        <w:tblLayout w:type="fixed"/>
        <w:tblLook w:val="04A0" w:firstRow="1" w:lastRow="0" w:firstColumn="1" w:lastColumn="0" w:noHBand="0" w:noVBand="1"/>
      </w:tblPr>
      <w:tblGrid>
        <w:gridCol w:w="400"/>
        <w:gridCol w:w="8672"/>
      </w:tblGrid>
      <w:tr w:rsidR="00226CAC" w14:paraId="45B0721E" w14:textId="77777777">
        <w:tc>
          <w:tcPr>
            <w:tcW w:w="400" w:type="dxa"/>
            <w:shd w:val="clear" w:color="auto" w:fill="6B46C1"/>
          </w:tcPr>
          <w:p w14:paraId="560163C9" w14:textId="77777777" w:rsidR="00226CAC" w:rsidRDefault="00226CAC">
            <w:pPr>
              <w:spacing w:before="80" w:after="80"/>
            </w:pPr>
          </w:p>
        </w:tc>
        <w:tc>
          <w:tcPr>
            <w:tcW w:w="8672" w:type="dxa"/>
            <w:shd w:val="clear" w:color="auto" w:fill="F3EEFB"/>
          </w:tcPr>
          <w:p w14:paraId="0E5DF5EE" w14:textId="7777777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내 직무에서 AI를 활용하고 싶은 업무를 하나 선택한다면? 그 업무에서 4기준 중 가장 중요한 것과 가장 덜 중요한 것은 무엇인가?</w:t>
            </w:r>
          </w:p>
        </w:tc>
      </w:tr>
    </w:tbl>
    <w:p w14:paraId="1D16CDC1" w14:textId="77777777" w:rsidR="00226CAC" w:rsidRDefault="00226CAC">
      <w:pPr>
        <w:rPr>
          <w:rFonts w:eastAsia="Nanum Gothic"/>
          <w:lang w:eastAsia="ko-KR"/>
        </w:rPr>
      </w:pPr>
    </w:p>
    <w:p w14:paraId="0EE02B53" w14:textId="77777777" w:rsidR="00226CAC" w:rsidRDefault="00000000">
      <w:pPr>
        <w:spacing w:before="200" w:after="40"/>
      </w:pPr>
      <w:r>
        <w:rPr>
          <w:rFonts w:ascii="Nanum Gothic" w:eastAsia="Nanum Gothic" w:hAnsi="Nanum Gothic" w:cs="Nanum Gothic"/>
          <w:b/>
          <w:color w:val="024AD8"/>
          <w:sz w:val="28"/>
        </w:rPr>
        <w:t>6.2.7 AIR Chat 사용 중 확인할 사항</w:t>
      </w:r>
    </w:p>
    <w:tbl>
      <w:tblPr>
        <w:tblStyle w:val="af9"/>
        <w:tblW w:w="0" w:type="auto"/>
        <w:tblLook w:val="04A0" w:firstRow="1" w:lastRow="0" w:firstColumn="1" w:lastColumn="0" w:noHBand="0" w:noVBand="1"/>
      </w:tblPr>
      <w:tblGrid>
        <w:gridCol w:w="3024"/>
        <w:gridCol w:w="3024"/>
        <w:gridCol w:w="3024"/>
      </w:tblGrid>
      <w:tr w:rsidR="00226CAC" w14:paraId="6E9F7539" w14:textId="77777777">
        <w:tc>
          <w:tcPr>
            <w:tcW w:w="3024" w:type="dxa"/>
            <w:shd w:val="clear" w:color="auto" w:fill="024AD8"/>
          </w:tcPr>
          <w:p w14:paraId="48EACA32" w14:textId="77777777" w:rsidR="00226CAC" w:rsidRDefault="00000000">
            <w:pPr>
              <w:spacing w:before="60" w:after="60"/>
            </w:pPr>
            <w:r>
              <w:rPr>
                <w:rFonts w:ascii="Nanum Gothic" w:eastAsia="Nanum Gothic" w:hAnsi="Nanum Gothic" w:cs="Nanum Gothic"/>
                <w:b/>
                <w:color w:val="FFFFFF"/>
                <w:sz w:val="20"/>
              </w:rPr>
              <w:t>증상</w:t>
            </w:r>
          </w:p>
        </w:tc>
        <w:tc>
          <w:tcPr>
            <w:tcW w:w="3024" w:type="dxa"/>
            <w:shd w:val="clear" w:color="auto" w:fill="024AD8"/>
          </w:tcPr>
          <w:p w14:paraId="725BBF18" w14:textId="77777777" w:rsidR="00226CAC" w:rsidRDefault="00000000">
            <w:pPr>
              <w:spacing w:before="60" w:after="60"/>
            </w:pPr>
            <w:r>
              <w:rPr>
                <w:rFonts w:ascii="Nanum Gothic" w:eastAsia="Nanum Gothic" w:hAnsi="Nanum Gothic" w:cs="Nanum Gothic"/>
                <w:b/>
                <w:color w:val="FFFFFF"/>
                <w:sz w:val="20"/>
              </w:rPr>
              <w:t>가능한 원인</w:t>
            </w:r>
          </w:p>
        </w:tc>
        <w:tc>
          <w:tcPr>
            <w:tcW w:w="3024" w:type="dxa"/>
            <w:shd w:val="clear" w:color="auto" w:fill="024AD8"/>
          </w:tcPr>
          <w:p w14:paraId="44BF013E" w14:textId="77777777" w:rsidR="00226CAC" w:rsidRDefault="00000000">
            <w:pPr>
              <w:spacing w:before="60" w:after="60"/>
            </w:pPr>
            <w:r>
              <w:rPr>
                <w:rFonts w:ascii="Nanum Gothic" w:eastAsia="Nanum Gothic" w:hAnsi="Nanum Gothic" w:cs="Nanum Gothic"/>
                <w:b/>
                <w:color w:val="FFFFFF"/>
                <w:sz w:val="20"/>
              </w:rPr>
              <w:t>해결 방법</w:t>
            </w:r>
          </w:p>
        </w:tc>
      </w:tr>
      <w:tr w:rsidR="00226CAC" w14:paraId="7DF3ECB7" w14:textId="77777777">
        <w:tc>
          <w:tcPr>
            <w:tcW w:w="3024" w:type="dxa"/>
          </w:tcPr>
          <w:p w14:paraId="7660F368" w14:textId="77777777" w:rsidR="00226CAC" w:rsidRDefault="00000000">
            <w:pPr>
              <w:spacing w:before="60" w:after="60"/>
            </w:pPr>
            <w:r>
              <w:rPr>
                <w:rFonts w:ascii="Nanum Gothic" w:eastAsia="Nanum Gothic" w:hAnsi="Nanum Gothic" w:cs="Nanum Gothic"/>
                <w:color w:val="1A1A1A"/>
                <w:sz w:val="20"/>
              </w:rPr>
              <w:t>AIR Chat 접속 안 됨</w:t>
            </w:r>
          </w:p>
        </w:tc>
        <w:tc>
          <w:tcPr>
            <w:tcW w:w="3024" w:type="dxa"/>
          </w:tcPr>
          <w:p w14:paraId="0066C59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세션 만료 또는 네트워크</w:t>
            </w:r>
          </w:p>
        </w:tc>
        <w:tc>
          <w:tcPr>
            <w:tcW w:w="3024" w:type="dxa"/>
          </w:tcPr>
          <w:p w14:paraId="01B7A9A6"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재로그인; 대체 환경 전환</w:t>
            </w:r>
          </w:p>
        </w:tc>
      </w:tr>
      <w:tr w:rsidR="00226CAC" w14:paraId="707AA855" w14:textId="77777777">
        <w:tc>
          <w:tcPr>
            <w:tcW w:w="3024" w:type="dxa"/>
          </w:tcPr>
          <w:p w14:paraId="11CD258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모델 드롭다운에 모델이 안 보임</w:t>
            </w:r>
          </w:p>
        </w:tc>
        <w:tc>
          <w:tcPr>
            <w:tcW w:w="3024" w:type="dxa"/>
          </w:tcPr>
          <w:p w14:paraId="062565AB"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테넌트 계약 범위 또는 로딩 지연</w:t>
            </w:r>
          </w:p>
        </w:tc>
        <w:tc>
          <w:tcPr>
            <w:tcW w:w="3024" w:type="dxa"/>
          </w:tcPr>
          <w:p w14:paraId="63B9F862" w14:textId="77777777" w:rsidR="00226CAC" w:rsidRDefault="00000000">
            <w:pPr>
              <w:spacing w:before="60" w:after="60"/>
            </w:pPr>
            <w:r>
              <w:rPr>
                <w:rFonts w:ascii="Nanum Gothic" w:eastAsia="Nanum Gothic" w:hAnsi="Nanum Gothic" w:cs="Nanum Gothic"/>
                <w:color w:val="1A1A1A"/>
                <w:sz w:val="20"/>
              </w:rPr>
              <w:t>새로고침; 강사 확인</w:t>
            </w:r>
          </w:p>
        </w:tc>
      </w:tr>
      <w:tr w:rsidR="00226CAC" w14:paraId="2BD3F8E7" w14:textId="77777777">
        <w:tc>
          <w:tcPr>
            <w:tcW w:w="3024" w:type="dxa"/>
          </w:tcPr>
          <w:p w14:paraId="2C98B1D3" w14:textId="77777777" w:rsidR="00226CAC" w:rsidRDefault="00000000">
            <w:pPr>
              <w:spacing w:before="60" w:after="60"/>
            </w:pPr>
            <w:r>
              <w:rPr>
                <w:rFonts w:ascii="Nanum Gothic" w:eastAsia="Nanum Gothic" w:hAnsi="Nanum Gothic" w:cs="Nanum Gothic"/>
                <w:color w:val="1A1A1A"/>
                <w:sz w:val="20"/>
              </w:rPr>
              <w:t>응답이 중간에 잘림</w:t>
            </w:r>
          </w:p>
        </w:tc>
        <w:tc>
          <w:tcPr>
            <w:tcW w:w="3024" w:type="dxa"/>
          </w:tcPr>
          <w:p w14:paraId="78EAC98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max tokens 설정이 너무 낮음</w:t>
            </w:r>
          </w:p>
        </w:tc>
        <w:tc>
          <w:tcPr>
            <w:tcW w:w="3024" w:type="dxa"/>
          </w:tcPr>
          <w:p w14:paraId="62427D76"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max tokens 값을 높여 재전송</w:t>
            </w:r>
          </w:p>
        </w:tc>
      </w:tr>
      <w:tr w:rsidR="00226CAC" w14:paraId="341019D6" w14:textId="77777777">
        <w:tc>
          <w:tcPr>
            <w:tcW w:w="3024" w:type="dxa"/>
          </w:tcPr>
          <w:p w14:paraId="7E00720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동일 프롬프트인데 응답이 완전히 같음</w:t>
            </w:r>
          </w:p>
        </w:tc>
        <w:tc>
          <w:tcPr>
            <w:tcW w:w="3024" w:type="dxa"/>
          </w:tcPr>
          <w:p w14:paraId="7222AA7D" w14:textId="77777777" w:rsidR="00226CAC" w:rsidRDefault="00000000">
            <w:pPr>
              <w:spacing w:before="60" w:after="60"/>
            </w:pPr>
            <w:r>
              <w:rPr>
                <w:rFonts w:ascii="Nanum Gothic" w:eastAsia="Nanum Gothic" w:hAnsi="Nanum Gothic" w:cs="Nanum Gothic"/>
                <w:color w:val="1A1A1A"/>
                <w:sz w:val="20"/>
              </w:rPr>
              <w:t>온도가 0에 가까움</w:t>
            </w:r>
          </w:p>
        </w:tc>
        <w:tc>
          <w:tcPr>
            <w:tcW w:w="3024" w:type="dxa"/>
          </w:tcPr>
          <w:p w14:paraId="36F36FAD" w14:textId="77777777" w:rsidR="00226CAC" w:rsidRDefault="00000000">
            <w:pPr>
              <w:spacing w:before="60" w:after="60"/>
            </w:pPr>
            <w:r>
              <w:rPr>
                <w:rFonts w:ascii="Nanum Gothic" w:eastAsia="Nanum Gothic" w:hAnsi="Nanum Gothic" w:cs="Nanum Gothic"/>
                <w:color w:val="1A1A1A"/>
                <w:sz w:val="20"/>
              </w:rPr>
              <w:t>온도를 0.5~0.7로 올려 실험</w:t>
            </w:r>
          </w:p>
        </w:tc>
      </w:tr>
      <w:tr w:rsidR="00226CAC" w14:paraId="3710C620" w14:textId="77777777">
        <w:tc>
          <w:tcPr>
            <w:tcW w:w="3024" w:type="dxa"/>
          </w:tcPr>
          <w:p w14:paraId="68BC0659" w14:textId="77777777" w:rsidR="00226CAC" w:rsidRDefault="00000000">
            <w:pPr>
              <w:spacing w:before="60" w:after="60"/>
            </w:pPr>
            <w:r>
              <w:rPr>
                <w:rFonts w:ascii="Nanum Gothic" w:eastAsia="Nanum Gothic" w:hAnsi="Nanum Gothic" w:cs="Nanum Gothic"/>
                <w:color w:val="1A1A1A"/>
                <w:sz w:val="20"/>
              </w:rPr>
              <w:t>System Prompt 입력란이 안 보임</w:t>
            </w:r>
          </w:p>
        </w:tc>
        <w:tc>
          <w:tcPr>
            <w:tcW w:w="3024" w:type="dxa"/>
          </w:tcPr>
          <w:p w14:paraId="104C7BD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화면 레이아웃 또는 버전 차이</w:t>
            </w:r>
          </w:p>
        </w:tc>
        <w:tc>
          <w:tcPr>
            <w:tcW w:w="3024" w:type="dxa"/>
          </w:tcPr>
          <w:p w14:paraId="6137DC71"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강사 화면 참조; 입력란 위치 확인</w:t>
            </w:r>
          </w:p>
        </w:tc>
      </w:tr>
      <w:tr w:rsidR="00226CAC" w14:paraId="30C137B5" w14:textId="77777777">
        <w:tc>
          <w:tcPr>
            <w:tcW w:w="3024" w:type="dxa"/>
          </w:tcPr>
          <w:p w14:paraId="198D82C2" w14:textId="77777777" w:rsidR="00226CAC" w:rsidRDefault="00000000">
            <w:pPr>
              <w:spacing w:before="60" w:after="60"/>
            </w:pPr>
            <w:r>
              <w:rPr>
                <w:rFonts w:ascii="Nanum Gothic" w:eastAsia="Nanum Gothic" w:hAnsi="Nanum Gothic" w:cs="Nanum Gothic"/>
                <w:color w:val="1A1A1A"/>
                <w:sz w:val="20"/>
              </w:rPr>
              <w:t>3모델 모두 비슷한 점수</w:t>
            </w:r>
          </w:p>
        </w:tc>
        <w:tc>
          <w:tcPr>
            <w:tcW w:w="3024" w:type="dxa"/>
          </w:tcPr>
          <w:p w14:paraId="64DE0AB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프롬프트가 너무 단순함</w:t>
            </w:r>
          </w:p>
        </w:tc>
        <w:tc>
          <w:tcPr>
            <w:tcW w:w="3024" w:type="dxa"/>
          </w:tcPr>
          <w:p w14:paraId="354EF2B1"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더 복잡한 프롬프트로 재실습</w:t>
            </w:r>
          </w:p>
        </w:tc>
      </w:tr>
    </w:tbl>
    <w:p w14:paraId="7F82F890" w14:textId="77777777" w:rsidR="00226CAC" w:rsidRDefault="00226CAC">
      <w:pPr>
        <w:rPr>
          <w:rFonts w:eastAsia="Nanum Gothic"/>
          <w:lang w:eastAsia="ko-KR"/>
        </w:rPr>
      </w:pPr>
    </w:p>
    <w:p w14:paraId="5E869609" w14:textId="77777777" w:rsidR="00226CAC" w:rsidRDefault="00000000">
      <w:pPr>
        <w:spacing w:before="60" w:after="0"/>
        <w:jc w:val="center"/>
      </w:pPr>
      <w:r>
        <w:rPr>
          <w:rFonts w:eastAsia="Nanum Gothic"/>
          <w:noProof/>
        </w:rPr>
        <w:lastRenderedPageBreak/>
        <w:drawing>
          <wp:inline distT="0" distB="0" distL="0" distR="0" wp14:anchorId="74218BDC" wp14:editId="45FF6E48">
            <wp:extent cx="4860000" cy="486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part3-02.png"/>
                    <pic:cNvPicPr/>
                  </pic:nvPicPr>
                  <pic:blipFill>
                    <a:blip r:embed="rId15"/>
                    <a:stretch>
                      <a:fillRect/>
                    </a:stretch>
                  </pic:blipFill>
                  <pic:spPr>
                    <a:xfrm>
                      <a:off x="0" y="0"/>
                      <a:ext cx="4860000" cy="4860000"/>
                    </a:xfrm>
                    <a:prstGeom prst="rect">
                      <a:avLst/>
                    </a:prstGeom>
                  </pic:spPr>
                </pic:pic>
              </a:graphicData>
            </a:graphic>
          </wp:inline>
        </w:drawing>
      </w:r>
    </w:p>
    <w:p w14:paraId="6C36BC7F" w14:textId="77777777" w:rsidR="00226CAC" w:rsidRDefault="00000000">
      <w:pPr>
        <w:spacing w:after="80"/>
        <w:jc w:val="center"/>
      </w:pPr>
      <w:r>
        <w:rPr>
          <w:rFonts w:ascii="Nanum Gothic" w:eastAsia="Nanum Gothic" w:hAnsi="Nanum Gothic" w:cs="Nanum Gothic"/>
          <w:i/>
          <w:color w:val="666666"/>
          <w:sz w:val="16"/>
        </w:rPr>
        <w:t>AIR Chat 주요 UI 요소: 모델드롭다운·System Prompt·온도·max tokens·히스토리 워크스루</w:t>
      </w:r>
    </w:p>
    <w:p w14:paraId="0AEA3D31" w14:textId="77777777" w:rsidR="00226CAC" w:rsidRDefault="00000000">
      <w:pPr>
        <w:spacing w:before="60" w:after="0"/>
        <w:jc w:val="center"/>
      </w:pPr>
      <w:r>
        <w:rPr>
          <w:rFonts w:eastAsia="Nanum Gothic"/>
          <w:noProof/>
        </w:rPr>
        <w:drawing>
          <wp:inline distT="0" distB="0" distL="0" distR="0" wp14:anchorId="7336A7A1" wp14:editId="12C9C5C6">
            <wp:extent cx="4860000" cy="173571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part3-04.png"/>
                    <pic:cNvPicPr/>
                  </pic:nvPicPr>
                  <pic:blipFill>
                    <a:blip r:embed="rId16"/>
                    <a:stretch>
                      <a:fillRect/>
                    </a:stretch>
                  </pic:blipFill>
                  <pic:spPr>
                    <a:xfrm>
                      <a:off x="0" y="0"/>
                      <a:ext cx="4860000" cy="1735714"/>
                    </a:xfrm>
                    <a:prstGeom prst="rect">
                      <a:avLst/>
                    </a:prstGeom>
                  </pic:spPr>
                </pic:pic>
              </a:graphicData>
            </a:graphic>
          </wp:inline>
        </w:drawing>
      </w:r>
    </w:p>
    <w:p w14:paraId="573A273D" w14:textId="77777777" w:rsidR="00226CAC" w:rsidRDefault="00000000">
      <w:pPr>
        <w:spacing w:after="80"/>
        <w:jc w:val="center"/>
        <w:rPr>
          <w:rFonts w:eastAsia="Nanum Gothic"/>
          <w:lang w:eastAsia="ko-KR"/>
        </w:rPr>
      </w:pPr>
      <w:r>
        <w:rPr>
          <w:rFonts w:ascii="Nanum Gothic" w:eastAsia="Nanum Gothic" w:hAnsi="Nanum Gothic" w:cs="Nanum Gothic"/>
          <w:i/>
          <w:color w:val="666666"/>
          <w:sz w:val="16"/>
          <w:lang w:eastAsia="ko-KR"/>
        </w:rPr>
        <w:t>AIR Chat 처리 순서: System Prompt→User Prompt→AI 모델 처리→응답 출력 흐름도</w:t>
      </w:r>
    </w:p>
    <w:p w14:paraId="6D002FF7"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6.3 핵심 3줄 정리</w:t>
      </w:r>
    </w:p>
    <w:p w14:paraId="3B3D0AA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1. </w:t>
      </w:r>
      <w:r>
        <w:rPr>
          <w:rFonts w:ascii="Nanum Gothic" w:eastAsia="Nanum Gothic" w:hAnsi="Nanum Gothic" w:cs="Nanum Gothic"/>
          <w:b/>
          <w:color w:val="1A1A1A"/>
          <w:sz w:val="20"/>
          <w:lang w:eastAsia="ko-KR"/>
        </w:rPr>
        <w:t>System Prompt는 모든 대화에 적용되는 숨겨진 지시다.</w:t>
      </w:r>
      <w:r>
        <w:rPr>
          <w:rFonts w:ascii="Nanum Gothic" w:eastAsia="Nanum Gothic" w:hAnsi="Nanum Gothic" w:cs="Nanum Gothic"/>
          <w:color w:val="1A1A1A"/>
          <w:sz w:val="20"/>
          <w:lang w:eastAsia="ko-KR"/>
        </w:rPr>
        <w:t xml:space="preserve"> 모델의 페르소나와 응답 방식을 결정한다.</w:t>
      </w:r>
    </w:p>
    <w:p w14:paraId="2FCE35C8"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2. </w:t>
      </w:r>
      <w:r>
        <w:rPr>
          <w:rFonts w:ascii="Nanum Gothic" w:eastAsia="Nanum Gothic" w:hAnsi="Nanum Gothic" w:cs="Nanum Gothic"/>
          <w:b/>
          <w:color w:val="1A1A1A"/>
          <w:sz w:val="20"/>
          <w:lang w:eastAsia="ko-KR"/>
        </w:rPr>
        <w:t>모델 선택에 절대적 정답은 없다.</w:t>
      </w:r>
      <w:r>
        <w:rPr>
          <w:rFonts w:ascii="Nanum Gothic" w:eastAsia="Nanum Gothic" w:hAnsi="Nanum Gothic" w:cs="Nanum Gothic"/>
          <w:color w:val="1A1A1A"/>
          <w:sz w:val="20"/>
          <w:lang w:eastAsia="ko-KR"/>
        </w:rPr>
        <w:t xml:space="preserve"> 정확성·속도·자연스러움·한국어 기준에 따라 최적 모델이 달라진다.</w:t>
      </w:r>
    </w:p>
    <w:p w14:paraId="14F20B5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3. </w:t>
      </w:r>
      <w:r>
        <w:rPr>
          <w:rFonts w:ascii="Nanum Gothic" w:eastAsia="Nanum Gothic" w:hAnsi="Nanum Gothic" w:cs="Nanum Gothic"/>
          <w:b/>
          <w:color w:val="1A1A1A"/>
          <w:sz w:val="20"/>
          <w:lang w:eastAsia="ko-KR"/>
        </w:rPr>
        <w:t>4기준(정확성·자연스러움·속도·한국어)은 주관적 인상을 측정 가능한 지표로 바꾸는 틀이다.</w:t>
      </w:r>
    </w:p>
    <w:p w14:paraId="1C0431DF" w14:textId="77777777" w:rsidR="00226CAC" w:rsidRDefault="00000000">
      <w:pPr>
        <w:pBdr>
          <w:bottom w:val="single" w:sz="4" w:space="1" w:color="024AD8"/>
        </w:pBdr>
        <w:spacing w:before="280" w:after="80"/>
      </w:pPr>
      <w:r>
        <w:rPr>
          <w:rFonts w:ascii="Nanum Gothic" w:eastAsia="Nanum Gothic" w:hAnsi="Nanum Gothic" w:cs="Nanum Gothic"/>
          <w:b/>
          <w:color w:val="024AD8"/>
          <w:sz w:val="36"/>
        </w:rPr>
        <w:t>6.4 개념 연결 지도</w:t>
      </w:r>
    </w:p>
    <w:tbl>
      <w:tblPr>
        <w:tblStyle w:val="af9"/>
        <w:tblW w:w="0" w:type="auto"/>
        <w:tblLook w:val="04A0" w:firstRow="1" w:lastRow="0" w:firstColumn="1" w:lastColumn="0" w:noHBand="0" w:noVBand="1"/>
      </w:tblPr>
      <w:tblGrid>
        <w:gridCol w:w="9072"/>
      </w:tblGrid>
      <w:tr w:rsidR="00226CAC" w14:paraId="141EC209" w14:textId="77777777">
        <w:tc>
          <w:tcPr>
            <w:tcW w:w="9072" w:type="dxa"/>
            <w:shd w:val="clear" w:color="auto" w:fill="F7F7F7"/>
          </w:tcPr>
          <w:p w14:paraId="67F9F141" w14:textId="77777777" w:rsidR="00226CAC" w:rsidRDefault="00000000">
            <w:pPr>
              <w:spacing w:before="20" w:after="20" w:line="220" w:lineRule="exact"/>
            </w:pPr>
            <w:r>
              <w:rPr>
                <w:rFonts w:ascii="D2Coding" w:hAnsi="D2Coding" w:eastAsia="D2Coding" w:cs="D2Coding"/>
                <w:color w:val="1A1A1A"/>
                <w:sz w:val="19"/>
              </w:rPr>
              <w:t>[AIR Studio 플랫폼 소개]</w:t>
              <w:br/>
              <w:t xml:space="preserve">  배정된 계정으로 AIR Chat 접속, AI Assistant / AIR Studio 2카테고리</w:t>
              <w:br/>
              <w:t xml:space="preserve">  │</w:t>
              <w:br/>
              <w:t xml:space="preserve">  ▼</w:t>
              <w:br/>
              <w:t>[AIR Studio 인터페이스 탐색] ← 지금 여기</w:t>
              <w:br/>
              <w:t xml:space="preserve">  │</w:t>
              <w:br/>
              <w:t xml:space="preserve">  ├── AIR Chat 인터페이스</w:t>
              <w:br/>
              <w:t xml:space="preserve">  │   ├── 모델 선택 드롭다운</w:t>
              <w:br/>
              <w:t xml:space="preserve">  │   ├── System Prompt ← 캡스톤 페르소나 설계의 기반</w:t>
              <w:br/>
              <w:t xml:space="preserve">  │   ├── 온도</w:t>
              <w:br/>
              <w:t xml:space="preserve">  │   └── max tokens</w:t>
              <w:br/>
              <w:t xml:space="preserve">  │</w:t>
              <w:br/>
              <w:t xml:space="preserve">  └── 모델 비교 4기준</w:t>
              <w:br/>
              <w:t xml:space="preserve">      → 4기준 판단 능력이 이후 모델 선택의 기반</w:t>
              <w:br/>
              <w:t xml:space="preserve">  │</w:t>
              <w:br/>
              <w:t xml:space="preserve">  ▼</w:t>
              <w:br/>
              <w:t>[범용 LLM API 호출 기초]</w:t>
              <w:br/>
              <w:t xml:space="preserve">  채팅 UI → 코드 기반 API 호출로 전환</w:t>
              <w:br/>
              <w:t xml:space="preserve">  (System Prompt = API의 system 메시지)</w:t>
              <w:br/>
              <w:t xml:space="preserve">  │</w:t>
              <w:br/>
              <w:t xml:space="preserve">  ▼</w:t>
              <w:br/>
              <w:t>[캡스톤 기획 기준선]</w:t>
              <w:br/>
              <w:t xml:space="preserve">  모델 비교 결과와 선택 근거 기록</w:t>
            </w:r>
          </w:p>
        </w:tc>
      </w:tr>
    </w:tbl>
    <w:p w14:paraId="7B06956E" w14:textId="77777777" w:rsidR="00226CAC" w:rsidRDefault="00226CAC"/>
    <w:p w14:paraId="469F85B6" w14:textId="77777777" w:rsidR="00226CAC" w:rsidRDefault="00000000">
      <w:pPr>
        <w:pBdr>
          <w:bottom w:val="single" w:sz="4" w:space="1" w:color="024AD8"/>
        </w:pBdr>
        <w:spacing w:before="280" w:after="80"/>
      </w:pPr>
      <w:r>
        <w:rPr>
          <w:rFonts w:ascii="Nanum Gothic" w:eastAsia="Nanum Gothic" w:hAnsi="Nanum Gothic" w:cs="Nanum Gothic"/>
          <w:b/>
          <w:color w:val="024AD8"/>
          <w:sz w:val="36"/>
        </w:rPr>
        <w:t>6.5 심화 학습</w:t>
      </w:r>
    </w:p>
    <w:p w14:paraId="70D96E68" w14:textId="77777777" w:rsidR="00226CAC" w:rsidRDefault="00000000">
      <w:pPr>
        <w:spacing w:before="60" w:after="60"/>
      </w:pPr>
      <w:r>
        <w:rPr>
          <w:rFonts w:ascii="Nanum Gothic" w:eastAsia="Nanum Gothic" w:hAnsi="Nanum Gothic" w:cs="Nanum Gothic"/>
          <w:color w:val="1A1A1A"/>
          <w:sz w:val="20"/>
        </w:rPr>
        <w:t>System Prompt 작성을 더 잘하고 싶다면:</w:t>
      </w:r>
    </w:p>
    <w:p w14:paraId="606D7D12"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OpenAI 프롬프트 엔지니어링 가이드</w:t>
      </w:r>
      <w:r>
        <w:rPr>
          <w:rFonts w:ascii="Nanum Gothic" w:eastAsia="Nanum Gothic" w:hAnsi="Nanum Gothic" w:cs="Nanum Gothic"/>
          <w:color w:val="1A1A1A"/>
          <w:sz w:val="20"/>
          <w:lang w:eastAsia="ko-KR"/>
        </w:rPr>
        <w:t xml:space="preserve"> (영문): https://platform.openai.com/docs/guides/prompt-engineering </w:t>
      </w:r>
      <w:r>
        <w:rPr>
          <w:rFonts w:ascii="Nanum Gothic" w:eastAsia="Nanum Gothic" w:hAnsi="Nanum Gothic" w:cs="Nanum Gothic"/>
          <w:i/>
          <w:color w:val="1A1A1A"/>
          <w:sz w:val="20"/>
          <w:lang w:eastAsia="ko-KR"/>
        </w:rPr>
        <w:t>(GPT 기준이지만, System Prompt 원리는 대부분의 LLM에 공통 적용)</w:t>
      </w:r>
    </w:p>
    <w:p w14:paraId="63640DF4" w14:textId="77777777" w:rsidR="00226CAC" w:rsidRDefault="00000000">
      <w:pPr>
        <w:spacing w:before="60" w:after="60"/>
      </w:pPr>
      <w:r>
        <w:rPr>
          <w:rFonts w:ascii="Nanum Gothic" w:eastAsia="Nanum Gothic" w:hAnsi="Nanum Gothic" w:cs="Nanum Gothic"/>
          <w:b/>
          <w:color w:val="1A1A1A"/>
          <w:sz w:val="20"/>
        </w:rPr>
        <w:t>Anthropic Claude 프롬프트 가이드</w:t>
      </w:r>
      <w:r>
        <w:rPr>
          <w:rFonts w:ascii="Nanum Gothic" w:eastAsia="Nanum Gothic" w:hAnsi="Nanum Gothic" w:cs="Nanum Gothic"/>
          <w:color w:val="1A1A1A"/>
          <w:sz w:val="20"/>
        </w:rPr>
        <w:t xml:space="preserve"> (영문): https://docs.anthropic.com/en/docs/build-with-claude/prompt-engineering/overview</w:t>
      </w:r>
    </w:p>
    <w:p w14:paraId="1078317F" w14:textId="77777777" w:rsidR="00226CAC" w:rsidRDefault="00000000">
      <w:pPr>
        <w:spacing w:before="60" w:after="60"/>
      </w:pPr>
      <w:r>
        <w:rPr>
          <w:rFonts w:ascii="Nanum Gothic" w:eastAsia="Nanum Gothic" w:hAnsi="Nanum Gothic" w:cs="Nanum Gothic"/>
          <w:b/>
          <w:color w:val="1A1A1A"/>
          <w:sz w:val="20"/>
        </w:rPr>
        <w:t>모델 비교를 더 체계적으로 하려면</w:t>
      </w:r>
      <w:r>
        <w:rPr>
          <w:rFonts w:ascii="Nanum Gothic" w:eastAsia="Nanum Gothic" w:hAnsi="Nanum Gothic" w:cs="Nanum Gothic"/>
          <w:color w:val="1A1A1A"/>
          <w:sz w:val="20"/>
        </w:rPr>
        <w:t>: Stanford HELM (Holistic Evaluation of Language Models) — 여러 기준으로 모델을 체계적으로 평가한 연구: https://crfm.stanford.edu/helm/latest/</w:t>
      </w:r>
    </w:p>
    <w:p w14:paraId="6E0F7F2B" w14:textId="77777777" w:rsidR="00226CAC" w:rsidRDefault="00226CAC">
      <w:pPr>
        <w:spacing w:before="60" w:after="60"/>
      </w:pP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7. LLM API 호출 기초</w:t>
            </w:r>
          </w:p>
          <w:p>
            <w:pPr>
              <w:spacing w:before="0" w:after="200" w:line="340" w:lineRule="exact"/>
            </w:pPr>
            <w:r>
              <w:rPr>
                <w:rFonts w:ascii="Nanum Gothic" w:hAnsi="Nanum Gothic" w:eastAsia="Nanum Gothic" w:cs="Nanum Gothic"/>
                <w:b w:val="0"/>
                <w:i/>
                <w:color w:val="C9E0FC"/>
                <w:sz w:val="26"/>
              </w:rPr>
              <w:t>채팅 화면 뒤의 요청과 응답을 코드와 실행 결과로 확인한다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요청 구성</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API 실행</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응답 검증</w:t>
            </w:r>
          </w:p>
        </w:tc>
      </w:tr>
    </w:tbl>
    <w:p/>
    <w:tbl>
      <w:tblPr>
        <w:tblStyle w:val="af9"/>
        <w:tblW w:w="0" w:type="auto"/>
        <w:tblLayout w:type="fixed"/>
        <w:tblLook w:val="04A0" w:firstRow="1" w:lastRow="0" w:firstColumn="1" w:lastColumn="0" w:noHBand="0" w:noVBand="1"/>
      </w:tblPr>
      <w:tblGrid>
        <w:gridCol w:w="400"/>
        <w:gridCol w:w="8672"/>
      </w:tblGrid>
      <w:tr w:rsidR="00226CAC" w14:paraId="750D151D" w14:textId="77777777">
        <w:tc>
          <w:tcPr>
            <w:tcW w:w="400" w:type="dxa"/>
            <w:shd w:val="clear" w:color="auto" w:fill="C05621"/>
          </w:tcPr>
          <w:p w14:paraId="638E9100" w14:textId="77777777" w:rsidR="00226CAC" w:rsidRDefault="00226CAC">
            <w:pPr>
              <w:spacing w:before="80" w:after="80"/>
            </w:pPr>
          </w:p>
        </w:tc>
        <w:tc>
          <w:tcPr>
            <w:tcW w:w="8672" w:type="dxa"/>
            <w:shd w:val="clear" w:color="auto" w:fill="FFF7E6"/>
          </w:tcPr>
          <w:p w14:paraId="6F5D9AEB" w14:textId="77777777" w:rsidR="00226CAC" w:rsidRDefault="00000000">
            <w:pPr>
              <w:spacing w:before="80" w:after="80"/>
              <w:rPr>
                <w:rFonts w:eastAsia="Nanum Gothic"/>
                <w:lang w:eastAsia="ko-KR"/>
              </w:rPr>
            </w:pPr>
            <w:r>
              <w:rPr>
                <w:rFonts w:ascii="Nanum Gothic" w:eastAsia="Nanum Gothic" w:hAnsi="Nanum Gothic" w:cs="Nanum Gothic"/>
                <w:b/>
                <w:color w:val="C05621"/>
                <w:sz w:val="20"/>
                <w:lang w:eastAsia="ko-KR"/>
              </w:rPr>
              <w:t>⚠️ 주의</w:t>
            </w:r>
            <w:r>
              <w:rPr>
                <w:rFonts w:ascii="Apple SD Gothic Neo" w:eastAsia="Nanum Gothic" w:hAnsi="Apple SD Gothic Neo" w:cs="Apple SD Gothic Neo"/>
                <w:b/>
                <w:color w:val="C05621"/>
                <w:sz w:val="20"/>
                <w:lang w:eastAsia="ko-KR"/>
              </w:rPr>
              <w:br/>
            </w:r>
            <w:r>
              <w:rPr>
                <w:rFonts w:ascii="Nanum Gothic" w:eastAsia="Nanum Gothic" w:hAnsi="Nanum Gothic" w:cs="Nanum Gothic"/>
                <w:color w:val="1A1A1A"/>
                <w:sz w:val="20"/>
                <w:lang w:eastAsia="ko-KR"/>
              </w:rPr>
              <w:t>AI 사용 경계 - ✅ 허용: 코드 에러 해결에 AI 도움받기 ("이 에러 메시지가 뭘 의미하나요?") - ❌ 금지: 7대 개념 활동지를 AI에 풀어달라고 하기, 셀프체크 답 AI로 채우기 - ❌ 금지: API 키를 AI 채팅창에 붙여넣기 (보안 위험)</w:t>
            </w:r>
          </w:p>
        </w:tc>
      </w:tr>
    </w:tbl>
    <w:p w14:paraId="11F00162" w14:textId="77777777" w:rsidR="00226CAC" w:rsidRDefault="00226CAC">
      <w:pPr>
        <w:rPr>
          <w:rFonts w:eastAsia="Nanum Gothic"/>
          <w:lang w:eastAsia="ko-KR"/>
        </w:rPr>
      </w:pPr>
    </w:p>
    <w:tbl>
      <w:tblPr>
        <w:tblStyle w:val="af9"/>
        <w:tblW w:w="0" w:type="auto"/>
        <w:tblLayout w:type="fixed"/>
        <w:tblLook w:val="04A0" w:firstRow="1" w:lastRow="0" w:firstColumn="1" w:lastColumn="0" w:noHBand="0" w:noVBand="1"/>
      </w:tblPr>
      <w:tblGrid>
        <w:gridCol w:w="400"/>
        <w:gridCol w:w="8672"/>
      </w:tblGrid>
      <w:tr w:rsidR="00226CAC" w14:paraId="1C6E22DE" w14:textId="77777777">
        <w:tc>
          <w:tcPr>
            <w:tcW w:w="400" w:type="dxa"/>
            <w:shd w:val="clear" w:color="auto" w:fill="4A5568"/>
          </w:tcPr>
          <w:p w14:paraId="3F71CC37" w14:textId="77777777" w:rsidR="00226CAC" w:rsidRDefault="00226CAC">
            <w:pPr>
              <w:spacing w:before="80" w:after="80"/>
              <w:rPr>
                <w:rFonts w:eastAsia="Nanum Gothic"/>
                <w:lang w:eastAsia="ko-KR"/>
              </w:rPr>
            </w:pPr>
          </w:p>
        </w:tc>
        <w:tc>
          <w:tcPr>
            <w:tcW w:w="8672" w:type="dxa"/>
            <w:shd w:val="clear" w:color="auto" w:fill="F7F7F7"/>
          </w:tcPr>
          <w:p w14:paraId="0BB43BFD" w14:textId="77777777" w:rsidR="00226CAC" w:rsidRDefault="00000000">
            <w:pPr>
              <w:spacing w:before="80" w:after="80"/>
              <w:rPr>
                <w:rFonts w:eastAsia="Nanum Gothic"/>
                <w:lang w:eastAsia="ko-KR"/>
              </w:rPr>
            </w:pPr>
            <w:r>
              <w:rPr>
                <w:rFonts w:ascii="Nanum Gothic" w:eastAsia="Nanum Gothic" w:hAnsi="Nanum Gothic" w:cs="Nanum Gothic"/>
                <w:b/>
                <w:color w:val="4A5568"/>
                <w:sz w:val="20"/>
                <w:lang w:eastAsia="ko-KR"/>
              </w:rPr>
              <w:t>📌 Note</w:t>
            </w:r>
            <w:r>
              <w:rPr>
                <w:rFonts w:ascii="Apple SD Gothic Neo" w:eastAsia="Nanum Gothic" w:hAnsi="Apple SD Gothic Neo" w:cs="Apple SD Gothic Neo"/>
                <w:b/>
                <w:color w:val="4A5568"/>
                <w:sz w:val="20"/>
                <w:lang w:eastAsia="ko-KR"/>
              </w:rPr>
              <w:br/>
            </w:r>
            <w:r>
              <w:rPr>
                <w:rFonts w:ascii="Nanum Gothic" w:eastAsia="Nanum Gothic" w:hAnsi="Nanum Gothic" w:cs="Nanum Gothic"/>
                <w:color w:val="1A1A1A"/>
                <w:sz w:val="20"/>
                <w:lang w:eastAsia="ko-KR"/>
              </w:rPr>
              <w:t xml:space="preserve">Gemini API는 7대 개념을 체험하는 </w:t>
            </w:r>
            <w:r>
              <w:rPr>
                <w:rFonts w:ascii="Nanum Gothic" w:eastAsia="Nanum Gothic" w:hAnsi="Nanum Gothic" w:cs="Nanum Gothic"/>
                <w:b/>
                <w:color w:val="1A1A1A"/>
                <w:sz w:val="20"/>
                <w:lang w:eastAsia="ko-KR"/>
              </w:rPr>
              <w:t>1차 사례</w:t>
            </w:r>
            <w:r>
              <w:rPr>
                <w:rFonts w:ascii="Nanum Gothic" w:eastAsia="Nanum Gothic" w:hAnsi="Nanum Gothic" w:cs="Nanum Gothic"/>
                <w:color w:val="1A1A1A"/>
                <w:sz w:val="20"/>
                <w:lang w:eastAsia="ko-KR"/>
              </w:rPr>
              <w:t>입니다. 동일 원리가 OpenAI API·AWS Bedrock API에도 그대로 적용됩니다.</w:t>
            </w:r>
          </w:p>
        </w:tc>
      </w:tr>
    </w:tbl>
    <w:p w14:paraId="483C5CD7" w14:textId="77777777" w:rsidR="00226CAC" w:rsidRDefault="00226CAC">
      <w:pPr>
        <w:rPr>
          <w:rFonts w:eastAsia="Nanum Gothic"/>
          <w:lang w:eastAsia="ko-KR"/>
        </w:rPr>
      </w:pPr>
    </w:p>
    <w:p w14:paraId="4EC274CD" w14:textId="77777777" w:rsidR="00226CAC" w:rsidRDefault="00000000">
      <w:pPr>
        <w:pBdr>
          <w:bottom w:val="single" w:sz="4" w:space="1" w:color="024AD8"/>
        </w:pBdr>
        <w:spacing w:before="280" w:after="80"/>
      </w:pPr>
      <w:r>
        <w:rPr>
          <w:rFonts w:ascii="Nanum Gothic" w:eastAsia="Nanum Gothic" w:hAnsi="Nanum Gothic" w:cs="Nanum Gothic"/>
          <w:b/>
          <w:color w:val="024AD8"/>
          <w:sz w:val="36"/>
        </w:rPr>
        <w:t>7.1 학습 목표</w:t>
      </w:r>
    </w:p>
    <w:p w14:paraId="1507CE5E" w14:textId="77777777" w:rsidR="00226CAC" w:rsidRDefault="00000000">
      <w:pPr>
        <w:spacing w:before="60" w:after="0"/>
        <w:jc w:val="center"/>
      </w:pPr>
      <w:r>
        <w:rPr>
          <w:rFonts w:eastAsia="Nanum Gothic"/>
          <w:noProof/>
        </w:rPr>
        <w:drawing>
          <wp:inline distT="0" distB="0" distL="0" distR="0" wp14:anchorId="61B50130" wp14:editId="77FB7A7B">
            <wp:extent cx="4860000" cy="18225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part4-01.png"/>
                    <pic:cNvPicPr/>
                  </pic:nvPicPr>
                  <pic:blipFill>
                    <a:blip r:embed="rId17"/>
                    <a:stretch>
                      <a:fillRect/>
                    </a:stretch>
                  </pic:blipFill>
                  <pic:spPr>
                    <a:xfrm>
                      <a:off x="0" y="0"/>
                      <a:ext cx="4860000" cy="1822500"/>
                    </a:xfrm>
                    <a:prstGeom prst="rect">
                      <a:avLst/>
                    </a:prstGeom>
                  </pic:spPr>
                </pic:pic>
              </a:graphicData>
            </a:graphic>
          </wp:inline>
        </w:drawing>
      </w:r>
    </w:p>
    <w:p w14:paraId="6784A338" w14:textId="77777777" w:rsidR="00226CAC" w:rsidRDefault="00000000">
      <w:pPr>
        <w:spacing w:after="80"/>
        <w:jc w:val="center"/>
        <w:rPr>
          <w:rFonts w:eastAsia="Nanum Gothic"/>
          <w:lang w:eastAsia="ko-KR"/>
        </w:rPr>
      </w:pPr>
      <w:r>
        <w:rPr>
          <w:rFonts w:ascii="Nanum Gothic" w:eastAsia="Nanum Gothic" w:hAnsi="Nanum Gothic" w:cs="Nanum Gothic"/>
          <w:i/>
          <w:color w:val="666666"/>
          <w:sz w:val="16"/>
          <w:lang w:eastAsia="ko-KR"/>
        </w:rPr>
        <w:t>LLM API 7대 개념: 엔드포인트·인증·요청스키마·응답스키마·스트리밍·토큰과금·온도 흐름도</w:t>
      </w:r>
    </w:p>
    <w:tbl>
      <w:tblPr>
        <w:tblStyle w:val="af9"/>
        <w:tblW w:w="0" w:type="auto"/>
        <w:tblLook w:val="04A0" w:firstRow="1" w:lastRow="0" w:firstColumn="1" w:lastColumn="0" w:noHBand="0" w:noVBand="1"/>
      </w:tblPr>
      <w:tblGrid>
        <w:gridCol w:w="4536"/>
        <w:gridCol w:w="4536"/>
      </w:tblGrid>
      <w:tr w:rsidR="00226CAC" w14:paraId="27A86376" w14:textId="77777777">
        <w:tc>
          <w:tcPr>
            <w:tcW w:w="4536" w:type="dxa"/>
            <w:shd w:val="clear" w:color="auto" w:fill="024AD8"/>
          </w:tcPr>
          <w:p w14:paraId="66768896" w14:textId="77777777" w:rsidR="00226CAC" w:rsidRDefault="00000000">
            <w:pPr>
              <w:spacing w:before="60" w:after="60"/>
            </w:pPr>
            <w:r>
              <w:rPr>
                <w:rFonts w:ascii="Nanum Gothic" w:eastAsia="Nanum Gothic" w:hAnsi="Nanum Gothic" w:cs="Nanum Gothic"/>
                <w:b/>
                <w:color w:val="FFFFFF"/>
                <w:sz w:val="20"/>
              </w:rPr>
              <w:t>계층</w:t>
            </w:r>
          </w:p>
        </w:tc>
        <w:tc>
          <w:tcPr>
            <w:tcW w:w="4536" w:type="dxa"/>
            <w:shd w:val="clear" w:color="auto" w:fill="024AD8"/>
          </w:tcPr>
          <w:p w14:paraId="6C62DC40" w14:textId="77777777" w:rsidR="00226CAC" w:rsidRDefault="00000000">
            <w:pPr>
              <w:spacing w:before="60" w:after="60"/>
            </w:pPr>
            <w:r>
              <w:rPr>
                <w:rFonts w:ascii="Nanum Gothic" w:eastAsia="Nanum Gothic" w:hAnsi="Nanum Gothic" w:cs="Nanum Gothic"/>
                <w:b/>
                <w:color w:val="FFFFFF"/>
                <w:sz w:val="20"/>
              </w:rPr>
              <w:t>목표</w:t>
            </w:r>
          </w:p>
        </w:tc>
      </w:tr>
      <w:tr w:rsidR="00226CAC" w14:paraId="0B7CA64A" w14:textId="77777777">
        <w:tc>
          <w:tcPr>
            <w:tcW w:w="4536" w:type="dxa"/>
          </w:tcPr>
          <w:p w14:paraId="01FC620A" w14:textId="77777777" w:rsidR="00226CAC" w:rsidRDefault="00000000">
            <w:pPr>
              <w:spacing w:before="60" w:after="60"/>
            </w:pPr>
            <w:r>
              <w:rPr>
                <w:rFonts w:ascii="Nanum Gothic" w:eastAsia="Nanum Gothic" w:hAnsi="Nanum Gothic" w:cs="Nanum Gothic"/>
                <w:b/>
                <w:color w:val="1A1A1A"/>
                <w:sz w:val="20"/>
              </w:rPr>
              <w:t>전이</w:t>
            </w:r>
          </w:p>
        </w:tc>
        <w:tc>
          <w:tcPr>
            <w:tcW w:w="4536" w:type="dxa"/>
          </w:tcPr>
          <w:p w14:paraId="4A49C7A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어떤 LLM API든 7대 개념 기준으로 분석하고 호출 코드를 작성할 수 있다</w:t>
            </w:r>
          </w:p>
        </w:tc>
      </w:tr>
      <w:tr w:rsidR="00226CAC" w14:paraId="242E990E" w14:textId="77777777">
        <w:tc>
          <w:tcPr>
            <w:tcW w:w="4536" w:type="dxa"/>
          </w:tcPr>
          <w:p w14:paraId="480428D8" w14:textId="77777777" w:rsidR="00226CAC" w:rsidRDefault="00000000">
            <w:pPr>
              <w:spacing w:before="60" w:after="60"/>
            </w:pPr>
            <w:r>
              <w:rPr>
                <w:rFonts w:ascii="Nanum Gothic" w:eastAsia="Nanum Gothic" w:hAnsi="Nanum Gothic" w:cs="Nanum Gothic"/>
                <w:b/>
                <w:color w:val="1A1A1A"/>
                <w:sz w:val="20"/>
              </w:rPr>
              <w:t>이해</w:t>
            </w:r>
          </w:p>
        </w:tc>
        <w:tc>
          <w:tcPr>
            <w:tcW w:w="4536" w:type="dxa"/>
          </w:tcPr>
          <w:p w14:paraId="629FB6A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채팅 화면과 API의 사용 목적과 조작 방식이 어떻게 다른지 설명할 수 있다</w:t>
            </w:r>
          </w:p>
        </w:tc>
      </w:tr>
      <w:tr w:rsidR="00226CAC" w14:paraId="2D739198" w14:textId="77777777">
        <w:tc>
          <w:tcPr>
            <w:tcW w:w="4536" w:type="dxa"/>
          </w:tcPr>
          <w:p w14:paraId="2AB28202" w14:textId="77777777" w:rsidR="00226CAC" w:rsidRDefault="00000000">
            <w:pPr>
              <w:spacing w:before="60" w:after="60"/>
            </w:pPr>
            <w:r>
              <w:rPr>
                <w:rFonts w:ascii="Nanum Gothic" w:eastAsia="Nanum Gothic" w:hAnsi="Nanum Gothic" w:cs="Nanum Gothic"/>
                <w:b/>
                <w:color w:val="1A1A1A"/>
                <w:sz w:val="20"/>
              </w:rPr>
              <w:t>지식·기능</w:t>
            </w:r>
          </w:p>
        </w:tc>
        <w:tc>
          <w:tcPr>
            <w:tcW w:w="4536" w:type="dxa"/>
          </w:tcPr>
          <w:p w14:paraId="1D324AF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7대 개념 정의 기입 / Colab에서 API 호출 후 HTTP 200 확인 / temperature 0과 1.0 비교</w:t>
            </w:r>
          </w:p>
        </w:tc>
      </w:tr>
    </w:tbl>
    <w:p w14:paraId="45A54B36" w14:textId="77777777" w:rsidR="00226CAC" w:rsidRDefault="00226CAC">
      <w:pPr>
        <w:rPr>
          <w:rFonts w:eastAsia="Nanum Gothic"/>
          <w:lang w:eastAsia="ko-KR"/>
        </w:rPr>
      </w:pPr>
    </w:p>
    <w:p w14:paraId="71432C08" w14:textId="77777777" w:rsidR="00226CAC" w:rsidRDefault="00000000">
      <w:pPr>
        <w:pBdr>
          <w:bottom w:val="single" w:sz="4" w:space="1" w:color="024AD8"/>
        </w:pBdr>
        <w:spacing w:before="280" w:after="80"/>
        <w:rPr>
          <w:rFonts w:eastAsia="Nanum Gothic"/>
          <w:lang w:eastAsia="ko-KR"/>
        </w:rPr>
        <w:keepNext/>
      </w:pPr>
      <w:r>
        <w:rPr>
          <w:rFonts w:ascii="Nanum Gothic" w:eastAsia="Nanum Gothic" w:hAnsi="Nanum Gothic" w:cs="Nanum Gothic"/>
          <w:b/>
          <w:color w:val="024AD8"/>
          <w:sz w:val="36"/>
          <w:lang w:eastAsia="ko-KR"/>
        </w:rPr>
        <w:t>7.2 API가 필요한 이유 생각해보기</w:t>
      </w:r>
    </w:p>
    <w:tbl>
      <w:tblPr>
        <w:tblStyle w:val="af9"/>
        <w:tblW w:w="0" w:type="auto"/>
        <w:tblLayout w:type="fixed"/>
        <w:tblLook w:val="04A0" w:firstRow="1" w:lastRow="0" w:firstColumn="1" w:lastColumn="0" w:noHBand="0" w:noVBand="1"/>
      </w:tblPr>
      <w:tblGrid>
        <w:gridCol w:w="400"/>
        <w:gridCol w:w="8672"/>
      </w:tblGrid>
      <w:tr w:rsidR="00226CAC" w14:paraId="3433F9CB" w14:textId="77777777">
        <w:tc>
          <w:tcPr>
            <w:tcW w:w="400" w:type="dxa"/>
            <w:shd w:val="clear" w:color="auto" w:fill="6B46C1"/>
          </w:tcPr>
          <w:p w14:paraId="38FD31CF" w14:textId="77777777" w:rsidR="00226CAC" w:rsidRDefault="00226CAC">
            <w:pPr>
              <w:spacing w:before="80" w:after="80"/>
              <w:rPr>
                <w:rFonts w:eastAsia="Nanum Gothic"/>
                <w:lang w:eastAsia="ko-KR"/>
              </w:rPr>
            </w:pPr>
          </w:p>
        </w:tc>
        <w:tc>
          <w:tcPr>
            <w:tcW w:w="8672" w:type="dxa"/>
            <w:shd w:val="clear" w:color="auto" w:fill="F3EEFB"/>
          </w:tcPr>
          <w:p w14:paraId="646C9243" w14:textId="7777777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
"채팅 화면이 있는데도 API를 사용하는 이유는 무엇일까요?"</w:t>
            </w:r>
          </w:p>
        </w:tc>
      </w:tr>
    </w:tbl>
    <w:p w14:paraId="4902B856" w14:textId="77777777" w:rsidR="00226CAC" w:rsidRDefault="00226CAC">
      <w:pPr>
        <w:rPr>
          <w:rFonts w:eastAsia="Nanum Gothic"/>
          <w:lang w:eastAsia="ko-KR"/>
        </w:rPr>
      </w:pPr>
    </w:p>
    <w:p w14:paraId="0866A20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채팅 화면은 사람이 직접 질문하고 답을 확인할 때 편리합니다. API를 사용하면 프로그램이 정해진 요청을 반복해서 보내거나 다른 업무 시스템과 연결할 수 있습니다.</w:t>
      </w:r>
    </w:p>
    <w:p w14:paraId="646361E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 교재에서 AIR Studio는 채팅 화면을 익히는 데 사용합니다. API 호출 실습은 Google Gemini API로 진행합니다.</w:t>
      </w:r>
    </w:p>
    <w:p w14:paraId="53B0AA72"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API 호출 흐름은 다음과 같습니다.</w:t>
      </w:r>
    </w:p>
    <w:p w14:paraId="3B87C017"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1. 프로그램이 사용자 입력을 JSON 형태로 구성합니다.</w:t>
      </w:r>
    </w:p>
    <w:p w14:paraId="61E102AD"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2. 요청을 서버의 엔드포인트로 보냅니다.</w:t>
      </w:r>
    </w:p>
    <w:p w14:paraId="10309C43"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3. Gemini API 키로 요청 사용자를 확인합니다.</w:t>
      </w:r>
    </w:p>
    <w:p w14:paraId="33E7820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4. 서버가 LLM을 실행해 응답을 생성합니다.</w:t>
      </w:r>
    </w:p>
    <w:p w14:paraId="5373BED3"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5. 응답이 JSON 형태로 돌아옵니다.</w:t>
      </w:r>
    </w:p>
    <w:p w14:paraId="1A6C89A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6. 입력 토큰과 출력 토큰 사용량을 확인합니다.</w:t>
      </w:r>
    </w:p>
    <w:p w14:paraId="50E9C62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 흐름에서 엔드포인트, 인증, 요청과 응답 구조, 스트리밍, 토큰 과금, 온도를 확인합니다. 채팅 화면과 API는 모델을 사용한다는 점은 같지만, 조작 방식과 사용 목적이 다릅니다.</w:t>
      </w:r>
    </w:p>
    <w:p w14:paraId="33648583"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7.3 범용 LLM API 7대 핵심 개념</w:t>
      </w:r>
    </w:p>
    <w:tbl>
      <w:tblPr>
        <w:tblStyle w:val="af9"/>
        <w:tblW w:w="0" w:type="auto"/>
        <w:tblLayout w:type="fixed"/>
        <w:tblLook w:val="04A0" w:firstRow="1" w:lastRow="0" w:firstColumn="1" w:lastColumn="0" w:noHBand="0" w:noVBand="1"/>
      </w:tblPr>
      <w:tblGrid>
        <w:gridCol w:w="400"/>
        <w:gridCol w:w="8672"/>
      </w:tblGrid>
      <w:tr w:rsidR="00226CAC" w14:paraId="1BDA88B7" w14:textId="77777777">
        <w:tc>
          <w:tcPr>
            <w:tcW w:w="400" w:type="dxa"/>
            <w:shd w:val="clear" w:color="auto" w:fill="4A5568"/>
          </w:tcPr>
          <w:p w14:paraId="3262D246" w14:textId="77777777" w:rsidR="00226CAC" w:rsidRDefault="00226CAC">
            <w:pPr>
              <w:spacing w:before="80" w:after="80"/>
              <w:rPr>
                <w:rFonts w:eastAsia="Nanum Gothic"/>
                <w:lang w:eastAsia="ko-KR"/>
              </w:rPr>
            </w:pPr>
          </w:p>
        </w:tc>
        <w:tc>
          <w:tcPr>
            <w:tcW w:w="8672" w:type="dxa"/>
            <w:shd w:val="clear" w:color="auto" w:fill="F7F7F7"/>
          </w:tcPr>
          <w:p w14:paraId="14299F8C" w14:textId="77777777" w:rsidR="00226CAC" w:rsidRDefault="00000000">
            <w:pPr>
              <w:spacing w:before="80" w:after="80"/>
            </w:pPr>
            <w:r>
              <w:rPr>
                <w:rFonts w:ascii="Nanum Gothic" w:eastAsia="Nanum Gothic" w:hAnsi="Nanum Gothic" w:cs="Nanum Gothic"/>
                <w:b/>
                <w:color w:val="4A5568"/>
                <w:sz w:val="20"/>
              </w:rPr>
              <w:t>📌 Note</w:t>
              <w:br/>
              <w:t>범용성 원칙 — 아래 7개 개념은 Gemini·OpenAI·AWS Bedrock 등 어떤 LLM API에도 공통으로 적용된다. 특정 API의 고유 기능이 아님을 명시.</w:t>
            </w:r>
          </w:p>
        </w:tc>
      </w:tr>
    </w:tbl>
    <w:p w14:paraId="29BB9991" w14:textId="77777777" w:rsidR="00226CAC" w:rsidRDefault="00226CAC"/>
    <w:tbl>
      <w:tblPr>
        <w:tblStyle w:val="af9"/>
        <w:tblW w:w="0" w:type="auto"/>
        <w:tblLook w:val="04A0" w:firstRow="1" w:lastRow="0" w:firstColumn="1" w:lastColumn="0" w:noHBand="0" w:noVBand="1"/>
      </w:tblPr>
      <w:tblGrid>
        <w:gridCol w:w="2268"/>
        <w:gridCol w:w="2268"/>
        <w:gridCol w:w="2268"/>
        <w:gridCol w:w="2268"/>
      </w:tblGrid>
      <w:tr w:rsidR="00226CAC" w14:paraId="4B36354C" w14:textId="77777777">
        <w:tc>
          <w:tcPr>
            <w:tcW w:w="2268" w:type="dxa"/>
            <w:shd w:val="clear" w:color="auto" w:fill="024AD8"/>
          </w:tcPr>
          <w:p w14:paraId="1CFF1549" w14:textId="77777777" w:rsidR="00226CAC" w:rsidRDefault="00000000">
            <w:pPr>
              <w:spacing w:before="60" w:after="60"/>
            </w:pPr>
            <w:r>
              <w:rPr>
                <w:rFonts w:ascii="Nanum Gothic" w:eastAsia="Nanum Gothic" w:hAnsi="Nanum Gothic" w:cs="Nanum Gothic"/>
                <w:b/>
                <w:color w:val="FFFFFF"/>
                <w:sz w:val="20"/>
              </w:rPr>
              <w:t>#</w:t>
            </w:r>
          </w:p>
        </w:tc>
        <w:tc>
          <w:tcPr>
            <w:tcW w:w="2268" w:type="dxa"/>
            <w:shd w:val="clear" w:color="auto" w:fill="024AD8"/>
          </w:tcPr>
          <w:p w14:paraId="00E0618C" w14:textId="77777777" w:rsidR="00226CAC" w:rsidRDefault="00000000">
            <w:pPr>
              <w:spacing w:before="60" w:after="60"/>
            </w:pPr>
            <w:r>
              <w:rPr>
                <w:rFonts w:ascii="Nanum Gothic" w:eastAsia="Nanum Gothic" w:hAnsi="Nanum Gothic" w:cs="Nanum Gothic"/>
                <w:b/>
                <w:color w:val="FFFFFF"/>
                <w:sz w:val="20"/>
              </w:rPr>
              <w:t>개념</w:t>
            </w:r>
          </w:p>
        </w:tc>
        <w:tc>
          <w:tcPr>
            <w:tcW w:w="2268" w:type="dxa"/>
            <w:shd w:val="clear" w:color="auto" w:fill="024AD8"/>
          </w:tcPr>
          <w:p w14:paraId="3B0AEB09" w14:textId="77777777" w:rsidR="00226CAC" w:rsidRDefault="00000000">
            <w:pPr>
              <w:spacing w:before="60" w:after="60"/>
            </w:pPr>
            <w:r>
              <w:rPr>
                <w:rFonts w:ascii="Nanum Gothic" w:eastAsia="Nanum Gothic" w:hAnsi="Nanum Gothic" w:cs="Nanum Gothic"/>
                <w:b/>
                <w:color w:val="FFFFFF"/>
                <w:sz w:val="20"/>
              </w:rPr>
              <w:t>정의</w:t>
            </w:r>
          </w:p>
        </w:tc>
        <w:tc>
          <w:tcPr>
            <w:tcW w:w="2268" w:type="dxa"/>
            <w:shd w:val="clear" w:color="auto" w:fill="024AD8"/>
          </w:tcPr>
          <w:p w14:paraId="2CE7946F" w14:textId="77777777" w:rsidR="00226CAC" w:rsidRDefault="00000000">
            <w:pPr>
              <w:spacing w:before="60" w:after="60"/>
            </w:pPr>
            <w:r>
              <w:rPr>
                <w:rFonts w:ascii="Nanum Gothic" w:eastAsia="Nanum Gothic" w:hAnsi="Nanum Gothic" w:cs="Nanum Gothic"/>
                <w:b/>
                <w:color w:val="FFFFFF"/>
                <w:sz w:val="20"/>
              </w:rPr>
              <w:t>식당 비유</w:t>
            </w:r>
          </w:p>
        </w:tc>
      </w:tr>
      <w:tr w:rsidR="00226CAC" w14:paraId="1A544E75" w14:textId="77777777">
        <w:tc>
          <w:tcPr>
            <w:tcW w:w="2268" w:type="dxa"/>
          </w:tcPr>
          <w:p w14:paraId="79A78FAE" w14:textId="77777777" w:rsidR="00226CAC" w:rsidRDefault="00000000">
            <w:pPr>
              <w:spacing w:before="60" w:after="60"/>
            </w:pPr>
            <w:r>
              <w:rPr>
                <w:rFonts w:ascii="Nanum Gothic" w:eastAsia="Nanum Gothic" w:hAnsi="Nanum Gothic" w:cs="Nanum Gothic"/>
                <w:color w:val="1A1A1A"/>
                <w:sz w:val="20"/>
              </w:rPr>
              <w:t>①</w:t>
            </w:r>
          </w:p>
        </w:tc>
        <w:tc>
          <w:tcPr>
            <w:tcW w:w="2268" w:type="dxa"/>
          </w:tcPr>
          <w:p w14:paraId="2C3FF5B5"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엔드포인트 (Endpoint)</w:t>
            </w:r>
          </w:p>
        </w:tc>
        <w:tc>
          <w:tcPr>
            <w:tcW w:w="2268" w:type="dxa"/>
          </w:tcPr>
          <w:p w14:paraId="2CC1DF0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API 요청을 수신하는 서버 URL</w:t>
            </w:r>
          </w:p>
        </w:tc>
        <w:tc>
          <w:tcPr>
            <w:tcW w:w="2268" w:type="dxa"/>
          </w:tcPr>
          <w:p w14:paraId="24959A7C" w14:textId="77777777" w:rsidR="00226CAC" w:rsidRDefault="00000000">
            <w:pPr>
              <w:spacing w:before="60" w:after="60"/>
            </w:pPr>
            <w:r>
              <w:rPr>
                <w:rFonts w:ascii="Nanum Gothic" w:eastAsia="Nanum Gothic" w:hAnsi="Nanum Gothic" w:cs="Nanum Gothic"/>
                <w:color w:val="1A1A1A"/>
                <w:sz w:val="20"/>
              </w:rPr>
              <w:t>레스토랑 주소</w:t>
            </w:r>
          </w:p>
        </w:tc>
      </w:tr>
      <w:tr w:rsidR="00226CAC" w14:paraId="1FA6102D" w14:textId="77777777">
        <w:tc>
          <w:tcPr>
            <w:tcW w:w="2268" w:type="dxa"/>
          </w:tcPr>
          <w:p w14:paraId="2F5295F4" w14:textId="77777777" w:rsidR="00226CAC" w:rsidRDefault="00000000">
            <w:pPr>
              <w:spacing w:before="60" w:after="60"/>
            </w:pPr>
            <w:r>
              <w:rPr>
                <w:rFonts w:ascii="Nanum Gothic" w:eastAsia="Nanum Gothic" w:hAnsi="Nanum Gothic" w:cs="Nanum Gothic"/>
                <w:color w:val="1A1A1A"/>
                <w:sz w:val="20"/>
              </w:rPr>
              <w:t>②</w:t>
            </w:r>
          </w:p>
        </w:tc>
        <w:tc>
          <w:tcPr>
            <w:tcW w:w="2268" w:type="dxa"/>
          </w:tcPr>
          <w:p w14:paraId="0E4F7501" w14:textId="77777777" w:rsidR="00226CAC" w:rsidRDefault="00000000">
            <w:pPr>
              <w:spacing w:before="60" w:after="60"/>
            </w:pPr>
            <w:r>
              <w:rPr>
                <w:rFonts w:ascii="Nanum Gothic" w:eastAsia="Nanum Gothic" w:hAnsi="Nanum Gothic" w:cs="Nanum Gothic"/>
                <w:b/>
                <w:color w:val="1A1A1A"/>
                <w:sz w:val="20"/>
              </w:rPr>
              <w:t>인증 (Authentication)</w:t>
            </w:r>
          </w:p>
        </w:tc>
        <w:tc>
          <w:tcPr>
            <w:tcW w:w="2268" w:type="dxa"/>
          </w:tcPr>
          <w:p w14:paraId="1948662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API 키 또는 토큰으로 호출자를 검증</w:t>
            </w:r>
          </w:p>
        </w:tc>
        <w:tc>
          <w:tcPr>
            <w:tcW w:w="2268" w:type="dxa"/>
          </w:tcPr>
          <w:p w14:paraId="0983C841" w14:textId="77777777" w:rsidR="00226CAC" w:rsidRDefault="00000000">
            <w:pPr>
              <w:spacing w:before="60" w:after="60"/>
            </w:pPr>
            <w:r>
              <w:rPr>
                <w:rFonts w:ascii="Nanum Gothic" w:eastAsia="Nanum Gothic" w:hAnsi="Nanum Gothic" w:cs="Nanum Gothic"/>
                <w:color w:val="1A1A1A"/>
                <w:sz w:val="20"/>
              </w:rPr>
              <w:t>예약 확인 코드</w:t>
            </w:r>
          </w:p>
        </w:tc>
      </w:tr>
      <w:tr w:rsidR="00226CAC" w14:paraId="61A6F96E" w14:textId="77777777">
        <w:tc>
          <w:tcPr>
            <w:tcW w:w="2268" w:type="dxa"/>
          </w:tcPr>
          <w:p w14:paraId="40C7486B" w14:textId="77777777" w:rsidR="00226CAC" w:rsidRDefault="00000000">
            <w:pPr>
              <w:spacing w:before="60" w:after="60"/>
            </w:pPr>
            <w:r>
              <w:rPr>
                <w:rFonts w:ascii="Nanum Gothic" w:eastAsia="Nanum Gothic" w:hAnsi="Nanum Gothic" w:cs="Nanum Gothic"/>
                <w:color w:val="1A1A1A"/>
                <w:sz w:val="20"/>
              </w:rPr>
              <w:t>③</w:t>
            </w:r>
          </w:p>
        </w:tc>
        <w:tc>
          <w:tcPr>
            <w:tcW w:w="2268" w:type="dxa"/>
          </w:tcPr>
          <w:p w14:paraId="383201F2" w14:textId="77777777" w:rsidR="00226CAC" w:rsidRDefault="00000000">
            <w:pPr>
              <w:spacing w:before="60" w:after="60"/>
            </w:pPr>
            <w:r>
              <w:rPr>
                <w:rFonts w:ascii="Nanum Gothic" w:eastAsia="Nanum Gothic" w:hAnsi="Nanum Gothic" w:cs="Nanum Gothic"/>
                <w:b/>
                <w:color w:val="1A1A1A"/>
                <w:sz w:val="20"/>
              </w:rPr>
              <w:t>요청 스키마 (Request Schema)</w:t>
            </w:r>
          </w:p>
        </w:tc>
        <w:tc>
          <w:tcPr>
            <w:tcW w:w="2268" w:type="dxa"/>
          </w:tcPr>
          <w:p w14:paraId="718168EB"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서버에 보내는 JSON 구조 (모델명·메시지·파라미터)</w:t>
            </w:r>
          </w:p>
        </w:tc>
        <w:tc>
          <w:tcPr>
            <w:tcW w:w="2268" w:type="dxa"/>
          </w:tcPr>
          <w:p w14:paraId="0CA2EE91" w14:textId="77777777" w:rsidR="00226CAC" w:rsidRDefault="00000000">
            <w:pPr>
              <w:spacing w:before="60" w:after="60"/>
            </w:pPr>
            <w:r>
              <w:rPr>
                <w:rFonts w:ascii="Nanum Gothic" w:eastAsia="Nanum Gothic" w:hAnsi="Nanum Gothic" w:cs="Nanum Gothic"/>
                <w:color w:val="1A1A1A"/>
                <w:sz w:val="20"/>
              </w:rPr>
              <w:t>주문서 양식</w:t>
            </w:r>
          </w:p>
        </w:tc>
      </w:tr>
      <w:tr w:rsidR="00226CAC" w14:paraId="1F5E0A8B" w14:textId="77777777">
        <w:tc>
          <w:tcPr>
            <w:tcW w:w="2268" w:type="dxa"/>
          </w:tcPr>
          <w:p w14:paraId="5DBBD91C" w14:textId="77777777" w:rsidR="00226CAC" w:rsidRDefault="00000000">
            <w:pPr>
              <w:spacing w:before="60" w:after="60"/>
            </w:pPr>
            <w:r>
              <w:rPr>
                <w:rFonts w:ascii="Nanum Gothic" w:eastAsia="Nanum Gothic" w:hAnsi="Nanum Gothic" w:cs="Nanum Gothic"/>
                <w:color w:val="1A1A1A"/>
                <w:sz w:val="20"/>
              </w:rPr>
              <w:t>④</w:t>
            </w:r>
          </w:p>
        </w:tc>
        <w:tc>
          <w:tcPr>
            <w:tcW w:w="2268" w:type="dxa"/>
          </w:tcPr>
          <w:p w14:paraId="0A84F372" w14:textId="77777777" w:rsidR="00226CAC" w:rsidRDefault="00000000">
            <w:pPr>
              <w:spacing w:before="60" w:after="60"/>
            </w:pPr>
            <w:r>
              <w:rPr>
                <w:rFonts w:ascii="Nanum Gothic" w:eastAsia="Nanum Gothic" w:hAnsi="Nanum Gothic" w:cs="Nanum Gothic"/>
                <w:b/>
                <w:color w:val="1A1A1A"/>
                <w:sz w:val="20"/>
              </w:rPr>
              <w:t>응답 스키마 (Response Schema)</w:t>
            </w:r>
          </w:p>
        </w:tc>
        <w:tc>
          <w:tcPr>
            <w:tcW w:w="2268" w:type="dxa"/>
          </w:tcPr>
          <w:p w14:paraId="297C21F3" w14:textId="77777777" w:rsidR="00226CAC" w:rsidRDefault="00000000">
            <w:pPr>
              <w:spacing w:before="60" w:after="60"/>
            </w:pPr>
            <w:r>
              <w:rPr>
                <w:rFonts w:ascii="Nanum Gothic" w:eastAsia="Nanum Gothic" w:hAnsi="Nanum Gothic" w:cs="Nanum Gothic"/>
                <w:color w:val="1A1A1A"/>
                <w:sz w:val="20"/>
              </w:rPr>
              <w:t>서버가 돌려주는 JSON 구조 (</w:t>
            </w:r>
            <w:r>
              <w:rPr>
                <w:rFonts w:ascii="D2Coding" w:hAnsi="D2Coding" w:eastAsia="D2Coding" w:cs="D2Coding"/>
                <w:color w:val="1A1A1A"/>
                <w:sz w:val="19"/>
              </w:rPr>
              <w:t>choices</w:t>
            </w:r>
            <w:r>
              <w:rPr>
                <w:rFonts w:ascii="Nanum Gothic" w:eastAsia="Nanum Gothic" w:hAnsi="Nanum Gothic" w:cs="Nanum Gothic"/>
                <w:color w:val="1A1A1A"/>
                <w:sz w:val="20"/>
              </w:rPr>
              <w:t xml:space="preserve">, </w:t>
            </w:r>
            <w:r>
              <w:rPr>
                <w:rFonts w:ascii="D2Coding" w:hAnsi="D2Coding" w:eastAsia="D2Coding" w:cs="D2Coding"/>
                <w:color w:val="1A1A1A"/>
                <w:sz w:val="19"/>
              </w:rPr>
              <w:t>usage</w:t>
            </w:r>
            <w:r>
              <w:rPr>
                <w:rFonts w:ascii="Nanum Gothic" w:eastAsia="Nanum Gothic" w:hAnsi="Nanum Gothic" w:cs="Nanum Gothic"/>
                <w:color w:val="1A1A1A"/>
                <w:sz w:val="20"/>
              </w:rPr>
              <w:t xml:space="preserve"> 등)</w:t>
            </w:r>
          </w:p>
        </w:tc>
        <w:tc>
          <w:tcPr>
            <w:tcW w:w="2268" w:type="dxa"/>
          </w:tcPr>
          <w:p w14:paraId="1A2F3056"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주문한 요리가 담긴 쟁반</w:t>
            </w:r>
          </w:p>
        </w:tc>
      </w:tr>
      <w:tr w:rsidR="00226CAC" w14:paraId="29C98173" w14:textId="77777777">
        <w:tc>
          <w:tcPr>
            <w:tcW w:w="2268" w:type="dxa"/>
          </w:tcPr>
          <w:p w14:paraId="75C72BEB" w14:textId="77777777" w:rsidR="00226CAC" w:rsidRDefault="00000000">
            <w:pPr>
              <w:spacing w:before="60" w:after="60"/>
            </w:pPr>
            <w:r>
              <w:rPr>
                <w:rFonts w:ascii="Nanum Gothic" w:eastAsia="Nanum Gothic" w:hAnsi="Nanum Gothic" w:cs="Nanum Gothic"/>
                <w:color w:val="1A1A1A"/>
                <w:sz w:val="20"/>
              </w:rPr>
              <w:t>⑤</w:t>
            </w:r>
          </w:p>
        </w:tc>
        <w:tc>
          <w:tcPr>
            <w:tcW w:w="2268" w:type="dxa"/>
          </w:tcPr>
          <w:p w14:paraId="74ECC3C3" w14:textId="77777777" w:rsidR="00226CAC" w:rsidRDefault="00000000">
            <w:pPr>
              <w:spacing w:before="60" w:after="60"/>
            </w:pPr>
            <w:r>
              <w:rPr>
                <w:rFonts w:ascii="Nanum Gothic" w:eastAsia="Nanum Gothic" w:hAnsi="Nanum Gothic" w:cs="Nanum Gothic"/>
                <w:b/>
                <w:color w:val="1A1A1A"/>
                <w:sz w:val="20"/>
              </w:rPr>
              <w:t>스트리밍 (Streaming)</w:t>
            </w:r>
          </w:p>
        </w:tc>
        <w:tc>
          <w:tcPr>
            <w:tcW w:w="2268" w:type="dxa"/>
          </w:tcPr>
          <w:p w14:paraId="3A1F178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응답을 완성 전에 토큰 단위로 실시간 출력</w:t>
            </w:r>
          </w:p>
        </w:tc>
        <w:tc>
          <w:tcPr>
            <w:tcW w:w="2268" w:type="dxa"/>
          </w:tcPr>
          <w:p w14:paraId="55D6BACF"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요리가 나오는 즉시 접시에 담아 줌</w:t>
            </w:r>
          </w:p>
        </w:tc>
      </w:tr>
      <w:tr w:rsidR="00226CAC" w14:paraId="4A242FC6" w14:textId="77777777">
        <w:tc>
          <w:tcPr>
            <w:tcW w:w="2268" w:type="dxa"/>
          </w:tcPr>
          <w:p w14:paraId="3277E1FC" w14:textId="77777777" w:rsidR="00226CAC" w:rsidRDefault="00000000">
            <w:pPr>
              <w:spacing w:before="60" w:after="60"/>
            </w:pPr>
            <w:r>
              <w:rPr>
                <w:rFonts w:ascii="Nanum Gothic" w:eastAsia="Nanum Gothic" w:hAnsi="Nanum Gothic" w:cs="Nanum Gothic"/>
                <w:color w:val="1A1A1A"/>
                <w:sz w:val="20"/>
              </w:rPr>
              <w:t>⑥</w:t>
            </w:r>
          </w:p>
        </w:tc>
        <w:tc>
          <w:tcPr>
            <w:tcW w:w="2268" w:type="dxa"/>
          </w:tcPr>
          <w:p w14:paraId="3C2545C8" w14:textId="77777777" w:rsidR="00226CAC" w:rsidRDefault="00000000">
            <w:pPr>
              <w:spacing w:before="60" w:after="60"/>
            </w:pPr>
            <w:r>
              <w:rPr>
                <w:rFonts w:ascii="Nanum Gothic" w:eastAsia="Nanum Gothic" w:hAnsi="Nanum Gothic" w:cs="Nanum Gothic"/>
                <w:b/>
                <w:color w:val="1A1A1A"/>
                <w:sz w:val="20"/>
              </w:rPr>
              <w:t>토큰 과금 (Token Billing)</w:t>
            </w:r>
          </w:p>
        </w:tc>
        <w:tc>
          <w:tcPr>
            <w:tcW w:w="2268" w:type="dxa"/>
          </w:tcPr>
          <w:p w14:paraId="7CF2DD3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입력+출력 토큰 합산으로 사용료 계산</w:t>
            </w:r>
          </w:p>
        </w:tc>
        <w:tc>
          <w:tcPr>
            <w:tcW w:w="2268" w:type="dxa"/>
          </w:tcPr>
          <w:p w14:paraId="0C1CDBA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먹은 양(무게)에 따른 가격</w:t>
            </w:r>
          </w:p>
        </w:tc>
      </w:tr>
      <w:tr w:rsidR="00226CAC" w14:paraId="036C4A4A" w14:textId="77777777">
        <w:tc>
          <w:tcPr>
            <w:tcW w:w="2268" w:type="dxa"/>
          </w:tcPr>
          <w:p w14:paraId="6949940C" w14:textId="77777777" w:rsidR="00226CAC" w:rsidRDefault="00000000">
            <w:pPr>
              <w:spacing w:before="60" w:after="60"/>
            </w:pPr>
            <w:r>
              <w:rPr>
                <w:rFonts w:ascii="Nanum Gothic" w:eastAsia="Nanum Gothic" w:hAnsi="Nanum Gothic" w:cs="Nanum Gothic"/>
                <w:color w:val="1A1A1A"/>
                <w:sz w:val="20"/>
              </w:rPr>
              <w:t>⑦</w:t>
            </w:r>
          </w:p>
        </w:tc>
        <w:tc>
          <w:tcPr>
            <w:tcW w:w="2268" w:type="dxa"/>
          </w:tcPr>
          <w:p w14:paraId="46C17763" w14:textId="77777777" w:rsidR="00226CAC" w:rsidRDefault="00000000">
            <w:pPr>
              <w:spacing w:before="60" w:after="60"/>
            </w:pPr>
            <w:r>
              <w:rPr>
                <w:rFonts w:ascii="Nanum Gothic" w:eastAsia="Nanum Gothic" w:hAnsi="Nanum Gothic" w:cs="Nanum Gothic"/>
                <w:b/>
                <w:color w:val="1A1A1A"/>
                <w:sz w:val="20"/>
              </w:rPr>
              <w:t>온도 (Temperature)</w:t>
            </w:r>
          </w:p>
        </w:tc>
        <w:tc>
          <w:tcPr>
            <w:tcW w:w="2268" w:type="dxa"/>
          </w:tcPr>
          <w:p w14:paraId="070DE171"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0~2 범위의 창의성 파라미터</w:t>
            </w:r>
          </w:p>
        </w:tc>
        <w:tc>
          <w:tcPr>
            <w:tcW w:w="2268" w:type="dxa"/>
          </w:tcPr>
          <w:p w14:paraId="3A8E62A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요리사의 레시피 준수 강도</w:t>
            </w:r>
          </w:p>
        </w:tc>
      </w:tr>
    </w:tbl>
    <w:p w14:paraId="6C6A9846" w14:textId="77777777" w:rsidR="00226CAC" w:rsidRDefault="00226CAC">
      <w:pPr>
        <w:rPr>
          <w:rFonts w:eastAsia="Nanum Gothic"/>
          <w:lang w:eastAsia="ko-KR"/>
        </w:rPr>
      </w:pPr>
    </w:p>
    <w:p w14:paraId="5060B9C1" w14:textId="77777777" w:rsidR="00226CAC" w:rsidRDefault="00000000">
      <w:pPr>
        <w:spacing w:before="200" w:after="40"/>
      </w:pPr>
      <w:r>
        <w:rPr>
          <w:rFonts w:ascii="Nanum Gothic" w:eastAsia="Nanum Gothic" w:hAnsi="Nanum Gothic" w:cs="Nanum Gothic"/>
          <w:b/>
          <w:color w:val="024AD8"/>
          <w:sz w:val="28"/>
        </w:rPr>
        <w:t>7.3.1 개념 간 연결 흐름</w:t>
      </w:r>
    </w:p>
    <w:tbl>
      <w:tblPr>
        <w:tblStyle w:val="af9"/>
        <w:tblW w:w="0" w:type="auto"/>
        <w:tblLook w:val="04A0" w:firstRow="1" w:lastRow="0" w:firstColumn="1" w:lastColumn="0" w:noHBand="0" w:noVBand="1"/>
      </w:tblPr>
      <w:tblGrid>
        <w:gridCol w:w="9072"/>
      </w:tblGrid>
      <w:tr w:rsidR="00226CAC" w14:paraId="4071CD7C" w14:textId="77777777">
        <w:tc>
          <w:tcPr>
            <w:tcW w:w="9072" w:type="dxa"/>
            <w:shd w:val="clear" w:color="auto" w:fill="F7F7F7"/>
          </w:tcPr>
          <w:p w14:paraId="29C2F26A"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사용자</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입력</w:t>
            </w:r>
          </w:p>
          <w:p w14:paraId="36DA830E"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77E292EA"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4A2B0B40"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[API </w:t>
            </w:r>
            <w:r>
              <w:rPr>
                <w:rFonts w:ascii="Nanum Gothic" w:hAnsi="Nanum Gothic" w:eastAsia="Nanum Gothic" w:cs="Nanum Gothic"/>
                <w:color w:val="1A1A1A"/>
                <w:sz w:val="19"/>
                <w:lang w:eastAsia="ko-KR"/>
              </w:rPr>
              <w:t>키</w:t>
            </w:r>
            <w:r>
              <w:rPr>
                <w:rFonts w:ascii="Nanum Gothic" w:hAnsi="Nanum Gothic" w:eastAsia="Nanum Gothic" w:cs="Nanum Gothic"/>
                <w:color w:val="1A1A1A"/>
                <w:sz w:val="19"/>
                <w:lang w:eastAsia="ko-KR"/>
              </w:rPr>
              <w:t xml:space="preserve"> ②</w:t>
            </w:r>
            <w:r>
              <w:rPr>
                <w:rFonts w:ascii="Nanum Gothic" w:hAnsi="Nanum Gothic" w:eastAsia="Nanum Gothic" w:cs="Nanum Gothic"/>
                <w:color w:val="1A1A1A"/>
                <w:sz w:val="19"/>
                <w:lang w:eastAsia="ko-KR"/>
              </w:rPr>
              <w:t>인증</w:t>
            </w:r>
            <w:r>
              <w:rPr>
                <w:rFonts w:ascii="Nanum Gothic" w:hAnsi="Nanum Gothic" w:eastAsia="Nanum Gothic" w:cs="Nanum Gothic"/>
                <w:color w:val="1A1A1A"/>
                <w:sz w:val="19"/>
                <w:lang w:eastAsia="ko-KR"/>
              </w:rPr>
              <w:t>] + [</w:t>
            </w:r>
            <w:r>
              <w:rPr>
                <w:rFonts w:ascii="Nanum Gothic" w:hAnsi="Nanum Gothic" w:eastAsia="Nanum Gothic" w:cs="Nanum Gothic"/>
                <w:color w:val="1A1A1A"/>
                <w:sz w:val="19"/>
                <w:lang w:eastAsia="ko-KR"/>
              </w:rPr>
              <w:t>엔드포인트</w:t>
            </w:r>
            <w:r>
              <w:rPr>
                <w:rFonts w:ascii="D2Coding" w:hAnsi="D2Coding" w:eastAsia="D2Coding" w:cs="D2Coding"/>
                <w:color w:val="1A1A1A"/>
                <w:sz w:val="19"/>
                <w:lang w:eastAsia="ko-KR"/>
              </w:rPr>
              <w:t xml:space="preserve"> URL ①] → HTTP POST </w:t>
            </w:r>
            <w:r>
              <w:rPr>
                <w:rFonts w:ascii="Nanum Gothic" w:hAnsi="Nanum Gothic" w:eastAsia="Nanum Gothic" w:cs="Nanum Gothic"/>
                <w:color w:val="1A1A1A"/>
                <w:sz w:val="19"/>
                <w:lang w:eastAsia="ko-KR"/>
              </w:rPr>
              <w:t>요청</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발송</w:t>
            </w:r>
          </w:p>
          <w:p w14:paraId="705B73D5"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7F77AD8F"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2D4A3878"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lastRenderedPageBreak/>
              <w:t>[</w:t>
            </w:r>
            <w:r>
              <w:rPr>
                <w:rFonts w:ascii="Nanum Gothic" w:hAnsi="Nanum Gothic" w:eastAsia="Nanum Gothic" w:cs="Nanum Gothic"/>
                <w:color w:val="1A1A1A"/>
                <w:sz w:val="19"/>
                <w:lang w:eastAsia="ko-KR"/>
              </w:rPr>
              <w:t>요청</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스키마</w:t>
            </w:r>
            <w:r>
              <w:rPr>
                <w:rFonts w:ascii="Nanum Gothic" w:hAnsi="Nanum Gothic" w:eastAsia="Nanum Gothic" w:cs="Nanum Gothic"/>
                <w:color w:val="1A1A1A"/>
                <w:sz w:val="19"/>
                <w:lang w:eastAsia="ko-KR"/>
              </w:rPr>
              <w:t xml:space="preserve"> ③]: </w:t>
            </w:r>
            <w:r>
              <w:rPr>
                <w:rFonts w:ascii="Nanum Gothic" w:hAnsi="Nanum Gothic" w:eastAsia="Nanum Gothic" w:cs="Nanum Gothic"/>
                <w:color w:val="1A1A1A"/>
                <w:sz w:val="19"/>
                <w:lang w:eastAsia="ko-KR"/>
              </w:rPr>
              <w:t>모델명</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메시지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배열</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온도</w:t>
            </w:r>
            <w:r>
              <w:rPr>
                <w:rFonts w:ascii="D2Coding" w:hAnsi="D2Coding" w:eastAsia="D2Coding" w:cs="D2Coding"/>
                <w:color w:val="1A1A1A"/>
                <w:sz w:val="19"/>
                <w:lang w:eastAsia="ko-KR"/>
              </w:rPr>
              <w:t>⑦ + max_tokens</w:t>
            </w:r>
          </w:p>
          <w:p w14:paraId="13650E44"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26E102CC"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21351983"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서버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처리</w:t>
            </w:r>
            <w:r>
              <w:rPr>
                <w:rFonts w:ascii="D2Coding" w:hAnsi="D2Coding" w:eastAsia="D2Coding" w:cs="D2Coding"/>
                <w:color w:val="1A1A1A"/>
                <w:sz w:val="19"/>
                <w:lang w:eastAsia="ko-KR"/>
              </w:rPr>
              <w:t xml:space="preserve">] → LLM </w:t>
            </w:r>
            <w:r>
              <w:rPr>
                <w:rFonts w:ascii="Nanum Gothic" w:hAnsi="Nanum Gothic" w:eastAsia="Nanum Gothic" w:cs="Nanum Gothic"/>
                <w:color w:val="1A1A1A"/>
                <w:sz w:val="19"/>
                <w:lang w:eastAsia="ko-KR"/>
              </w:rPr>
              <w:t>추론</w:t>
            </w:r>
          </w:p>
          <w:p w14:paraId="0D20826C"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333815D1"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스트리밍</w:t>
            </w:r>
            <w:r>
              <w:rPr>
                <w:rFonts w:ascii="Nanum Gothic" w:hAnsi="Nanum Gothic" w:eastAsia="Nanum Gothic" w:cs="Nanum Gothic"/>
                <w:color w:val="1A1A1A"/>
                <w:sz w:val="19"/>
                <w:lang w:eastAsia="ko-KR"/>
              </w:rPr>
              <w:t xml:space="preserve"> ⑤]: </w:t>
            </w:r>
            <w:r>
              <w:rPr>
                <w:rFonts w:ascii="Nanum Gothic" w:hAnsi="Nanum Gothic" w:eastAsia="Nanum Gothic" w:cs="Nanum Gothic"/>
                <w:color w:val="1A1A1A"/>
                <w:sz w:val="19"/>
                <w:lang w:eastAsia="ko-KR"/>
              </w:rPr>
              <w:t>토큰이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생성되는</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즉시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클라이언트로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전송</w:t>
            </w:r>
          </w:p>
          <w:p w14:paraId="09A9CFB1"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완성</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반환</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응답</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전체가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완성된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전송</w:t>
            </w:r>
          </w:p>
          <w:p w14:paraId="529167D5" w14:textId="77777777" w:rsidR="00226CAC" w:rsidRDefault="00000000">
            <w:pPr>
              <w:spacing w:before="20" w:after="20" w:line="220" w:lineRule="exact"/>
            </w:pPr>
            <w:r>
              <w:rPr>
                <w:rFonts w:ascii="Nanum Gothic" w:hAnsi="Nanum Gothic" w:eastAsia="Nanum Gothic" w:cs="Nanum Gothic"/>
                <w:color w:val="1A1A1A"/>
                <w:sz w:val="19"/>
              </w:rPr>
              <w:t>│</w:t>
            </w:r>
          </w:p>
          <w:p w14:paraId="2F492880" w14:textId="77777777" w:rsidR="00226CAC" w:rsidRDefault="00000000">
            <w:pPr>
              <w:spacing w:before="20" w:after="20" w:line="220" w:lineRule="exact"/>
            </w:pPr>
            <w:r>
              <w:rPr>
                <w:rFonts w:ascii="Nanum Gothic" w:hAnsi="Nanum Gothic" w:eastAsia="Nanum Gothic" w:cs="Nanum Gothic"/>
                <w:color w:val="1A1A1A"/>
                <w:sz w:val="19"/>
              </w:rPr>
              <w:t>▼</w:t>
            </w:r>
          </w:p>
          <w:p w14:paraId="24A39357" w14:textId="77777777" w:rsidR="00226CAC" w:rsidRDefault="00000000">
            <w:pPr>
              <w:spacing w:before="20" w:after="20" w:line="220" w:lineRule="exact"/>
            </w:pPr>
            <w:r>
              <w:rPr>
                <w:rFonts w:ascii="Nanum Gothic" w:hAnsi="Nanum Gothic" w:eastAsia="Nanum Gothic" w:cs="Nanum Gothic"/>
                <w:color w:val="1A1A1A"/>
                <w:sz w:val="19"/>
              </w:rPr>
              <w:t>[</w:t>
            </w:r>
            <w:r>
              <w:rPr>
                <w:rFonts w:ascii="Nanum Gothic" w:hAnsi="Nanum Gothic" w:eastAsia="Nanum Gothic" w:cs="Nanum Gothic"/>
                <w:color w:val="1A1A1A"/>
                <w:sz w:val="19"/>
              </w:rPr>
              <w:t>응답</w:t>
            </w:r>
            <w:r>
              <w:rPr>
                <w:rFonts w:ascii="D2Coding" w:hAnsi="D2Coding" w:eastAsia="D2Coding" w:cs="D2Coding"/>
                <w:color w:val="1A1A1A"/>
                <w:sz w:val="19"/>
              </w:rPr>
              <w:t xml:space="preserve"> </w:t>
            </w:r>
            <w:r>
              <w:rPr>
                <w:rFonts w:ascii="Nanum Gothic" w:hAnsi="Nanum Gothic" w:eastAsia="Nanum Gothic" w:cs="Nanum Gothic"/>
                <w:color w:val="1A1A1A"/>
                <w:sz w:val="19"/>
              </w:rPr>
              <w:t>스키마</w:t>
            </w:r>
            <w:r>
              <w:rPr>
                <w:rFonts w:ascii="D2Coding" w:hAnsi="D2Coding" w:eastAsia="D2Coding" w:cs="D2Coding"/>
                <w:color w:val="1A1A1A"/>
                <w:sz w:val="19"/>
              </w:rPr>
              <w:t xml:space="preserve"> ④]: choices[0].message.content + usage.total_tokens</w:t>
            </w:r>
          </w:p>
          <w:p w14:paraId="3258261B" w14:textId="77777777" w:rsidR="00226CAC" w:rsidRDefault="00000000">
            <w:pPr>
              <w:spacing w:before="20" w:after="20" w:line="220" w:lineRule="exact"/>
            </w:pPr>
            <w:r>
              <w:rPr>
                <w:rFonts w:ascii="Nanum Gothic" w:hAnsi="Nanum Gothic" w:eastAsia="Nanum Gothic" w:cs="Nanum Gothic"/>
                <w:color w:val="1A1A1A"/>
                <w:sz w:val="19"/>
              </w:rPr>
              <w:t>│</w:t>
            </w:r>
          </w:p>
          <w:p w14:paraId="7ABAA7CE" w14:textId="77777777" w:rsidR="00226CAC" w:rsidRDefault="00000000">
            <w:pPr>
              <w:spacing w:before="20" w:after="20" w:line="220" w:lineRule="exact"/>
            </w:pPr>
            <w:r>
              <w:rPr>
                <w:rFonts w:ascii="Nanum Gothic" w:hAnsi="Nanum Gothic" w:eastAsia="Nanum Gothic" w:cs="Nanum Gothic"/>
                <w:color w:val="1A1A1A"/>
                <w:sz w:val="19"/>
              </w:rPr>
              <w:t>▼</w:t>
            </w:r>
          </w:p>
          <w:p w14:paraId="65C48D68" w14:textId="77777777" w:rsidR="00226CAC" w:rsidRDefault="00000000">
            <w:pPr>
              <w:spacing w:before="20" w:after="20" w:line="220" w:lineRule="exact"/>
            </w:pPr>
            <w:r>
              <w:rPr>
                <w:rFonts w:ascii="Nanum Gothic" w:hAnsi="Nanum Gothic" w:eastAsia="Nanum Gothic" w:cs="Nanum Gothic"/>
                <w:color w:val="1A1A1A"/>
                <w:sz w:val="19"/>
              </w:rPr>
              <w:t>[</w:t>
            </w:r>
            <w:r>
              <w:rPr>
                <w:rFonts w:ascii="Nanum Gothic" w:hAnsi="Nanum Gothic" w:eastAsia="Nanum Gothic" w:cs="Nanum Gothic"/>
                <w:color w:val="1A1A1A"/>
                <w:sz w:val="19"/>
              </w:rPr>
              <w:t>토큰</w:t>
            </w:r>
            <w:r>
              <w:rPr>
                <w:rFonts w:ascii="D2Coding" w:hAnsi="D2Coding" w:eastAsia="D2Coding" w:cs="D2Coding"/>
                <w:color w:val="1A1A1A"/>
                <w:sz w:val="19"/>
              </w:rPr>
              <w:t xml:space="preserve"> </w:t>
            </w:r>
            <w:r>
              <w:rPr>
                <w:rFonts w:ascii="Nanum Gothic" w:hAnsi="Nanum Gothic" w:eastAsia="Nanum Gothic" w:cs="Nanum Gothic"/>
                <w:color w:val="1A1A1A"/>
                <w:sz w:val="19"/>
              </w:rPr>
              <w:t>과금</w:t>
            </w:r>
            <w:r>
              <w:rPr>
                <w:rFonts w:ascii="D2Coding" w:hAnsi="D2Coding" w:eastAsia="D2Coding" w:cs="D2Coding"/>
                <w:color w:val="1A1A1A"/>
                <w:sz w:val="19"/>
              </w:rPr>
              <w:t xml:space="preserve"> ⑥]: total_tokens × </w:t>
            </w:r>
            <w:r>
              <w:rPr>
                <w:rFonts w:ascii="Nanum Gothic" w:hAnsi="Nanum Gothic" w:eastAsia="Nanum Gothic" w:cs="Nanum Gothic"/>
                <w:color w:val="1A1A1A"/>
                <w:sz w:val="19"/>
              </w:rPr>
              <w:t>단가</w:t>
            </w:r>
            <w:r>
              <w:rPr>
                <w:rFonts w:ascii="Nanum Gothic" w:hAnsi="Nanum Gothic" w:eastAsia="Nanum Gothic" w:cs="Nanum Gothic"/>
                <w:color w:val="1A1A1A"/>
                <w:sz w:val="19"/>
              </w:rPr>
              <w:t xml:space="preserve"> = </w:t>
            </w:r>
            <w:r>
              <w:rPr>
                <w:rFonts w:ascii="Nanum Gothic" w:hAnsi="Nanum Gothic" w:eastAsia="Nanum Gothic" w:cs="Nanum Gothic"/>
                <w:color w:val="1A1A1A"/>
                <w:sz w:val="19"/>
              </w:rPr>
              <w:t>비용</w:t>
            </w:r>
            <w:r>
              <w:rPr>
                <w:rFonts w:ascii="D2Coding" w:hAnsi="D2Coding" w:eastAsia="D2Coding" w:cs="D2Coding"/>
                <w:color w:val="1A1A1A"/>
                <w:sz w:val="19"/>
              </w:rPr>
              <w:t xml:space="preserve"> </w:t>
            </w:r>
            <w:r>
              <w:rPr>
                <w:rFonts w:ascii="Nanum Gothic" w:hAnsi="Nanum Gothic" w:eastAsia="Nanum Gothic" w:cs="Nanum Gothic"/>
                <w:color w:val="1A1A1A"/>
                <w:sz w:val="19"/>
              </w:rPr>
              <w:t>계산</w:t>
            </w:r>
          </w:p>
        </w:tc>
      </w:tr>
    </w:tbl>
    <w:p w14:paraId="68E4EDCE" w14:textId="77777777" w:rsidR="00226CAC" w:rsidRDefault="00226CAC"/>
    <w:p w14:paraId="3183D6EC"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7.3.2 각 개념 심화 설명</w:t>
      </w:r>
    </w:p>
    <w:p w14:paraId="29D8E278"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① 엔드포인트 (Endpoint)</w:t>
      </w:r>
    </w:p>
    <w:p w14:paraId="0074DB0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엔드포인트는 서버의 특정 기능에 접근하는 URL입니다.</w:t>
      </w:r>
    </w:p>
    <w:p w14:paraId="1E046A2D" w14:textId="77777777" w:rsidR="00226CAC" w:rsidRDefault="00000000">
      <w:pPr>
        <w:spacing w:before="60" w:after="60"/>
      </w:pPr>
      <w:r>
        <w:rPr>
          <w:rFonts w:ascii="Nanum Gothic" w:eastAsia="Nanum Gothic" w:hAnsi="Nanum Gothic" w:cs="Nanum Gothic"/>
          <w:color w:val="1A1A1A"/>
          <w:sz w:val="20"/>
        </w:rPr>
        <w:t>예시:</w:t>
      </w:r>
    </w:p>
    <w:tbl>
      <w:tblPr>
        <w:tblStyle w:val="af9"/>
        <w:tblW w:w="0" w:type="auto"/>
        <w:tblLook w:val="04A0" w:firstRow="1" w:lastRow="0" w:firstColumn="1" w:lastColumn="0" w:noHBand="0" w:noVBand="1"/>
      </w:tblPr>
      <w:tblGrid>
        <w:gridCol w:w="9072"/>
      </w:tblGrid>
      <w:tr w:rsidR="00226CAC" w14:paraId="48768A78" w14:textId="77777777">
        <w:tc>
          <w:tcPr>
            <w:tcW w:w="9072" w:type="dxa"/>
            <w:shd w:val="clear" w:color="auto" w:fill="F7F7F7"/>
          </w:tcPr>
          <w:p w14:paraId="3EEC751E" w14:textId="77777777" w:rsidR="00226CAC" w:rsidRDefault="00000000">
            <w:pPr>
              <w:spacing w:before="20" w:after="20" w:line="220" w:lineRule="exact"/>
            </w:pPr>
            <w:r>
              <w:rPr>
                <w:rFonts w:ascii="D2Coding" w:hAnsi="D2Coding" w:eastAsia="D2Coding" w:cs="D2Coding"/>
                <w:color w:val="1A1A1A"/>
                <w:sz w:val="19"/>
              </w:rPr>
              <w:t>Gemini API: https://generativelanguage.googleapis.com/v1beta/models/{model}:generateContent</w:t>
            </w:r>
          </w:p>
          <w:p w14:paraId="1055D91B" w14:textId="77777777" w:rsidR="00226CAC" w:rsidRDefault="00000000">
            <w:pPr>
              <w:spacing w:before="20" w:after="20" w:line="220" w:lineRule="exact"/>
            </w:pPr>
            <w:r>
              <w:rPr>
                <w:rFonts w:ascii="D2Coding" w:hAnsi="D2Coding" w:eastAsia="D2Coding" w:cs="D2Coding"/>
                <w:color w:val="1A1A1A"/>
                <w:sz w:val="19"/>
              </w:rPr>
              <w:t>OpenAI API: https://api.openai.com/v1/chat/completions</w:t>
            </w:r>
          </w:p>
        </w:tc>
      </w:tr>
    </w:tbl>
    <w:p w14:paraId="06AAF723" w14:textId="77777777" w:rsidR="00226CAC" w:rsidRDefault="00226CAC"/>
    <w:p w14:paraId="67D7AF8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URL 구조 읽는 법:</w:t>
      </w:r>
    </w:p>
    <w:p w14:paraId="58751E7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Pr>
          <w:rFonts w:ascii="D2Coding" w:hAnsi="D2Coding" w:eastAsia="D2Coding" w:cs="D2Coding"/>
          <w:color w:val="1A1A1A"/>
          <w:sz w:val="19"/>
          <w:lang w:eastAsia="ko-KR"/>
        </w:rPr>
        <w:t>https://</w:t>
      </w:r>
      <w:r>
        <w:rPr>
          <w:rFonts w:ascii="Nanum Gothic" w:eastAsia="Nanum Gothic" w:hAnsi="Nanum Gothic" w:cs="Nanum Gothic"/>
          <w:color w:val="1A1A1A"/>
          <w:sz w:val="20"/>
          <w:lang w:eastAsia="ko-KR"/>
        </w:rPr>
        <w:t xml:space="preserve"> — 암호화된 연결 (HTTP + TLS)</w:t>
      </w:r>
    </w:p>
    <w:p w14:paraId="201E87F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도메인 — 어느 회사 서버인가</w:t>
      </w:r>
    </w:p>
    <w:p w14:paraId="4E529BD8"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Pr>
          <w:rFonts w:ascii="D2Coding" w:hAnsi="D2Coding" w:eastAsia="D2Coding" w:cs="D2Coding"/>
          <w:color w:val="1A1A1A"/>
          <w:sz w:val="19"/>
          <w:lang w:eastAsia="ko-KR"/>
        </w:rPr>
        <w:t>/v1/</w:t>
      </w:r>
      <w:r>
        <w:rPr>
          <w:rFonts w:ascii="Nanum Gothic" w:eastAsia="Nanum Gothic" w:hAnsi="Nanum Gothic" w:cs="Nanum Gothic"/>
          <w:color w:val="1A1A1A"/>
          <w:sz w:val="20"/>
          <w:lang w:eastAsia="ko-KR"/>
        </w:rPr>
        <w:t xml:space="preserve"> — API 버전 (같은 엔드포인트라도 버전이 다르면 다른 동작)</w:t>
      </w:r>
    </w:p>
    <w:p w14:paraId="52317F24" w14:textId="77777777" w:rsidR="00226CAC" w:rsidRDefault="00000000">
      <w:pPr>
        <w:spacing w:before="40" w:after="40"/>
        <w:ind w:left="397"/>
      </w:pPr>
      <w:r>
        <w:rPr>
          <w:rFonts w:ascii="Nanum Gothic" w:eastAsia="Nanum Gothic" w:hAnsi="Nanum Gothic" w:cs="Nanum Gothic"/>
          <w:color w:val="1A1A1A"/>
          <w:sz w:val="20"/>
        </w:rPr>
        <w:t xml:space="preserve">• </w:t>
      </w:r>
      <w:r>
        <w:rPr>
          <w:rFonts w:ascii="D2Coding" w:hAnsi="D2Coding" w:eastAsia="D2Coding" w:cs="D2Coding"/>
          <w:color w:val="1A1A1A"/>
          <w:sz w:val="19"/>
        </w:rPr>
        <w:t>/chat/completions</w:t>
      </w:r>
      <w:r>
        <w:rPr>
          <w:rFonts w:ascii="Nanum Gothic" w:eastAsia="Nanum Gothic" w:hAnsi="Nanum Gothic" w:cs="Nanum Gothic"/>
          <w:color w:val="1A1A1A"/>
          <w:sz w:val="20"/>
        </w:rPr>
        <w:t xml:space="preserve"> — 어떤 기능인가 (채팅 완성)</w:t>
      </w:r>
    </w:p>
    <w:tbl>
      <w:tblPr>
        <w:tblStyle w:val="af9"/>
        <w:tblW w:w="0" w:type="auto"/>
        <w:tblLayout w:type="fixed"/>
        <w:tblLook w:val="04A0" w:firstRow="1" w:lastRow="0" w:firstColumn="1" w:lastColumn="0" w:noHBand="0" w:noVBand="1"/>
      </w:tblPr>
      <w:tblGrid>
        <w:gridCol w:w="400"/>
        <w:gridCol w:w="8672"/>
      </w:tblGrid>
      <w:tr w:rsidR="00226CAC" w14:paraId="7579720A" w14:textId="77777777">
        <w:tc>
          <w:tcPr>
            <w:tcW w:w="400" w:type="dxa"/>
            <w:shd w:val="clear" w:color="auto" w:fill="0F9D8C"/>
          </w:tcPr>
          <w:p w14:paraId="4FE76178" w14:textId="77777777" w:rsidR="00226CAC" w:rsidRDefault="00226CAC">
            <w:pPr>
              <w:spacing w:before="80" w:after="80"/>
            </w:pPr>
          </w:p>
        </w:tc>
        <w:tc>
          <w:tcPr>
            <w:tcW w:w="8672" w:type="dxa"/>
            <w:shd w:val="clear" w:color="auto" w:fill="E6F7F4"/>
          </w:tcPr>
          <w:p w14:paraId="7A9306D1" w14:textId="77777777" w:rsidR="00226CAC" w:rsidRDefault="00000000">
            <w:pPr>
              <w:spacing w:before="80" w:after="80"/>
              <w:rPr>
                <w:rFonts w:eastAsia="Nanum Gothic"/>
                <w:lang w:eastAsia="ko-KR"/>
              </w:rPr>
            </w:pPr>
            <w:r>
              <w:rPr>
                <w:rFonts w:ascii="Nanum Gothic" w:eastAsia="Nanum Gothic" w:hAnsi="Nanum Gothic" w:cs="Nanum Gothic"/>
                <w:b/>
                <w:color w:val="0F9D8C"/>
                <w:sz w:val="20"/>
                <w:lang w:eastAsia="ko-KR"/>
              </w:rPr>
              <w:t>💡 비유</w:t>
            </w:r>
            <w:r>
              <w:rPr>
                <w:rFonts w:ascii="Apple SD Gothic Neo" w:eastAsia="Nanum Gothic" w:hAnsi="Apple SD Gothic Neo" w:cs="Apple SD Gothic Neo"/>
                <w:b/>
                <w:color w:val="0F9D8C"/>
                <w:sz w:val="20"/>
                <w:lang w:eastAsia="ko-KR"/>
              </w:rPr>
              <w:br/>
            </w:r>
            <w:r>
              <w:rPr>
                <w:rFonts w:ascii="Nanum Gothic" w:eastAsia="Nanum Gothic" w:hAnsi="Nanum Gothic" w:cs="Nanum Gothic"/>
                <w:color w:val="1A1A1A"/>
                <w:sz w:val="20"/>
                <w:lang w:eastAsia="ko-KR"/>
              </w:rPr>
              <w:t>엔드포인트는 배달 음식 주문 URL과 유사합니다. "배달의민족 주소"(도메인) + "짜장면 메뉴"(경로) = 내가 원하는 것을 정확히 지정.</w:t>
            </w:r>
          </w:p>
        </w:tc>
      </w:tr>
    </w:tbl>
    <w:p w14:paraId="4F18DC0C" w14:textId="77777777" w:rsidR="00226CAC" w:rsidRDefault="00226CAC">
      <w:pPr>
        <w:rPr>
          <w:rFonts w:eastAsia="Nanum Gothic"/>
          <w:lang w:eastAsia="ko-KR"/>
        </w:rPr>
      </w:pPr>
    </w:p>
    <w:p w14:paraId="07BEA04A"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② 인증 (Authentication)</w:t>
      </w:r>
    </w:p>
    <w:p w14:paraId="3717E7E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API 키는 "이 요청을 보낸 사람이 누구인가"를 서버에 알리는 방법입니다. API 키 없이 요청하면 → HTTP 401(Unauthorized) 에러.</w:t>
      </w:r>
    </w:p>
    <w:p w14:paraId="2B27C15D"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인증 방식 3가지</w:t>
      </w:r>
      <w:r>
        <w:rPr>
          <w:rFonts w:ascii="Nanum Gothic" w:eastAsia="Nanum Gothic" w:hAnsi="Nanum Gothic" w:cs="Nanum Gothic"/>
          <w:color w:val="1A1A1A"/>
          <w:sz w:val="20"/>
          <w:lang w:eastAsia="ko-KR"/>
        </w:rPr>
        <w:t>:</w:t>
      </w:r>
    </w:p>
    <w:tbl>
      <w:tblPr>
        <w:tblStyle w:val="af9"/>
        <w:tblW w:w="0" w:type="auto"/>
        <w:tblLook w:val="04A0" w:firstRow="1" w:lastRow="0" w:firstColumn="1" w:lastColumn="0" w:noHBand="0" w:noVBand="1"/>
      </w:tblPr>
      <w:tblGrid>
        <w:gridCol w:w="3024"/>
        <w:gridCol w:w="3024"/>
        <w:gridCol w:w="3024"/>
      </w:tblGrid>
      <w:tr w:rsidR="00226CAC" w14:paraId="3FF4DC44" w14:textId="77777777">
        <w:tc>
          <w:tcPr>
            <w:tcW w:w="3024" w:type="dxa"/>
            <w:shd w:val="clear" w:color="auto" w:fill="024AD8"/>
          </w:tcPr>
          <w:p w14:paraId="2F31D4B8" w14:textId="77777777" w:rsidR="00226CAC" w:rsidRDefault="00000000">
            <w:pPr>
              <w:spacing w:before="60" w:after="60"/>
            </w:pPr>
            <w:r>
              <w:rPr>
                <w:rFonts w:ascii="Nanum Gothic" w:eastAsia="Nanum Gothic" w:hAnsi="Nanum Gothic" w:cs="Nanum Gothic"/>
                <w:b/>
                <w:color w:val="FFFFFF"/>
                <w:sz w:val="20"/>
              </w:rPr>
              <w:t>방식</w:t>
            </w:r>
          </w:p>
        </w:tc>
        <w:tc>
          <w:tcPr>
            <w:tcW w:w="3024" w:type="dxa"/>
            <w:shd w:val="clear" w:color="auto" w:fill="024AD8"/>
          </w:tcPr>
          <w:p w14:paraId="25BA58B5" w14:textId="77777777" w:rsidR="00226CAC" w:rsidRDefault="00000000">
            <w:pPr>
              <w:spacing w:before="60" w:after="60"/>
            </w:pPr>
            <w:r>
              <w:rPr>
                <w:rFonts w:ascii="Nanum Gothic" w:eastAsia="Nanum Gothic" w:hAnsi="Nanum Gothic" w:cs="Nanum Gothic"/>
                <w:b/>
                <w:color w:val="FFFFFF"/>
                <w:sz w:val="20"/>
              </w:rPr>
              <w:t>형태</w:t>
            </w:r>
          </w:p>
        </w:tc>
        <w:tc>
          <w:tcPr>
            <w:tcW w:w="3024" w:type="dxa"/>
            <w:shd w:val="clear" w:color="auto" w:fill="024AD8"/>
          </w:tcPr>
          <w:p w14:paraId="78E9E4A1" w14:textId="77777777" w:rsidR="00226CAC" w:rsidRDefault="00000000">
            <w:pPr>
              <w:spacing w:before="60" w:after="60"/>
            </w:pPr>
            <w:r>
              <w:rPr>
                <w:rFonts w:ascii="Nanum Gothic" w:eastAsia="Nanum Gothic" w:hAnsi="Nanum Gothic" w:cs="Nanum Gothic"/>
                <w:b/>
                <w:color w:val="FFFFFF"/>
                <w:sz w:val="20"/>
              </w:rPr>
              <w:t>주요 사용처</w:t>
            </w:r>
          </w:p>
        </w:tc>
      </w:tr>
      <w:tr w:rsidR="00226CAC" w14:paraId="7EDD582F" w14:textId="77777777">
        <w:tc>
          <w:tcPr>
            <w:tcW w:w="3024" w:type="dxa"/>
          </w:tcPr>
          <w:p w14:paraId="2FB2E636" w14:textId="77777777" w:rsidR="00226CAC" w:rsidRDefault="00000000">
            <w:pPr>
              <w:spacing w:before="60" w:after="60"/>
            </w:pPr>
            <w:r>
              <w:rPr>
                <w:rFonts w:ascii="Nanum Gothic" w:eastAsia="Nanum Gothic" w:hAnsi="Nanum Gothic" w:cs="Nanum Gothic"/>
                <w:color w:val="1A1A1A"/>
                <w:sz w:val="20"/>
              </w:rPr>
              <w:t>Bearer Token</w:t>
            </w:r>
          </w:p>
        </w:tc>
        <w:tc>
          <w:tcPr>
            <w:tcW w:w="3024" w:type="dxa"/>
          </w:tcPr>
          <w:p w14:paraId="7D36605C" w14:textId="77777777" w:rsidR="00226CAC" w:rsidRDefault="00000000">
            <w:pPr>
              <w:spacing w:before="60" w:after="60"/>
            </w:pPr>
            <w:r>
              <w:rPr>
                <w:rFonts w:ascii="D2Coding" w:hAnsi="D2Coding" w:eastAsia="D2Coding" w:cs="D2Coding"/>
                <w:color w:val="1A1A1A"/>
                <w:sz w:val="19"/>
              </w:rPr>
              <w:t>Authorization: Bearer {key}</w:t>
            </w:r>
            <w:r>
              <w:rPr>
                <w:rFonts w:ascii="Nanum Gothic" w:eastAsia="Nanum Gothic" w:hAnsi="Nanum Gothic" w:cs="Nanum Gothic"/>
                <w:color w:val="1A1A1A"/>
                <w:sz w:val="20"/>
              </w:rPr>
              <w:t xml:space="preserve"> 헤더</w:t>
            </w:r>
          </w:p>
        </w:tc>
        <w:tc>
          <w:tcPr>
            <w:tcW w:w="3024" w:type="dxa"/>
          </w:tcPr>
          <w:p w14:paraId="2A1B92D9" w14:textId="77777777" w:rsidR="00226CAC" w:rsidRDefault="00000000">
            <w:pPr>
              <w:spacing w:before="60" w:after="60"/>
            </w:pPr>
            <w:r>
              <w:rPr>
                <w:rFonts w:ascii="Nanum Gothic" w:eastAsia="Nanum Gothic" w:hAnsi="Nanum Gothic" w:cs="Nanum Gothic"/>
                <w:color w:val="1A1A1A"/>
                <w:sz w:val="20"/>
              </w:rPr>
              <w:t>OpenAI API</w:t>
            </w:r>
          </w:p>
        </w:tc>
      </w:tr>
      <w:tr w:rsidR="00226CAC" w14:paraId="217AE1F1" w14:textId="77777777">
        <w:tc>
          <w:tcPr>
            <w:tcW w:w="3024" w:type="dxa"/>
          </w:tcPr>
          <w:p w14:paraId="0C8CFC9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API Key (전용 헤더)</w:t>
            </w:r>
          </w:p>
        </w:tc>
        <w:tc>
          <w:tcPr>
            <w:tcW w:w="3024" w:type="dxa"/>
          </w:tcPr>
          <w:p w14:paraId="17C3B7FA" w14:textId="77777777" w:rsidR="00226CAC" w:rsidRDefault="00000000">
            <w:pPr>
              <w:spacing w:before="60" w:after="60"/>
            </w:pPr>
            <w:r>
              <w:rPr>
                <w:rFonts w:ascii="D2Coding" w:hAnsi="D2Coding" w:eastAsia="D2Coding" w:cs="D2Coding"/>
                <w:color w:val="1A1A1A"/>
                <w:sz w:val="19"/>
              </w:rPr>
              <w:t>x-goog-api-key: {key} 헤더</w:t>
            </w:r>
          </w:p>
        </w:tc>
        <w:tc>
          <w:tcPr>
            <w:tcW w:w="3024" w:type="dxa"/>
          </w:tcPr>
          <w:p w14:paraId="4A75BA5A" w14:textId="77777777" w:rsidR="00226CAC" w:rsidRDefault="00000000">
            <w:pPr>
              <w:spacing w:before="60" w:after="60"/>
            </w:pPr>
            <w:r>
              <w:rPr>
                <w:rFonts w:ascii="Nanum Gothic" w:eastAsia="Nanum Gothic" w:hAnsi="Nanum Gothic" w:cs="Nanum Gothic"/>
                <w:color w:val="1A1A1A"/>
                <w:sz w:val="20"/>
              </w:rPr>
              <w:t>Gemini API</w:t>
            </w:r>
          </w:p>
        </w:tc>
      </w:tr>
      <w:tr w:rsidR="00226CAC" w14:paraId="4F915414" w14:textId="77777777">
        <w:tc>
          <w:tcPr>
            <w:tcW w:w="3024" w:type="dxa"/>
          </w:tcPr>
          <w:p w14:paraId="023AACD3" w14:textId="77777777" w:rsidR="00226CAC" w:rsidRDefault="00000000">
            <w:pPr>
              <w:spacing w:before="60" w:after="60"/>
            </w:pPr>
            <w:r>
              <w:rPr>
                <w:rFonts w:ascii="Nanum Gothic" w:eastAsia="Nanum Gothic" w:hAnsi="Nanum Gothic" w:cs="Nanum Gothic"/>
                <w:color w:val="1A1A1A"/>
                <w:sz w:val="20"/>
              </w:rPr>
              <w:t>AWS SigV4</w:t>
            </w:r>
          </w:p>
        </w:tc>
        <w:tc>
          <w:tcPr>
            <w:tcW w:w="3024" w:type="dxa"/>
          </w:tcPr>
          <w:p w14:paraId="2004DF10" w14:textId="77777777" w:rsidR="00226CAC" w:rsidRDefault="00000000">
            <w:pPr>
              <w:spacing w:before="60" w:after="60"/>
            </w:pPr>
            <w:r>
              <w:rPr>
                <w:rFonts w:ascii="Nanum Gothic" w:eastAsia="Nanum Gothic" w:hAnsi="Nanum Gothic" w:cs="Nanum Gothic"/>
                <w:color w:val="1A1A1A"/>
                <w:sz w:val="20"/>
              </w:rPr>
              <w:t>요청 서명 + 임시 토큰</w:t>
            </w:r>
          </w:p>
        </w:tc>
        <w:tc>
          <w:tcPr>
            <w:tcW w:w="3024" w:type="dxa"/>
          </w:tcPr>
          <w:p w14:paraId="75EE3C6F" w14:textId="77777777" w:rsidR="00226CAC" w:rsidRDefault="00000000">
            <w:pPr>
              <w:spacing w:before="60" w:after="60"/>
            </w:pPr>
            <w:r>
              <w:rPr>
                <w:rFonts w:ascii="Nanum Gothic" w:eastAsia="Nanum Gothic" w:hAnsi="Nanum Gothic" w:cs="Nanum Gothic"/>
                <w:color w:val="1A1A1A"/>
                <w:sz w:val="20"/>
              </w:rPr>
              <w:t>AWS Bedrock</w:t>
            </w:r>
          </w:p>
        </w:tc>
      </w:tr>
    </w:tbl>
    <w:p w14:paraId="1553505F" w14:textId="77777777" w:rsidR="00226CAC" w:rsidRDefault="00226CAC"/>
    <w:tbl>
      <w:tblPr>
        <w:tblStyle w:val="af9"/>
        <w:tblW w:w="0" w:type="auto"/>
        <w:tblLayout w:type="fixed"/>
        <w:tblLook w:val="04A0" w:firstRow="1" w:lastRow="0" w:firstColumn="1" w:lastColumn="0" w:noHBand="0" w:noVBand="1"/>
      </w:tblPr>
      <w:tblGrid>
        <w:gridCol w:w="400"/>
        <w:gridCol w:w="8672"/>
      </w:tblGrid>
      <w:tr w:rsidR="00226CAC" w14:paraId="321EE2A9" w14:textId="77777777">
        <w:tc>
          <w:tcPr>
            <w:tcW w:w="400" w:type="dxa"/>
            <w:shd w:val="clear" w:color="auto" w:fill="C05621"/>
          </w:tcPr>
          <w:p w14:paraId="383EFC77" w14:textId="77777777" w:rsidR="00226CAC" w:rsidRDefault="00226CAC">
            <w:pPr>
              <w:spacing w:before="80" w:after="80"/>
            </w:pPr>
          </w:p>
        </w:tc>
        <w:tc>
          <w:tcPr>
            <w:tcW w:w="8672" w:type="dxa"/>
            <w:shd w:val="clear" w:color="auto" w:fill="FFF7E6"/>
          </w:tcPr>
          <w:p w14:paraId="636844A9" w14:textId="77777777" w:rsidR="00226CAC" w:rsidRDefault="00000000">
            <w:pPr>
              <w:spacing w:before="80" w:after="80"/>
            </w:pPr>
            <w:r>
              <w:rPr>
                <w:rFonts w:ascii="Nanum Gothic" w:eastAsia="Nanum Gothic" w:hAnsi="Nanum Gothic" w:cs="Nanum Gothic"/>
                <w:b/>
                <w:color w:val="C05621"/>
                <w:sz w:val="20"/>
                <w:lang w:eastAsia="ko-KR"/>
              </w:rPr>
              <w:t>⚠️ 주의</w:t>
            </w:r>
            <w:r>
              <w:rPr>
                <w:rFonts w:ascii="Apple SD Gothic Neo" w:eastAsia="Nanum Gothic" w:hAnsi="Apple SD Gothic Neo" w:cs="Apple SD Gothic Neo"/>
                <w:b/>
                <w:color w:val="C05621"/>
                <w:sz w:val="20"/>
                <w:lang w:eastAsia="ko-KR"/>
              </w:rPr>
              <w:br/>
            </w:r>
            <w:r>
              <w:rPr>
                <w:rFonts w:ascii="Nanum Gothic" w:eastAsia="Nanum Gothic" w:hAnsi="Nanum Gothic" w:cs="Nanum Gothic"/>
                <w:color w:val="1A1A1A"/>
                <w:sz w:val="20"/>
                <w:lang w:eastAsia="ko-KR"/>
              </w:rPr>
              <w:t xml:space="preserve">보안 필수 규칙 (아래 §7.7에서 상세 설명): API 키를 코드에 하드코딩하지 마세요. API 키를 Git에 올리지 마세요. </w:t>
            </w:r>
            <w:r>
              <w:rPr>
                <w:rFonts w:ascii="Nanum Gothic" w:eastAsia="Nanum Gothic" w:hAnsi="Nanum Gothic" w:cs="Nanum Gothic"/>
                <w:color w:val="1A1A1A"/>
                <w:sz w:val="20"/>
              </w:rPr>
              <w:t>API 키를 AI 채팅창에 붙여넣지 마세요.</w:t>
            </w:r>
          </w:p>
        </w:tc>
      </w:tr>
    </w:tbl>
    <w:p w14:paraId="65EA2A02" w14:textId="77777777" w:rsidR="00226CAC" w:rsidRDefault="00226CAC"/>
    <w:p w14:paraId="635A8CE7" w14:textId="77777777" w:rsidR="00226CAC" w:rsidRDefault="00000000">
      <w:pPr>
        <w:spacing w:before="160" w:after="40"/>
      </w:pPr>
      <w:r>
        <w:rPr>
          <w:rFonts w:ascii="Nanum Gothic" w:eastAsia="Nanum Gothic" w:hAnsi="Nanum Gothic" w:cs="Nanum Gothic"/>
          <w:b/>
          <w:color w:val="024AD8"/>
          <w:sz w:val="24"/>
        </w:rPr>
        <w:t>③ 요청 스키마 (Request Schema)</w:t>
      </w:r>
    </w:p>
    <w:p w14:paraId="23DC75A0" w14:textId="77777777" w:rsidR="00226CAC" w:rsidRDefault="00000000">
      <w:pPr>
        <w:spacing w:before="60" w:after="60"/>
      </w:pPr>
      <w:r>
        <w:rPr>
          <w:rFonts w:ascii="Nanum Gothic" w:eastAsia="Nanum Gothic" w:hAnsi="Nanum Gothic" w:cs="Nanum Gothic"/>
          <w:color w:val="1A1A1A"/>
          <w:sz w:val="20"/>
          <w:lang w:eastAsia="ko-KR"/>
        </w:rPr>
        <w:t xml:space="preserve">서버에 보내는 JSON 데이터 구조입니다. </w:t>
      </w:r>
      <w:r>
        <w:rPr>
          <w:rFonts w:ascii="Nanum Gothic" w:eastAsia="Nanum Gothic" w:hAnsi="Nanum Gothic" w:cs="Nanum Gothic"/>
          <w:color w:val="1A1A1A"/>
          <w:sz w:val="20"/>
        </w:rPr>
        <w:t>JSON(JavaScript Object Notation)은 키-값 쌍의 데이터 형식입니다.</w:t>
      </w:r>
    </w:p>
    <w:p w14:paraId="5B9950B1" w14:textId="77777777" w:rsidR="00226CAC" w:rsidRDefault="00000000">
      <w:pPr>
        <w:spacing w:before="60" w:after="60"/>
      </w:pPr>
      <w:r>
        <w:rPr>
          <w:rFonts w:ascii="Nanum Gothic" w:eastAsia="Nanum Gothic" w:hAnsi="Nanum Gothic" w:cs="Nanum Gothic"/>
          <w:color w:val="1A1A1A"/>
          <w:sz w:val="20"/>
        </w:rPr>
        <w:t>OpenAI API 요청 구조 예시:</w:t>
      </w:r>
    </w:p>
    <w:tbl>
      <w:tblPr>
        <w:tblStyle w:val="af9"/>
        <w:tblW w:w="0" w:type="auto"/>
        <w:tblLook w:val="04A0" w:firstRow="1" w:lastRow="0" w:firstColumn="1" w:lastColumn="0" w:noHBand="0" w:noVBand="1"/>
      </w:tblPr>
      <w:tblGrid>
        <w:gridCol w:w="9072"/>
      </w:tblGrid>
      <w:tr w:rsidR="00226CAC" w14:paraId="2DBC7DD8" w14:textId="77777777">
        <w:tc>
          <w:tcPr>
            <w:tcW w:w="9072" w:type="dxa"/>
            <w:shd w:val="clear" w:color="auto" w:fill="F7F7F7"/>
          </w:tcPr>
          <w:p w14:paraId="23B980C7" w14:textId="77777777" w:rsidR="00226CAC" w:rsidRDefault="00000000">
            <w:pPr>
              <w:spacing w:before="20" w:after="20" w:line="220" w:lineRule="exact"/>
            </w:pPr>
            <w:r>
              <w:rPr>
                <w:rFonts w:ascii="Nanum Gothic" w:hAnsi="Nanum Gothic" w:eastAsia="Nanum Gothic" w:cs="Nanum Gothic"/>
                <w:color w:val="1A1A1A"/>
                <w:sz w:val="19"/>
              </w:rPr>
              <w:t>{</w:t>
              <w:br/>
              <w:t xml:space="preserve">  "model": "gemini-1.5-pro",</w:t>
              <w:br/>
              <w:t xml:space="preserve">  "messages": [</w:t>
              <w:br/>
              <w:t xml:space="preserve">    {</w:t>
              <w:br/>
              <w:t xml:space="preserve">      "role": "system",</w:t>
              <w:br/>
              <w:t xml:space="preserve">      "content": "..."</w:t>
              <w:br/>
              <w:t xml:space="preserve">    },</w:t>
              <w:br/>
              <w:t xml:space="preserve">    {</w:t>
              <w:br/>
              <w:t xml:space="preserve">      "role": "user",</w:t>
              <w:br/>
              <w:t xml:space="preserve">      "content": "안녕하세요"</w:t>
              <w:br/>
              <w:t xml:space="preserve">    }</w:t>
              <w:br/>
              <w:t xml:space="preserve">  ],</w:t>
              <w:br/>
              <w:t xml:space="preserve">  "temperature": 0.7,</w:t>
              <w:br/>
              <w:t xml:space="preserve">  "max_tokens": 200</w:t>
              <w:br/>
              <w:t>}</w:t>
            </w:r>
          </w:p>
        </w:tc>
      </w:tr>
    </w:tbl>
    <w:p w14:paraId="3334904D" w14:textId="77777777" w:rsidR="00226CAC" w:rsidRDefault="00226CAC"/>
    <w:p w14:paraId="0290A2BB" w14:textId="77777777" w:rsidR="00226CAC" w:rsidRDefault="00000000">
      <w:pPr>
        <w:spacing w:before="60" w:after="60"/>
      </w:pPr>
      <w:r>
        <w:rPr>
          <w:rFonts w:ascii="D2Coding" w:hAnsi="D2Coding" w:eastAsia="D2Coding" w:cs="D2Coding"/>
          <w:color w:val="1A1A1A"/>
          <w:sz w:val="19"/>
        </w:rPr>
        <w:t>messages</w:t>
      </w:r>
      <w:r>
        <w:rPr>
          <w:rFonts w:ascii="Nanum Gothic" w:eastAsia="Nanum Gothic" w:hAnsi="Nanum Gothic" w:cs="Nanum Gothic"/>
          <w:color w:val="1A1A1A"/>
          <w:sz w:val="20"/>
        </w:rPr>
        <w:t xml:space="preserve"> 배열의 </w:t>
      </w:r>
      <w:r>
        <w:rPr>
          <w:rFonts w:ascii="D2Coding" w:hAnsi="D2Coding" w:eastAsia="D2Coding" w:cs="D2Coding"/>
          <w:color w:val="1A1A1A"/>
          <w:sz w:val="19"/>
        </w:rPr>
        <w:t>role</w:t>
      </w:r>
      <w:r>
        <w:rPr>
          <w:rFonts w:ascii="Nanum Gothic" w:eastAsia="Nanum Gothic" w:hAnsi="Nanum Gothic" w:cs="Nanum Gothic"/>
          <w:color w:val="1A1A1A"/>
          <w:sz w:val="20"/>
        </w:rPr>
        <w:t xml:space="preserve"> 값:</w:t>
      </w:r>
    </w:p>
    <w:p w14:paraId="01BFA1BA" w14:textId="77777777" w:rsidR="00226CAC" w:rsidRDefault="00000000">
      <w:pPr>
        <w:spacing w:before="40" w:after="40"/>
        <w:ind w:left="397"/>
      </w:pPr>
      <w:r>
        <w:rPr>
          <w:rFonts w:ascii="Nanum Gothic" w:eastAsia="Nanum Gothic" w:hAnsi="Nanum Gothic" w:cs="Nanum Gothic"/>
          <w:color w:val="1A1A1A"/>
          <w:sz w:val="20"/>
        </w:rPr>
        <w:t>• "system": 모델의 응답 기준을 정하는 시스템 지시</w:t>
      </w:r>
    </w:p>
    <w:p w14:paraId="2FABFC1E" w14:textId="77777777" w:rsidR="00226CAC" w:rsidRDefault="00000000">
      <w:pPr>
        <w:spacing w:before="40" w:after="40"/>
        <w:ind w:left="397"/>
      </w:pPr>
      <w:r>
        <w:rPr>
          <w:rFonts w:ascii="Nanum Gothic" w:eastAsia="Nanum Gothic" w:hAnsi="Nanum Gothic" w:cs="Nanum Gothic"/>
          <w:color w:val="1A1A1A"/>
          <w:sz w:val="20"/>
        </w:rPr>
        <w:t xml:space="preserve">• </w:t>
      </w:r>
      <w:r>
        <w:rPr>
          <w:rFonts w:ascii="D2Coding" w:hAnsi="D2Coding" w:eastAsia="D2Coding" w:cs="D2Coding"/>
          <w:color w:val="1A1A1A"/>
          <w:sz w:val="19"/>
        </w:rPr>
        <w:t>"user"</w:t>
      </w:r>
      <w:r>
        <w:rPr>
          <w:rFonts w:ascii="Nanum Gothic" w:eastAsia="Nanum Gothic" w:hAnsi="Nanum Gothic" w:cs="Nanum Gothic"/>
          <w:color w:val="1A1A1A"/>
          <w:sz w:val="20"/>
        </w:rPr>
        <w:t>: 사용자 입력</w:t>
      </w:r>
    </w:p>
    <w:p w14:paraId="73F3E76D" w14:textId="77777777" w:rsidR="00226CAC" w:rsidRDefault="00000000">
      <w:pPr>
        <w:spacing w:before="40" w:after="40"/>
        <w:ind w:left="397"/>
      </w:pPr>
      <w:r>
        <w:rPr>
          <w:rFonts w:ascii="Nanum Gothic" w:eastAsia="Nanum Gothic" w:hAnsi="Nanum Gothic" w:cs="Nanum Gothic"/>
          <w:color w:val="1A1A1A"/>
          <w:sz w:val="20"/>
        </w:rPr>
        <w:t xml:space="preserve">• </w:t>
      </w:r>
      <w:r>
        <w:rPr>
          <w:rFonts w:ascii="D2Coding" w:hAnsi="D2Coding" w:eastAsia="D2Coding" w:cs="D2Coding"/>
          <w:color w:val="1A1A1A"/>
          <w:sz w:val="19"/>
        </w:rPr>
        <w:t>"assistant"</w:t>
      </w:r>
      <w:r>
        <w:rPr>
          <w:rFonts w:ascii="Nanum Gothic" w:eastAsia="Nanum Gothic" w:hAnsi="Nanum Gothic" w:cs="Nanum Gothic"/>
          <w:color w:val="1A1A1A"/>
          <w:sz w:val="20"/>
        </w:rPr>
        <w:t>: 이전 AI 응답 (대화 히스토리)</w:t>
      </w:r>
    </w:p>
    <w:p w14:paraId="6F0245AB"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④ 응답 스키마 (Response Schema)</w:t>
      </w:r>
    </w:p>
    <w:p w14:paraId="4537A1B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서버가 돌려주는 JSON 구조입니다.</w:t>
      </w:r>
    </w:p>
    <w:p w14:paraId="0244A9C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OpenAI API 응답 구조 예시:</w:t>
      </w:r>
    </w:p>
    <w:tbl>
      <w:tblPr>
        <w:tblStyle w:val="af9"/>
        <w:tblW w:w="0" w:type="auto"/>
        <w:tblLook w:val="04A0" w:firstRow="1" w:lastRow="0" w:firstColumn="1" w:lastColumn="0" w:noHBand="0" w:noVBand="1"/>
      </w:tblPr>
      <w:tblGrid>
        <w:gridCol w:w="9072"/>
      </w:tblGrid>
      <w:tr w:rsidR="00226CAC" w14:paraId="5FB20EC7" w14:textId="77777777">
        <w:tc>
          <w:tcPr>
            <w:tcW w:w="9072" w:type="dxa"/>
            <w:shd w:val="clear" w:color="auto" w:fill="F7F7F7"/>
          </w:tcPr>
          <w:p w14:paraId="1F32E4A8" w14:textId="77777777" w:rsidR="00226CAC" w:rsidRDefault="00000000">
            <w:pPr>
              <w:spacing w:before="20" w:after="20" w:line="220" w:lineRule="exact"/>
            </w:pPr>
            <w:r>
              <w:rPr>
                <w:rFonts w:ascii="Nanum Gothic" w:hAnsi="Nanum Gothic" w:eastAsia="Nanum Gothic" w:cs="Nanum Gothic"/>
                <w:color w:val="1A1A1A"/>
                <w:sz w:val="19"/>
              </w:rPr>
              <w:t>{</w:t>
              <w:br/>
              <w:t xml:space="preserve">  "choices": [</w:t>
              <w:br/>
              <w:t xml:space="preserve">    {</w:t>
              <w:br/>
              <w:t xml:space="preserve">      "message": {</w:t>
              <w:br/>
              <w:t xml:space="preserve">        "role": "assistant",</w:t>
              <w:br/>
              <w:t xml:space="preserve">        "content": "안녕하세요! 도움이 필요하시면..."</w:t>
              <w:br/>
              <w:t xml:space="preserve">      },</w:t>
              <w:br/>
              <w:t xml:space="preserve">      "finish_reason": "stop"</w:t>
              <w:br/>
              <w:t xml:space="preserve">    }</w:t>
              <w:br/>
              <w:t xml:space="preserve">  ],</w:t>
              <w:br/>
              <w:t xml:space="preserve">  "usage": {</w:t>
              <w:br/>
              <w:t xml:space="preserve">    "prompt_tokens": 23,</w:t>
              <w:br/>
              <w:t xml:space="preserve">    "completion_tokens": 45,</w:t>
              <w:br/>
              <w:t xml:space="preserve">    "total_tokens": 68</w:t>
              <w:br/>
              <w:t xml:space="preserve">  }</w:t>
              <w:br/>
              <w:t>}</w:t>
            </w:r>
          </w:p>
        </w:tc>
      </w:tr>
    </w:tbl>
    <w:p w14:paraId="4CEDDBD5" w14:textId="77777777" w:rsidR="00226CAC" w:rsidRDefault="00226CAC"/>
    <w:p w14:paraId="5C1757AA" w14:textId="77777777" w:rsidR="00226CAC" w:rsidRDefault="00000000">
      <w:pPr>
        <w:spacing w:before="60" w:after="60"/>
      </w:pPr>
      <w:r>
        <w:rPr>
          <w:rFonts w:ascii="Nanum Gothic" w:eastAsia="Nanum Gothic" w:hAnsi="Nanum Gothic" w:cs="Nanum Gothic"/>
          <w:color w:val="1A1A1A"/>
          <w:sz w:val="20"/>
        </w:rPr>
        <w:t>핵심 접근 경로:</w:t>
      </w:r>
    </w:p>
    <w:p w14:paraId="068AF412" w14:textId="77777777" w:rsidR="00226CAC" w:rsidRDefault="00000000">
      <w:pPr>
        <w:spacing w:before="40" w:after="40"/>
        <w:ind w:left="397"/>
      </w:pPr>
      <w:r>
        <w:rPr>
          <w:rFonts w:ascii="Nanum Gothic" w:eastAsia="Nanum Gothic" w:hAnsi="Nanum Gothic" w:cs="Nanum Gothic"/>
          <w:color w:val="1A1A1A"/>
          <w:sz w:val="20"/>
        </w:rPr>
        <w:t xml:space="preserve">• </w:t>
      </w:r>
      <w:r>
        <w:rPr>
          <w:rFonts w:ascii="Nanum Gothic" w:eastAsia="Nanum Gothic" w:hAnsi="Nanum Gothic" w:cs="Nanum Gothic"/>
          <w:b/>
          <w:color w:val="1A1A1A"/>
          <w:sz w:val="20"/>
        </w:rPr>
        <w:t>응답 텍스트</w:t>
      </w:r>
      <w:r>
        <w:rPr>
          <w:rFonts w:ascii="Nanum Gothic" w:eastAsia="Nanum Gothic" w:hAnsi="Nanum Gothic" w:cs="Nanum Gothic"/>
          <w:color w:val="1A1A1A"/>
          <w:sz w:val="20"/>
        </w:rPr>
        <w:t xml:space="preserve">: </w:t>
      </w:r>
      <w:r>
        <w:rPr>
          <w:rFonts w:ascii="D2Coding" w:hAnsi="D2Coding" w:eastAsia="D2Coding" w:cs="D2Coding"/>
          <w:color w:val="1A1A1A"/>
          <w:sz w:val="19"/>
        </w:rPr>
        <w:t>data["choices"][0]["message"]["content"]</w:t>
      </w:r>
    </w:p>
    <w:p w14:paraId="1BC20BD1" w14:textId="77777777" w:rsidR="00226CAC" w:rsidRDefault="00000000">
      <w:pPr>
        <w:spacing w:before="40" w:after="40"/>
        <w:ind w:left="397"/>
      </w:pPr>
      <w:r>
        <w:rPr>
          <w:rFonts w:ascii="Nanum Gothic" w:eastAsia="Nanum Gothic" w:hAnsi="Nanum Gothic" w:cs="Nanum Gothic"/>
          <w:color w:val="1A1A1A"/>
          <w:sz w:val="20"/>
        </w:rPr>
        <w:t xml:space="preserve">• </w:t>
      </w:r>
      <w:r>
        <w:rPr>
          <w:rFonts w:ascii="Nanum Gothic" w:eastAsia="Nanum Gothic" w:hAnsi="Nanum Gothic" w:cs="Nanum Gothic"/>
          <w:b/>
          <w:color w:val="1A1A1A"/>
          <w:sz w:val="20"/>
        </w:rPr>
        <w:t>총 토큰</w:t>
      </w:r>
      <w:r>
        <w:rPr>
          <w:rFonts w:ascii="Nanum Gothic" w:eastAsia="Nanum Gothic" w:hAnsi="Nanum Gothic" w:cs="Nanum Gothic"/>
          <w:color w:val="1A1A1A"/>
          <w:sz w:val="20"/>
        </w:rPr>
        <w:t xml:space="preserve">: </w:t>
      </w:r>
      <w:r>
        <w:rPr>
          <w:rFonts w:ascii="D2Coding" w:hAnsi="D2Coding" w:eastAsia="D2Coding" w:cs="D2Coding"/>
          <w:color w:val="1A1A1A"/>
          <w:sz w:val="19"/>
        </w:rPr>
        <w:t>data["usage"]["total_tokens"]</w:t>
      </w:r>
    </w:p>
    <w:p w14:paraId="7E4C0A05" w14:textId="77777777" w:rsidR="00226CAC" w:rsidRDefault="00000000">
      <w:pPr>
        <w:spacing w:before="160" w:after="40"/>
      </w:pPr>
      <w:r>
        <w:rPr>
          <w:rFonts w:ascii="Nanum Gothic" w:eastAsia="Nanum Gothic" w:hAnsi="Nanum Gothic" w:cs="Nanum Gothic"/>
          <w:b/>
          <w:color w:val="024AD8"/>
          <w:sz w:val="24"/>
        </w:rPr>
        <w:t>⑤ 스트리밍 (Streaming)</w:t>
      </w:r>
    </w:p>
    <w:p w14:paraId="46294B64"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비스트리밍</w:t>
      </w:r>
      <w:r>
        <w:rPr>
          <w:rFonts w:ascii="Nanum Gothic" w:eastAsia="Nanum Gothic" w:hAnsi="Nanum Gothic" w:cs="Nanum Gothic"/>
          <w:color w:val="1A1A1A"/>
          <w:sz w:val="20"/>
          <w:lang w:eastAsia="ko-KR"/>
        </w:rPr>
        <w:t xml:space="preserve">: 응답 전체가 완성될 때까지 기다렸다가 한 번에 전송. </w:t>
      </w:r>
      <w:r>
        <w:rPr>
          <w:rFonts w:ascii="Nanum Gothic" w:eastAsia="Nanum Gothic" w:hAnsi="Nanum Gothic" w:cs="Nanum Gothic"/>
          <w:b/>
          <w:color w:val="1A1A1A"/>
          <w:sz w:val="20"/>
          <w:lang w:eastAsia="ko-KR"/>
        </w:rPr>
        <w:t>스트리밍</w:t>
      </w:r>
      <w:r>
        <w:rPr>
          <w:rFonts w:ascii="Nanum Gothic" w:eastAsia="Nanum Gothic" w:hAnsi="Nanum Gothic" w:cs="Nanum Gothic"/>
          <w:color w:val="1A1A1A"/>
          <w:sz w:val="20"/>
          <w:lang w:eastAsia="ko-KR"/>
        </w:rPr>
        <w:t>: 응답 토큰이 생성되는 즉시 클라이언트에 전송.</w:t>
      </w:r>
    </w:p>
    <w:p w14:paraId="393E129F"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ChatGPT에서 글자가 타이핑되듯 나타나는 것 → 스트리밍 적용. API에서 </w:t>
      </w:r>
      <w:r>
        <w:rPr>
          <w:rFonts w:ascii="D2Coding" w:hAnsi="D2Coding" w:eastAsia="D2Coding" w:cs="D2Coding"/>
          <w:color w:val="1A1A1A"/>
          <w:sz w:val="19"/>
          <w:lang w:eastAsia="ko-KR"/>
        </w:rPr>
        <w:t>"stream": true</w:t>
      </w:r>
      <w:r>
        <w:rPr>
          <w:rFonts w:ascii="Nanum Gothic" w:eastAsia="Nanum Gothic" w:hAnsi="Nanum Gothic" w:cs="Nanum Gothic"/>
          <w:color w:val="1A1A1A"/>
          <w:sz w:val="20"/>
          <w:lang w:eastAsia="ko-KR"/>
        </w:rPr>
        <w:t xml:space="preserve"> 파라미터로 활성화.</w:t>
      </w:r>
    </w:p>
    <w:p w14:paraId="1D5D28B1"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스트리밍 장점:</w:t>
      </w:r>
    </w:p>
    <w:p w14:paraId="19EEDA5B"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사용자가 빠른 첫 응답을 받는다 (체감 속도 향상)</w:t>
      </w:r>
    </w:p>
    <w:p w14:paraId="7B3B968B"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긴 응답도 "생성 중" 상태를 보여줄 수 있다</w:t>
      </w:r>
    </w:p>
    <w:p w14:paraId="380B494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 세션에서는 스트리밍 없는 방식(동기 호출)으로 실습합니다. 스트리밍 구현은 추후 과정에서 다룹니다.</w:t>
      </w:r>
    </w:p>
    <w:p w14:paraId="24063F12"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⑥ 토큰 과금 (Token Billing)</w:t>
      </w:r>
    </w:p>
    <w:p w14:paraId="1EAE6411"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대부분의 LLM API는 토큰 수로 과금합니다.</w:t>
      </w:r>
    </w:p>
    <w:p w14:paraId="2341A171" w14:textId="77777777" w:rsidR="00226CAC" w:rsidRDefault="00000000">
      <w:pPr>
        <w:spacing w:before="60" w:after="60"/>
      </w:pPr>
      <w:r>
        <w:rPr>
          <w:rFonts w:ascii="Nanum Gothic" w:eastAsia="Nanum Gothic" w:hAnsi="Nanum Gothic" w:cs="Nanum Gothic"/>
          <w:color w:val="1A1A1A"/>
          <w:sz w:val="20"/>
        </w:rPr>
        <w:t>과금 계산:</w:t>
      </w:r>
    </w:p>
    <w:tbl>
      <w:tblPr>
        <w:tblStyle w:val="af9"/>
        <w:tblW w:w="0" w:type="auto"/>
        <w:tblLook w:val="04A0" w:firstRow="1" w:lastRow="0" w:firstColumn="1" w:lastColumn="0" w:noHBand="0" w:noVBand="1"/>
      </w:tblPr>
      <w:tblGrid>
        <w:gridCol w:w="9072"/>
      </w:tblGrid>
      <w:tr w:rsidR="00226CAC" w14:paraId="1D88E1E1" w14:textId="77777777">
        <w:tc>
          <w:tcPr>
            <w:tcW w:w="9072" w:type="dxa"/>
            <w:shd w:val="clear" w:color="auto" w:fill="F7F7F7"/>
          </w:tcPr>
          <w:p w14:paraId="27DB278C"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총</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비용</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입력</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토큰</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입력</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단가</w:t>
            </w:r>
            <w:r>
              <w:rPr>
                <w:rFonts w:ascii="Nanum Gothic" w:hAnsi="Nanum Gothic" w:eastAsia="Nanum Gothic" w:cs="Nanum Gothic"/>
                <w:color w:val="1A1A1A"/>
                <w:sz w:val="19"/>
                <w:lang w:eastAsia="ko-KR"/>
              </w:rPr>
              <w:t>) + (</w:t>
            </w:r>
            <w:r>
              <w:rPr>
                <w:rFonts w:ascii="Nanum Gothic" w:hAnsi="Nanum Gothic" w:eastAsia="Nanum Gothic" w:cs="Nanum Gothic"/>
                <w:color w:val="1A1A1A"/>
                <w:sz w:val="19"/>
                <w:lang w:eastAsia="ko-KR"/>
              </w:rPr>
              <w:t>출력</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토큰</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출력</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단가</w:t>
            </w:r>
            <w:r>
              <w:rPr>
                <w:rFonts w:ascii="Nanum Gothic" w:hAnsi="Nanum Gothic" w:eastAsia="Nanum Gothic" w:cs="Nanum Gothic"/>
                <w:color w:val="1A1A1A"/>
                <w:sz w:val="19"/>
                <w:lang w:eastAsia="ko-KR"/>
              </w:rPr>
              <w:t>)</w:t>
            </w:r>
          </w:p>
        </w:tc>
      </w:tr>
    </w:tbl>
    <w:p w14:paraId="274E3B2C" w14:textId="77777777" w:rsidR="00226CAC" w:rsidRDefault="00226CAC">
      <w:pPr>
        <w:rPr>
          <w:rFonts w:eastAsia="Nanum Gothic"/>
          <w:lang w:eastAsia="ko-KR"/>
        </w:rPr>
      </w:pPr>
    </w:p>
    <w:p w14:paraId="7F40D6E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예시 (교육용 추정, 실제 단가는 각 공급사 공식 가격표 참조):</w:t>
      </w:r>
    </w:p>
    <w:p w14:paraId="75826164"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입력: 1M 토큰당 $1.00</w:t>
      </w:r>
    </w:p>
    <w:p w14:paraId="25DF3FF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출력: 1M 토큰당 $3.00</w:t>
      </w:r>
    </w:p>
    <w:p w14:paraId="00A61D0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계산:</w:t>
      </w:r>
    </w:p>
    <w:p w14:paraId="7FB4931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요청 1회: 입력 100토큰 + 출력 200토큰 = 합계 300토큰</w:t>
      </w:r>
    </w:p>
    <w:p w14:paraId="4D7CF69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하루 1,000회 요청: 300,000토큰</w:t>
      </w:r>
    </w:p>
    <w:p w14:paraId="4E0CB421"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월 비용: 입력 $0.10 + 출력 $0.60 = $0.70</w:t>
      </w:r>
    </w:p>
    <w:p w14:paraId="5867357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"하루 1,000번 써도 1달러가 안 된다."</w:t>
      </w:r>
    </w:p>
    <w:tbl>
      <w:tblPr>
        <w:tblStyle w:val="af9"/>
        <w:tblW w:w="0" w:type="auto"/>
        <w:tblLayout w:type="fixed"/>
        <w:tblLook w:val="04A0" w:firstRow="1" w:lastRow="0" w:firstColumn="1" w:lastColumn="0" w:noHBand="0" w:noVBand="1"/>
      </w:tblPr>
      <w:tblGrid>
        <w:gridCol w:w="400"/>
        <w:gridCol w:w="8672"/>
      </w:tblGrid>
      <w:tr w:rsidR="00226CAC" w14:paraId="00A649F4" w14:textId="77777777">
        <w:tc>
          <w:tcPr>
            <w:tcW w:w="400" w:type="dxa"/>
            <w:shd w:val="clear" w:color="auto" w:fill="4A5568"/>
          </w:tcPr>
          <w:p w14:paraId="0A7A3FFE" w14:textId="77777777" w:rsidR="00226CAC" w:rsidRDefault="00226CAC">
            <w:pPr>
              <w:spacing w:before="80" w:after="80"/>
              <w:rPr>
                <w:rFonts w:eastAsia="Nanum Gothic"/>
                <w:lang w:eastAsia="ko-KR"/>
              </w:rPr>
            </w:pPr>
          </w:p>
        </w:tc>
        <w:tc>
          <w:tcPr>
            <w:tcW w:w="8672" w:type="dxa"/>
            <w:shd w:val="clear" w:color="auto" w:fill="F7F7F7"/>
          </w:tcPr>
          <w:p w14:paraId="0EF5A421" w14:textId="77777777" w:rsidR="00226CAC" w:rsidRDefault="00000000">
            <w:pPr>
              <w:spacing w:before="80" w:after="80"/>
              <w:rPr>
                <w:rFonts w:eastAsia="Nanum Gothic"/>
                <w:lang w:eastAsia="ko-KR"/>
              </w:rPr>
            </w:pPr>
            <w:r>
              <w:rPr>
                <w:rFonts w:ascii="Nanum Gothic" w:eastAsia="Nanum Gothic" w:hAnsi="Nanum Gothic" w:cs="Nanum Gothic"/>
                <w:b/>
                <w:color w:val="4A5568"/>
                <w:sz w:val="20"/>
                <w:lang w:eastAsia="ko-KR"/>
              </w:rPr>
              <w:t>📌 Note</w:t>
            </w:r>
            <w:r>
              <w:rPr>
                <w:rFonts w:ascii="Apple SD Gothic Neo" w:eastAsia="Nanum Gothic" w:hAnsi="Apple SD Gothic Neo" w:cs="Apple SD Gothic Neo"/>
                <w:b/>
                <w:color w:val="4A5568"/>
                <w:sz w:val="20"/>
                <w:lang w:eastAsia="ko-KR"/>
              </w:rPr>
              <w:br/>
            </w:r>
            <w:r>
              <w:rPr>
                <w:rFonts w:ascii="Nanum Gothic" w:eastAsia="Nanum Gothic" w:hAnsi="Nanum Gothic" w:cs="Nanum Gothic"/>
                <w:color w:val="1A1A1A"/>
                <w:sz w:val="20"/>
                <w:lang w:eastAsia="ko-KR"/>
              </w:rPr>
              <w:t>⚠️ 실제 단가는 모델·공급사·계약에 따라 크게 다릅니다. 실무 예산 계획은 각 공급사 공식 가격표를 반드시 확인하세요.</w:t>
            </w:r>
          </w:p>
        </w:tc>
      </w:tr>
    </w:tbl>
    <w:p w14:paraId="066FBF74" w14:textId="77777777" w:rsidR="00226CAC" w:rsidRDefault="00226CAC">
      <w:pPr>
        <w:rPr>
          <w:rFonts w:eastAsia="Nanum Gothic"/>
          <w:lang w:eastAsia="ko-KR"/>
        </w:rPr>
      </w:pPr>
    </w:p>
    <w:p w14:paraId="08108642"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⑦ 온도 (Temperature)</w:t>
      </w:r>
    </w:p>
    <w:p w14:paraId="7CFB4B08" w14:textId="3635EB6C" w:rsidR="00226CAC" w:rsidRDefault="00F7714C">
      <w:pPr>
        <w:spacing w:before="60" w:after="60"/>
        <w:rPr>
          <w:rFonts w:eastAsia="Nanum Gothic"/>
          <w:lang w:eastAsia="ko-KR"/>
        </w:rPr>
      </w:pPr>
      <w:r>
        <w:rPr>
          <w:rFonts w:ascii="Nanum Gothic" w:eastAsia="Nanum Gothic" w:hAnsi="Nanum Gothic" w:cs="Nanum Gothic" w:hint="eastAsia"/>
          <w:color w:val="1A1A1A"/>
          <w:sz w:val="20"/>
          <w:lang w:eastAsia="ko-KR"/>
        </w:rPr>
        <w:t>앞서</w:t>
      </w:r>
      <w:r>
        <w:rPr>
          <w:rFonts w:ascii="Nanum Gothic" w:eastAsia="Nanum Gothic" w:hAnsi="Nanum Gothic" w:cs="Nanum Gothic"/>
          <w:color w:val="1A1A1A"/>
          <w:sz w:val="20"/>
          <w:lang w:eastAsia="ko-KR"/>
        </w:rPr>
        <w:t xml:space="preserve"> 배운 온도 개념 복습:</w:t>
      </w:r>
    </w:p>
    <w:p w14:paraId="4F7A6B2D"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0 = 재현 가능 (같은 질문 → 항상 같은 답)</w:t>
      </w:r>
    </w:p>
    <w:p w14:paraId="266E89C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0.7 = 균형 (창의성과 일관성의 균형)</w:t>
      </w:r>
    </w:p>
    <w:p w14:paraId="79A81E0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1.5+ = 창의적이지만 예측 불가</w:t>
      </w:r>
    </w:p>
    <w:p w14:paraId="4195267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lastRenderedPageBreak/>
        <w:t xml:space="preserve">API에서의 온도: 요청 스키마 JSON의 </w:t>
      </w:r>
      <w:r>
        <w:rPr>
          <w:rFonts w:ascii="D2Coding" w:hAnsi="D2Coding" w:eastAsia="D2Coding" w:cs="D2Coding"/>
          <w:color w:val="1A1A1A"/>
          <w:sz w:val="19"/>
          <w:lang w:eastAsia="ko-KR"/>
        </w:rPr>
        <w:t>"temperature"</w:t>
      </w:r>
      <w:r>
        <w:rPr>
          <w:rFonts w:ascii="Nanum Gothic" w:eastAsia="Nanum Gothic" w:hAnsi="Nanum Gothic" w:cs="Nanum Gothic"/>
          <w:color w:val="1A1A1A"/>
          <w:sz w:val="20"/>
          <w:lang w:eastAsia="ko-KR"/>
        </w:rPr>
        <w:t xml:space="preserve"> 필드로 직접 설정합니다. 챗 UI의 슬라이더와 완전히 같은 파라미터입니다.</w:t>
      </w:r>
    </w:p>
    <w:p w14:paraId="11F0C1E7"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7.3.3 HTTP 상태 코드 이해</w:t>
      </w:r>
    </w:p>
    <w:p w14:paraId="5C4B704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API 호출 성공 여부를 판단하는 첫 번째 지표:</w:t>
      </w:r>
    </w:p>
    <w:tbl>
      <w:tblPr>
        <w:tblStyle w:val="af9"/>
        <w:tblW w:w="0" w:type="auto"/>
        <w:tblLook w:val="04A0" w:firstRow="1" w:lastRow="0" w:firstColumn="1" w:lastColumn="0" w:noHBand="0" w:noVBand="1"/>
      </w:tblPr>
      <w:tblGrid>
        <w:gridCol w:w="3024"/>
        <w:gridCol w:w="3024"/>
        <w:gridCol w:w="3024"/>
      </w:tblGrid>
      <w:tr w:rsidR="00226CAC" w14:paraId="70291A61" w14:textId="77777777">
        <w:tc>
          <w:tcPr>
            <w:tcW w:w="3024" w:type="dxa"/>
            <w:shd w:val="clear" w:color="auto" w:fill="024AD8"/>
          </w:tcPr>
          <w:p w14:paraId="551EC721" w14:textId="77777777" w:rsidR="00226CAC" w:rsidRDefault="00000000">
            <w:pPr>
              <w:spacing w:before="60" w:after="60"/>
            </w:pPr>
            <w:r>
              <w:rPr>
                <w:rFonts w:ascii="Nanum Gothic" w:eastAsia="Nanum Gothic" w:hAnsi="Nanum Gothic" w:cs="Nanum Gothic"/>
                <w:b/>
                <w:color w:val="FFFFFF"/>
                <w:sz w:val="20"/>
              </w:rPr>
              <w:t>상태 코드</w:t>
            </w:r>
          </w:p>
        </w:tc>
        <w:tc>
          <w:tcPr>
            <w:tcW w:w="3024" w:type="dxa"/>
            <w:shd w:val="clear" w:color="auto" w:fill="024AD8"/>
          </w:tcPr>
          <w:p w14:paraId="18CA2272" w14:textId="77777777" w:rsidR="00226CAC" w:rsidRDefault="00000000">
            <w:pPr>
              <w:spacing w:before="60" w:after="60"/>
            </w:pPr>
            <w:r>
              <w:rPr>
                <w:rFonts w:ascii="Nanum Gothic" w:eastAsia="Nanum Gothic" w:hAnsi="Nanum Gothic" w:cs="Nanum Gothic"/>
                <w:b/>
                <w:color w:val="FFFFFF"/>
                <w:sz w:val="20"/>
              </w:rPr>
              <w:t>의미</w:t>
            </w:r>
          </w:p>
        </w:tc>
        <w:tc>
          <w:tcPr>
            <w:tcW w:w="3024" w:type="dxa"/>
            <w:shd w:val="clear" w:color="auto" w:fill="024AD8"/>
          </w:tcPr>
          <w:p w14:paraId="1D9820A5" w14:textId="77777777" w:rsidR="00226CAC" w:rsidRDefault="00000000">
            <w:pPr>
              <w:spacing w:before="60" w:after="60"/>
            </w:pPr>
            <w:r>
              <w:rPr>
                <w:rFonts w:ascii="Nanum Gothic" w:eastAsia="Nanum Gothic" w:hAnsi="Nanum Gothic" w:cs="Nanum Gothic"/>
                <w:b/>
                <w:color w:val="FFFFFF"/>
                <w:sz w:val="20"/>
              </w:rPr>
              <w:t>조치</w:t>
            </w:r>
          </w:p>
        </w:tc>
      </w:tr>
      <w:tr w:rsidR="00226CAC" w14:paraId="0A1924A8" w14:textId="77777777">
        <w:tc>
          <w:tcPr>
            <w:tcW w:w="3024" w:type="dxa"/>
          </w:tcPr>
          <w:p w14:paraId="73E5DD2B" w14:textId="77777777" w:rsidR="00226CAC" w:rsidRDefault="00000000">
            <w:pPr>
              <w:spacing w:before="60" w:after="60"/>
            </w:pPr>
            <w:r>
              <w:rPr>
                <w:rFonts w:ascii="Nanum Gothic" w:eastAsia="Nanum Gothic" w:hAnsi="Nanum Gothic" w:cs="Nanum Gothic"/>
                <w:b/>
                <w:color w:val="1A1A1A"/>
                <w:sz w:val="20"/>
              </w:rPr>
              <w:t>200</w:t>
            </w:r>
          </w:p>
        </w:tc>
        <w:tc>
          <w:tcPr>
            <w:tcW w:w="3024" w:type="dxa"/>
          </w:tcPr>
          <w:p w14:paraId="5462A40B" w14:textId="77777777" w:rsidR="00226CAC" w:rsidRDefault="00000000">
            <w:pPr>
              <w:spacing w:before="60" w:after="60"/>
            </w:pPr>
            <w:r>
              <w:rPr>
                <w:rFonts w:ascii="Nanum Gothic" w:eastAsia="Nanum Gothic" w:hAnsi="Nanum Gothic" w:cs="Nanum Gothic"/>
                <w:color w:val="1A1A1A"/>
                <w:sz w:val="20"/>
              </w:rPr>
              <w:t>성공</w:t>
            </w:r>
          </w:p>
        </w:tc>
        <w:tc>
          <w:tcPr>
            <w:tcW w:w="3024" w:type="dxa"/>
          </w:tcPr>
          <w:p w14:paraId="673C29B6" w14:textId="77777777" w:rsidR="00226CAC" w:rsidRDefault="00000000">
            <w:pPr>
              <w:spacing w:before="60" w:after="60"/>
            </w:pPr>
            <w:r>
              <w:rPr>
                <w:rFonts w:ascii="Nanum Gothic" w:eastAsia="Nanum Gothic" w:hAnsi="Nanum Gothic" w:cs="Nanum Gothic"/>
                <w:color w:val="1A1A1A"/>
                <w:sz w:val="20"/>
              </w:rPr>
              <w:t>응답 데이터 처리</w:t>
            </w:r>
          </w:p>
        </w:tc>
      </w:tr>
      <w:tr w:rsidR="00226CAC" w14:paraId="74A3D643" w14:textId="77777777">
        <w:tc>
          <w:tcPr>
            <w:tcW w:w="3024" w:type="dxa"/>
          </w:tcPr>
          <w:p w14:paraId="019FE5FA" w14:textId="77777777" w:rsidR="00226CAC" w:rsidRDefault="00000000">
            <w:pPr>
              <w:spacing w:before="60" w:after="60"/>
            </w:pPr>
            <w:r>
              <w:rPr>
                <w:rFonts w:ascii="Nanum Gothic" w:eastAsia="Nanum Gothic" w:hAnsi="Nanum Gothic" w:cs="Nanum Gothic"/>
                <w:b/>
                <w:color w:val="1A1A1A"/>
                <w:sz w:val="20"/>
              </w:rPr>
              <w:t>400</w:t>
            </w:r>
          </w:p>
        </w:tc>
        <w:tc>
          <w:tcPr>
            <w:tcW w:w="3024" w:type="dxa"/>
          </w:tcPr>
          <w:p w14:paraId="6E4649FC" w14:textId="77777777" w:rsidR="00226CAC" w:rsidRDefault="00000000">
            <w:pPr>
              <w:spacing w:before="60" w:after="60"/>
            </w:pPr>
            <w:r>
              <w:rPr>
                <w:rFonts w:ascii="Nanum Gothic" w:eastAsia="Nanum Gothic" w:hAnsi="Nanum Gothic" w:cs="Nanum Gothic"/>
                <w:color w:val="1A1A1A"/>
                <w:sz w:val="20"/>
              </w:rPr>
              <w:t>잘못된 요청 (Bad Request)</w:t>
            </w:r>
          </w:p>
        </w:tc>
        <w:tc>
          <w:tcPr>
            <w:tcW w:w="3024" w:type="dxa"/>
          </w:tcPr>
          <w:p w14:paraId="1991422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요청 스키마 오류 — JSON 구조 확인</w:t>
            </w:r>
          </w:p>
        </w:tc>
      </w:tr>
      <w:tr w:rsidR="00226CAC" w14:paraId="7FC30671" w14:textId="77777777">
        <w:tc>
          <w:tcPr>
            <w:tcW w:w="3024" w:type="dxa"/>
          </w:tcPr>
          <w:p w14:paraId="4C5FD175" w14:textId="77777777" w:rsidR="00226CAC" w:rsidRDefault="00000000">
            <w:pPr>
              <w:spacing w:before="60" w:after="60"/>
            </w:pPr>
            <w:r>
              <w:rPr>
                <w:rFonts w:ascii="Nanum Gothic" w:eastAsia="Nanum Gothic" w:hAnsi="Nanum Gothic" w:cs="Nanum Gothic"/>
                <w:b/>
                <w:color w:val="1A1A1A"/>
                <w:sz w:val="20"/>
              </w:rPr>
              <w:t>401</w:t>
            </w:r>
          </w:p>
        </w:tc>
        <w:tc>
          <w:tcPr>
            <w:tcW w:w="3024" w:type="dxa"/>
          </w:tcPr>
          <w:p w14:paraId="12F35EC8" w14:textId="77777777" w:rsidR="00226CAC" w:rsidRDefault="00000000">
            <w:pPr>
              <w:spacing w:before="60" w:after="60"/>
            </w:pPr>
            <w:r>
              <w:rPr>
                <w:rFonts w:ascii="Nanum Gothic" w:eastAsia="Nanum Gothic" w:hAnsi="Nanum Gothic" w:cs="Nanum Gothic"/>
                <w:color w:val="1A1A1A"/>
                <w:sz w:val="20"/>
              </w:rPr>
              <w:t>인증 실패 (Unauthorized)</w:t>
            </w:r>
          </w:p>
        </w:tc>
        <w:tc>
          <w:tcPr>
            <w:tcW w:w="3024" w:type="dxa"/>
          </w:tcPr>
          <w:p w14:paraId="1D87DA00"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API 키 오류 — 키 재확인·재발급</w:t>
            </w:r>
          </w:p>
        </w:tc>
      </w:tr>
      <w:tr w:rsidR="00226CAC" w14:paraId="197AC788" w14:textId="77777777">
        <w:tc>
          <w:tcPr>
            <w:tcW w:w="3024" w:type="dxa"/>
          </w:tcPr>
          <w:p w14:paraId="77DB1216" w14:textId="77777777" w:rsidR="00226CAC" w:rsidRDefault="00000000">
            <w:pPr>
              <w:spacing w:before="60" w:after="60"/>
            </w:pPr>
            <w:r>
              <w:rPr>
                <w:rFonts w:ascii="Nanum Gothic" w:eastAsia="Nanum Gothic" w:hAnsi="Nanum Gothic" w:cs="Nanum Gothic"/>
                <w:b/>
                <w:color w:val="1A1A1A"/>
                <w:sz w:val="20"/>
              </w:rPr>
              <w:t>403</w:t>
            </w:r>
          </w:p>
        </w:tc>
        <w:tc>
          <w:tcPr>
            <w:tcW w:w="3024" w:type="dxa"/>
          </w:tcPr>
          <w:p w14:paraId="2A51CB8E" w14:textId="77777777" w:rsidR="00226CAC" w:rsidRDefault="00000000">
            <w:pPr>
              <w:spacing w:before="60" w:after="60"/>
            </w:pPr>
            <w:r>
              <w:rPr>
                <w:rFonts w:ascii="Nanum Gothic" w:eastAsia="Nanum Gothic" w:hAnsi="Nanum Gothic" w:cs="Nanum Gothic"/>
                <w:color w:val="1A1A1A"/>
                <w:sz w:val="20"/>
              </w:rPr>
              <w:t>접근 권한 없음 (Forbidden)</w:t>
            </w:r>
          </w:p>
        </w:tc>
        <w:tc>
          <w:tcPr>
            <w:tcW w:w="3024" w:type="dxa"/>
          </w:tcPr>
          <w:p w14:paraId="1EFAE04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해당 모델 사용 권한 없음 — 테넌트 설정 확인</w:t>
            </w:r>
          </w:p>
        </w:tc>
      </w:tr>
      <w:tr w:rsidR="00226CAC" w14:paraId="6EB7402D" w14:textId="77777777">
        <w:tc>
          <w:tcPr>
            <w:tcW w:w="3024" w:type="dxa"/>
          </w:tcPr>
          <w:p w14:paraId="164567AD" w14:textId="77777777" w:rsidR="00226CAC" w:rsidRDefault="00000000">
            <w:pPr>
              <w:spacing w:before="60" w:after="60"/>
            </w:pPr>
            <w:r>
              <w:rPr>
                <w:rFonts w:ascii="Nanum Gothic" w:eastAsia="Nanum Gothic" w:hAnsi="Nanum Gothic" w:cs="Nanum Gothic"/>
                <w:b/>
                <w:color w:val="1A1A1A"/>
                <w:sz w:val="20"/>
              </w:rPr>
              <w:t>429</w:t>
            </w:r>
          </w:p>
        </w:tc>
        <w:tc>
          <w:tcPr>
            <w:tcW w:w="3024" w:type="dxa"/>
          </w:tcPr>
          <w:p w14:paraId="7FA72552" w14:textId="77777777" w:rsidR="00226CAC" w:rsidRDefault="00000000">
            <w:pPr>
              <w:spacing w:before="60" w:after="60"/>
            </w:pPr>
            <w:r>
              <w:rPr>
                <w:rFonts w:ascii="Nanum Gothic" w:eastAsia="Nanum Gothic" w:hAnsi="Nanum Gothic" w:cs="Nanum Gothic"/>
                <w:color w:val="1A1A1A"/>
                <w:sz w:val="20"/>
              </w:rPr>
              <w:t>요청 초과 (Too Many Requests)</w:t>
            </w:r>
          </w:p>
        </w:tc>
        <w:tc>
          <w:tcPr>
            <w:tcW w:w="3024" w:type="dxa"/>
          </w:tcPr>
          <w:p w14:paraId="4A4FB3F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Rate Limit 초과 — 잠시 기다린 후 재시도</w:t>
            </w:r>
          </w:p>
        </w:tc>
      </w:tr>
      <w:tr w:rsidR="00226CAC" w14:paraId="3E36E051" w14:textId="77777777">
        <w:tc>
          <w:tcPr>
            <w:tcW w:w="3024" w:type="dxa"/>
          </w:tcPr>
          <w:p w14:paraId="0725E275" w14:textId="77777777" w:rsidR="00226CAC" w:rsidRDefault="00000000">
            <w:pPr>
              <w:spacing w:before="60" w:after="60"/>
            </w:pPr>
            <w:r>
              <w:rPr>
                <w:rFonts w:ascii="Nanum Gothic" w:eastAsia="Nanum Gothic" w:hAnsi="Nanum Gothic" w:cs="Nanum Gothic"/>
                <w:b/>
                <w:color w:val="1A1A1A"/>
                <w:sz w:val="20"/>
              </w:rPr>
              <w:t>500</w:t>
            </w:r>
          </w:p>
        </w:tc>
        <w:tc>
          <w:tcPr>
            <w:tcW w:w="3024" w:type="dxa"/>
          </w:tcPr>
          <w:p w14:paraId="536D4964" w14:textId="77777777" w:rsidR="00226CAC" w:rsidRDefault="00000000">
            <w:pPr>
              <w:spacing w:before="60" w:after="60"/>
            </w:pPr>
            <w:r>
              <w:rPr>
                <w:rFonts w:ascii="Nanum Gothic" w:eastAsia="Nanum Gothic" w:hAnsi="Nanum Gothic" w:cs="Nanum Gothic"/>
                <w:color w:val="1A1A1A"/>
                <w:sz w:val="20"/>
              </w:rPr>
              <w:t>서버 내부 오류</w:t>
            </w:r>
          </w:p>
        </w:tc>
        <w:tc>
          <w:tcPr>
            <w:tcW w:w="3024" w:type="dxa"/>
          </w:tcPr>
          <w:p w14:paraId="22A56596"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서버 문제 — 잠시 기다린 후 재시도; 계속되면 지원 요청</w:t>
            </w:r>
          </w:p>
        </w:tc>
      </w:tr>
    </w:tbl>
    <w:p w14:paraId="5A485F70" w14:textId="77777777" w:rsidR="00226CAC" w:rsidRDefault="00226CAC">
      <w:pPr>
        <w:rPr>
          <w:rFonts w:eastAsia="Nanum Gothic"/>
          <w:lang w:eastAsia="ko-KR"/>
        </w:rPr>
      </w:pPr>
    </w:p>
    <w:tbl>
      <w:tblPr>
        <w:tblStyle w:val="af9"/>
        <w:tblW w:w="0" w:type="auto"/>
        <w:tblLayout w:type="fixed"/>
        <w:tblLook w:val="04A0" w:firstRow="1" w:lastRow="0" w:firstColumn="1" w:lastColumn="0" w:noHBand="0" w:noVBand="1"/>
      </w:tblPr>
      <w:tblGrid>
        <w:gridCol w:w="400"/>
        <w:gridCol w:w="8672"/>
      </w:tblGrid>
      <w:tr w:rsidR="00226CAC" w14:paraId="112543D0" w14:textId="77777777">
        <w:tc>
          <w:tcPr>
            <w:tcW w:w="400" w:type="dxa"/>
            <w:shd w:val="clear" w:color="auto" w:fill="0F9D8C"/>
          </w:tcPr>
          <w:p w14:paraId="258227A0" w14:textId="77777777" w:rsidR="00226CAC" w:rsidRDefault="00226CAC">
            <w:pPr>
              <w:spacing w:before="80" w:after="80"/>
              <w:rPr>
                <w:rFonts w:eastAsia="Nanum Gothic"/>
                <w:lang w:eastAsia="ko-KR"/>
              </w:rPr>
            </w:pPr>
          </w:p>
        </w:tc>
        <w:tc>
          <w:tcPr>
            <w:tcW w:w="8672" w:type="dxa"/>
            <w:shd w:val="clear" w:color="auto" w:fill="E6F7F4"/>
          </w:tcPr>
          <w:p w14:paraId="0D36FA19" w14:textId="77777777" w:rsidR="00226CAC" w:rsidRDefault="00000000">
            <w:pPr>
              <w:spacing w:before="80" w:after="80"/>
              <w:rPr>
                <w:rFonts w:eastAsia="Nanum Gothic"/>
                <w:lang w:eastAsia="ko-KR"/>
              </w:rPr>
            </w:pPr>
            <w:r>
              <w:rPr>
                <w:rFonts w:ascii="Nanum Gothic" w:eastAsia="Nanum Gothic" w:hAnsi="Nanum Gothic" w:cs="Nanum Gothic"/>
                <w:b/>
                <w:color w:val="0F9D8C"/>
                <w:sz w:val="20"/>
                <w:lang w:eastAsia="ko-KR"/>
              </w:rPr>
              <w:t>💡 비유</w:t>
            </w:r>
            <w:r>
              <w:rPr>
                <w:rFonts w:ascii="Apple SD Gothic Neo" w:eastAsia="Nanum Gothic" w:hAnsi="Apple SD Gothic Neo" w:cs="Apple SD Gothic Neo"/>
                <w:b/>
                <w:color w:val="0F9D8C"/>
                <w:sz w:val="20"/>
                <w:lang w:eastAsia="ko-KR"/>
              </w:rPr>
              <w:br/>
            </w:r>
            <w:r>
              <w:rPr>
                <w:rFonts w:ascii="Nanum Gothic" w:eastAsia="Nanum Gothic" w:hAnsi="Nanum Gothic" w:cs="Nanum Gothic"/>
                <w:color w:val="1A1A1A"/>
                <w:sz w:val="20"/>
                <w:lang w:eastAsia="ko-KR"/>
              </w:rPr>
              <w:t>HTTP 상태 코드는 택배 배송 상태 코드와 유사합니다. "200 = 수령 완료", "401 = 수령자 확인 불가", "429 = 오늘 배달 한도 초과". 코드를 보면 무슨 문제인지 즉시 알 수 있습니다.</w:t>
            </w:r>
          </w:p>
        </w:tc>
      </w:tr>
    </w:tbl>
    <w:p w14:paraId="5DA734EA" w14:textId="77777777" w:rsidR="00226CAC" w:rsidRDefault="00226CAC">
      <w:pPr>
        <w:rPr>
          <w:rFonts w:eastAsia="Nanum Gothic"/>
          <w:lang w:eastAsia="ko-KR"/>
        </w:rPr>
      </w:pPr>
    </w:p>
    <w:p w14:paraId="72A5D13E"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7.4 채팅 화면과 API 요청 구조 비교</w:t>
      </w:r>
    </w:p>
    <w:p w14:paraId="5E59285D" w14:textId="77777777" w:rsidR="00226CAC" w:rsidRDefault="00000000">
      <w:pPr>
        <w:spacing w:before="60" w:after="60"/>
        <w:rPr>
          <w:rFonts w:eastAsia="Nanum Gothic"/>
          <w:lang w:eastAsia="ko-KR"/>
        </w:rPr>
      </w:pPr>
      <w:r>
        <w:rPr>
          <w:rFonts w:ascii="Nanum Gothic" w:eastAsia="Nanum Gothic" w:hAnsi="Nanum Gothic" w:cs="Nanum Gothic"/>
          <w:i/>
          <w:color w:val="1A1A1A"/>
          <w:sz w:val="20"/>
          <w:lang w:eastAsia="ko-KR"/>
        </w:rPr>
        <w:t>AIR Studio에서는 AIR Chat을 이용해 모델 선택, 지시 입력, 결과 확인의 흐름을 익힙니다. 코드로 모델을 호출하는 실습은 Google Gemini API를 사용합니다.</w:t>
      </w:r>
    </w:p>
    <w:p w14:paraId="1D6E66C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비교 목적: 채팅 화면의 사용 흐름과 API 코드의 요청 구조를 연결합니다.</w:t>
      </w:r>
    </w:p>
    <w:p w14:paraId="2F68D454"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비교 순서:</w:t>
      </w:r>
    </w:p>
    <w:p w14:paraId="63A668AA"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1. AIR Chat에서 모델을 선택하고 요청을 입력합니다.</w:t>
      </w:r>
    </w:p>
    <w:p w14:paraId="020A2CE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2. Google Gemini API 예제에서 모델명, 입력 내용, 생성 설정이 들어가는 위치를 찾습니다.</w:t>
      </w:r>
    </w:p>
    <w:p w14:paraId="5B699061"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3. 7대 개념 번호(①~⑦)를 API 코드의 해당 부분과 연결합니다.</w:t>
      </w:r>
    </w:p>
    <w:p w14:paraId="7BD4B9B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학습자 행동: 활동지의 7대 개념 표에 매핑 기호(①~⑦)를 추가합니다.</w:t>
      </w:r>
    </w:p>
    <w:p w14:paraId="2AE6C36F"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핵심 메시지: "채팅 화면과 API 코드는 표현 방식이 다르지만, 모델을 선택하고 요청을 보내 결과를 확인하는 기본 흐름은 같습니다."</w:t>
      </w:r>
    </w:p>
    <w:p w14:paraId="5AB13978"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7.5 실습 — Colab에서 첫 API 호출</w:t>
      </w:r>
    </w:p>
    <w:tbl>
      <w:tblPr>
        <w:tblStyle w:val="af9"/>
        <w:tblW w:w="0" w:type="auto"/>
        <w:tblLayout w:type="fixed"/>
        <w:tblLook w:val="04A0" w:firstRow="1" w:lastRow="0" w:firstColumn="1" w:lastColumn="0" w:noHBand="0" w:noVBand="1"/>
      </w:tblPr>
      <w:tblGrid>
        <w:gridCol w:w="400"/>
        <w:gridCol w:w="8672"/>
      </w:tblGrid>
      <w:tr w:rsidR="00226CAC" w14:paraId="2B55CF39" w14:textId="77777777">
        <w:tc>
          <w:tcPr>
            <w:tcW w:w="400" w:type="dxa"/>
            <w:shd w:val="clear" w:color="auto" w:fill="4A5568"/>
          </w:tcPr>
          <w:p w14:paraId="5BF69C1D" w14:textId="77777777" w:rsidR="00226CAC" w:rsidRDefault="00226CAC">
            <w:pPr>
              <w:spacing w:before="80" w:after="80"/>
              <w:rPr>
                <w:rFonts w:eastAsia="Nanum Gothic"/>
                <w:lang w:eastAsia="ko-KR"/>
              </w:rPr>
            </w:pPr>
          </w:p>
        </w:tc>
        <w:tc>
          <w:tcPr>
            <w:tcW w:w="8672" w:type="dxa"/>
            <w:shd w:val="clear" w:color="auto" w:fill="F7F7F7"/>
          </w:tcPr>
          <w:p w14:paraId="1ECFF77A" w14:textId="77777777" w:rsidR="00226CAC" w:rsidRDefault="00000000">
            <w:pPr>
              <w:spacing w:before="80" w:after="80"/>
            </w:pPr>
            <w:r>
              <w:rPr>
                <w:rFonts w:ascii="Nanum Gothic" w:eastAsia="Nanum Gothic" w:hAnsi="Nanum Gothic" w:cs="Nanum Gothic"/>
                <w:b/>
                <w:color w:val="4A5568"/>
                <w:sz w:val="20"/>
              </w:rPr>
              <w:t>📌 Note</w:t>
            </w:r>
            <w:r>
              <w:rPr>
                <w:rFonts w:ascii="Apple SD Gothic Neo" w:eastAsia="Nanum Gothic" w:hAnsi="Apple SD Gothic Neo" w:cs="Apple SD Gothic Neo"/>
                <w:b/>
                <w:color w:val="4A5568"/>
                <w:sz w:val="20"/>
              </w:rPr>
              <w:br/>
            </w:r>
            <w:r>
              <w:rPr>
                <w:rFonts w:ascii="Nanum Gothic" w:eastAsia="Nanum Gothic" w:hAnsi="Nanum Gothic" w:cs="Nanum Gothic"/>
                <w:color w:val="1A1A1A"/>
                <w:sz w:val="20"/>
              </w:rPr>
              <w:t>실습 환경 — Google Colab (Python 3.11+)</w:t>
            </w:r>
          </w:p>
        </w:tc>
      </w:tr>
    </w:tbl>
    <w:p w14:paraId="15FB97A0" w14:textId="77777777" w:rsidR="00226CAC" w:rsidRDefault="00226CAC"/>
    <w:p w14:paraId="6FF48766"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7.5.1 실습 미션 1 — 첫 API 호출 &amp; HTTP 200 확인</w:t>
      </w:r>
    </w:p>
    <w:p w14:paraId="70381135" w14:textId="77777777" w:rsidR="00226CAC" w:rsidRDefault="00226CAC">
      <w:pPr>
        <w:rPr>
          <w:rFonts w:eastAsia="Nanum Gothic"/>
          <w:lang w:eastAsia="ko-KR"/>
        </w:rPr>
      </w:pPr>
    </w:p>
    <w:p w14:paraId="40222082"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실습 환경 코드 (Google Gemini API)</w:t>
      </w:r>
    </w:p>
    <w:tbl>
      <w:tblPr>
        <w:tblStyle w:val="af9"/>
        <w:tblW w:w="0" w:type="auto"/>
        <w:tblLook w:val="04A0" w:firstRow="1" w:lastRow="0" w:firstColumn="1" w:lastColumn="0" w:noHBand="0" w:noVBand="1"/>
      </w:tblPr>
      <w:tblGrid>
        <w:gridCol w:w="9072"/>
      </w:tblGrid>
      <w:tr w:rsidR="00226CAC" w14:paraId="26EE2FA5" w14:textId="77777777">
        <w:tc>
          <w:tcPr>
            <w:tcW w:w="9072" w:type="dxa"/>
            <w:shd w:val="clear" w:color="auto" w:fill="F7F7F7"/>
          </w:tcPr>
          <w:p>
            <w:pPr>
              <w:spacing w:before="20" w:after="20" w:line="220" w:lineRule="exact"/>
              <w:rPr>
                <w:rFonts w:eastAsia="Nanum Gothic"/>
                <w:lang w:eastAsia="ko-KR"/>
              </w:rPr>
            </w:pPr>
            <w:r>
              <w:rPr>
                <w:rFonts w:ascii="Nanum Gothic" w:hAnsi="Nanum Gothic" w:eastAsia="Nanum Gothic" w:cs="Nanum Gothic"/>
                <w:color w:val="008000"/>
                <w:sz w:val="19"/>
                <w:lang w:eastAsia="ko-KR"/>
              </w:rPr>
              <w:t>#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실습 1: Google Gemini API 직접 호출</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Google AI Studio에서 발급한 API 키 사용</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실행 환경: Google Colab (Python 3.11+)</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import requests</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② 인증: Google AI Studio에서 발급한 API 키</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GEMINI_API_KEY = "AIzaSy_XXXXXX"  # 실습 후 삭제할 것</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① 엔드포인트</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ENDPOINT = "https://generativelanguage.googleapis.com/v1beta/models/gemini-3.8-flash:generateContent"</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③ 요청 스키마: contents → role → parts → text</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payload =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"contents":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"role": "user",</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"parts": [{"text": "안녕하세요. AI가 업무를 돕는 방법 1가지를 말해주세요."}]</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"generationConfig":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"temperature": 0.7,</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"maxOutputTokens": 200</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headers =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"x-goog-api-key": GEMINI_API_KEY,</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"Content-Type": "application/json"</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print("API 요청 전송 중...")</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response = requests.post(ENDPOINT, json=payload, headers=headers)</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print(f"HTTP 상태 코드: {response.status_code}")</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if response.status_code == 200:</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data = response.json()</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print("\n=== AI 응답 내용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print(data["candidates"][0]["content"]["parts"][0]["text"])</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print("\n=== 토큰 사용량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usage = data.get("usageMetadata",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print(f"입력 토큰: {usage.get('promptTokenCount', 'N/A')}")</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print(f"출력 토큰: {usage.get('candidatesTokenCount', 'N/A')}")</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else:</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print(f"오류 발생: {response.text}")</w:t>
            </w:r>
          </w:p>
        </w:tc>
      </w:tr>
    </w:tbl>
    <w:p w14:paraId="31F90788"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코드 실행 후 확인 사항</w:t>
      </w:r>
      <w:r>
        <w:rPr>
          <w:rFonts w:ascii="Nanum Gothic" w:eastAsia="Nanum Gothic" w:hAnsi="Nanum Gothic" w:cs="Nanum Gothic"/>
          <w:color w:val="1A1A1A"/>
          <w:sz w:val="20"/>
          <w:lang w:eastAsia="ko-KR"/>
        </w:rPr>
        <w:t>:</w:t>
      </w:r>
    </w:p>
    <w:p w14:paraId="39A2A7D3"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HTTP 상태 코드: 200이 표시됩니다.</w:t>
      </w:r>
    </w:p>
    <w:p w14:paraId="300D2511"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AI 응답 내용이 출력됩니다.</w:t>
      </w:r>
    </w:p>
    <w:p w14:paraId="0353C7BC"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입력 토큰과 출력 토큰 수가 표시됩니다.</w:t>
      </w:r>
    </w:p>
    <w:p w14:paraId="1AA6A117" w14:textId="77777777" w:rsidR="00226CAC" w:rsidRDefault="00226CAC"/>
    <w:p w14:paraId="74BCFFEF" w14:textId="77777777" w:rsidR="00226CAC" w:rsidRDefault="00226CAC">
      <w:pPr>
        <w:rPr>
          <w:rFonts w:eastAsia="Nanum Gothic"/>
          <w:lang w:eastAsia="ko-KR"/>
        </w:rPr>
      </w:pPr>
    </w:p>
    <w:p w14:paraId="2B66FCA9" w14:textId="77777777" w:rsidR="00226CAC" w:rsidRDefault="00226CAC"/>
    <w:p w14:paraId="28F7B258"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핵심: API마다 엔드포인트, 인증, 요청과 응답 구조가 다릅니다. 새 API를 배울 때는 7대 개념이 코드의 어디에 있는지 확인합니다.</w:t>
      </w:r>
    </w:p>
    <w:p w14:paraId="4181905E" w14:textId="77777777" w:rsidR="00226CAC" w:rsidRDefault="00000000">
      <w:pPr>
        <w:spacing w:before="200" w:after="40"/>
      </w:pPr>
      <w:r>
        <w:rPr>
          <w:rFonts w:ascii="Nanum Gothic" w:eastAsia="Nanum Gothic" w:hAnsi="Nanum Gothic" w:cs="Nanum Gothic"/>
          <w:b/>
          <w:color w:val="024AD8"/>
          <w:sz w:val="28"/>
        </w:rPr>
        <w:t>7.5.2 실습 미션 2 — temperature 비교 실험</w:t>
      </w:r>
    </w:p>
    <w:tbl>
      <w:tblPr>
        <w:tblStyle w:val="af9"/>
        <w:tblW w:w="0" w:type="auto"/>
        <w:tblLook w:val="04A0" w:firstRow="1" w:lastRow="0" w:firstColumn="1" w:lastColumn="0" w:noHBand="0" w:noVBand="1"/>
      </w:tblPr>
      <w:tblGrid>
        <w:gridCol w:w="9072"/>
      </w:tblGrid>
      <w:tr w:rsidR="00226CAC" w14:paraId="56D10A96" w14:textId="77777777">
        <w:tc>
          <w:tcPr>
            <w:tcW w:w="9072" w:type="dxa"/>
            <w:shd w:val="clear" w:color="auto" w:fill="F7F7F7"/>
          </w:tcPr>
          <w:p>
            <w:pPr>
              <w:spacing w:before="20" w:after="20" w:line="220" w:lineRule="exact"/>
              <w:rPr>
                <w:rFonts w:eastAsia="Nanum Gothic"/>
                <w:lang w:eastAsia="ko-KR"/>
              </w:rPr>
            </w:pPr>
            <w:r>
              <w:rPr>
                <w:rFonts w:ascii="Nanum Gothic" w:hAnsi="Nanum Gothic" w:eastAsia="Nanum Gothic" w:cs="Nanum Gothic"/>
                <w:color w:val="008000"/>
                <w:sz w:val="19"/>
                <w:lang w:eastAsia="ko-KR"/>
              </w:rPr>
              <w:t>#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실습 2: temperature 0 vs 1.0 비교 (Gemini API)</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동일 프롬프트를 온도만 바꿔서 3회씩 실행</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목적: 온도가 응답 다양성에 미치는 영향 관찰</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import requests</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GEMINI_API_KEY = "AIzaSy_XXXXXX"  # 위 실습에서 사용한 키</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ENDPOINT = "https://generativelanguage.googleapis.com/v1beta/models/gemini-3.8-flash:generateContent"</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PROMPT = "창의적인 AI 스타트업 이름을 3개 제안해주세요."</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for temp in [0.0, 1.0]:</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print(f"\n{'='*50}")</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print(f"temperature = {temp}")</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print(f"{'='*50}")</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for i in range(1, 4):</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payload =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"contents": [{"role": "user", "parts": [{"text": PROMPT}]}],</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"generationConfig":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"temperature": temp,</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"maxOutputTokens": 150</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resp = requests.post(</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ENDPOINT,</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json=payload,</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headers={</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"x-goog-api-key": GEMINI_API_KEY,</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"Content-Type": "application/json"</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if resp.status_code == 200:</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content = resp.json()["candidates"][0]["content"]["parts"][0]["text"]</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print(f"[시도 {i}]: {content[:100]}...")</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else:</w:t>
            </w:r>
          </w:p>
          <w:p>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print(f"[시도 {i}]: 오류 — {resp.status_code}")</w:t>
            </w:r>
          </w:p>
        </w:tc>
      </w:tr>
    </w:tbl>
    <w:p w14:paraId="2C8FF8CE" w14:textId="77777777" w:rsidR="00226CAC" w:rsidRDefault="00226CAC"/>
    <w:p w14:paraId="2A48C849" w14:textId="77777777" w:rsidR="00226CAC" w:rsidRDefault="00000000">
      <w:pPr>
        <w:spacing w:before="60" w:after="60"/>
      </w:pPr>
      <w:r>
        <w:rPr>
          <w:rFonts w:ascii="Nanum Gothic" w:eastAsia="Nanum Gothic" w:hAnsi="Nanum Gothic" w:cs="Nanum Gothic"/>
          <w:b/>
          <w:color w:val="1A1A1A"/>
          <w:sz w:val="20"/>
        </w:rPr>
        <w:t>관찰 및 기록 포인트</w:t>
      </w:r>
      <w:r>
        <w:rPr>
          <w:rFonts w:ascii="Nanum Gothic" w:eastAsia="Nanum Gothic" w:hAnsi="Nanum Gothic" w:cs="Nanum Gothic"/>
          <w:color w:val="1A1A1A"/>
          <w:sz w:val="20"/>
        </w:rPr>
        <w:t>:</w:t>
      </w:r>
    </w:p>
    <w:tbl>
      <w:tblPr>
        <w:tblStyle w:val="af9"/>
        <w:tblW w:w="0" w:type="auto"/>
        <w:tblLook w:val="04A0" w:firstRow="1" w:lastRow="0" w:firstColumn="1" w:lastColumn="0" w:noHBand="0" w:noVBand="1"/>
      </w:tblPr>
      <w:tblGrid>
        <w:gridCol w:w="3024"/>
        <w:gridCol w:w="3024"/>
        <w:gridCol w:w="3024"/>
      </w:tblGrid>
      <w:tr w:rsidR="00226CAC" w14:paraId="2F7E0D9C" w14:textId="77777777">
        <w:tc>
          <w:tcPr>
            <w:tcW w:w="3024" w:type="dxa"/>
            <w:shd w:val="clear" w:color="auto" w:fill="024AD8"/>
          </w:tcPr>
          <w:p w14:paraId="45385D01" w14:textId="77777777" w:rsidR="00226CAC" w:rsidRDefault="00000000">
            <w:pPr>
              <w:spacing w:before="60" w:after="60"/>
            </w:pPr>
            <w:r>
              <w:rPr>
                <w:rFonts w:ascii="Nanum Gothic" w:eastAsia="Nanum Gothic" w:hAnsi="Nanum Gothic" w:cs="Nanum Gothic"/>
                <w:b/>
                <w:color w:val="FFFFFF"/>
                <w:sz w:val="20"/>
              </w:rPr>
              <w:t>관찰 항목</w:t>
            </w:r>
          </w:p>
        </w:tc>
        <w:tc>
          <w:tcPr>
            <w:tcW w:w="3024" w:type="dxa"/>
            <w:shd w:val="clear" w:color="auto" w:fill="024AD8"/>
          </w:tcPr>
          <w:p w14:paraId="1E54C9F4" w14:textId="77777777" w:rsidR="00226CAC" w:rsidRDefault="00000000">
            <w:pPr>
              <w:spacing w:before="60" w:after="60"/>
            </w:pPr>
            <w:r>
              <w:rPr>
                <w:rFonts w:ascii="Nanum Gothic" w:eastAsia="Nanum Gothic" w:hAnsi="Nanum Gothic" w:cs="Nanum Gothic"/>
                <w:b/>
                <w:color w:val="FFFFFF"/>
                <w:sz w:val="20"/>
              </w:rPr>
              <w:t>temperature=0</w:t>
            </w:r>
          </w:p>
        </w:tc>
        <w:tc>
          <w:tcPr>
            <w:tcW w:w="3024" w:type="dxa"/>
            <w:shd w:val="clear" w:color="auto" w:fill="024AD8"/>
          </w:tcPr>
          <w:p w14:paraId="35D46045" w14:textId="77777777" w:rsidR="00226CAC" w:rsidRDefault="00000000">
            <w:pPr>
              <w:spacing w:before="60" w:after="60"/>
            </w:pPr>
            <w:r>
              <w:rPr>
                <w:rFonts w:ascii="Nanum Gothic" w:eastAsia="Nanum Gothic" w:hAnsi="Nanum Gothic" w:cs="Nanum Gothic"/>
                <w:b/>
                <w:color w:val="FFFFFF"/>
                <w:sz w:val="20"/>
              </w:rPr>
              <w:t>temperature=1.0</w:t>
            </w:r>
          </w:p>
        </w:tc>
      </w:tr>
      <w:tr w:rsidR="00226CAC" w14:paraId="4C686FDE" w14:textId="77777777">
        <w:tc>
          <w:tcPr>
            <w:tcW w:w="3024" w:type="dxa"/>
          </w:tcPr>
          <w:p w14:paraId="11DCEBA6"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시도 1·2·3 결과가 같은가?</w:t>
            </w:r>
          </w:p>
        </w:tc>
        <w:tc>
          <w:tcPr>
            <w:tcW w:w="3024" w:type="dxa"/>
          </w:tcPr>
          <w:p w14:paraId="6348E7D7" w14:textId="77777777" w:rsidR="00226CAC" w:rsidRDefault="00226CAC">
            <w:pPr>
              <w:spacing w:before="60" w:after="60"/>
              <w:rPr>
                <w:rFonts w:eastAsia="Nanum Gothic"/>
                <w:lang w:eastAsia="ko-KR"/>
              </w:rPr>
            </w:pPr>
          </w:p>
        </w:tc>
        <w:tc>
          <w:tcPr>
            <w:tcW w:w="3024" w:type="dxa"/>
          </w:tcPr>
          <w:p w14:paraId="7EF30735" w14:textId="77777777" w:rsidR="00226CAC" w:rsidRDefault="00226CAC">
            <w:pPr>
              <w:spacing w:before="60" w:after="60"/>
              <w:rPr>
                <w:rFonts w:eastAsia="Nanum Gothic"/>
                <w:lang w:eastAsia="ko-KR"/>
              </w:rPr>
            </w:pPr>
          </w:p>
        </w:tc>
      </w:tr>
      <w:tr w:rsidR="00226CAC" w14:paraId="7693F76D" w14:textId="77777777">
        <w:tc>
          <w:tcPr>
            <w:tcW w:w="3024" w:type="dxa"/>
          </w:tcPr>
          <w:p w14:paraId="5D987BFA" w14:textId="77777777" w:rsidR="00226CAC" w:rsidRDefault="00000000">
            <w:pPr>
              <w:spacing w:before="60" w:after="60"/>
            </w:pPr>
            <w:r>
              <w:rPr>
                <w:rFonts w:ascii="Nanum Gothic" w:eastAsia="Nanum Gothic" w:hAnsi="Nanum Gothic" w:cs="Nanum Gothic"/>
                <w:color w:val="1A1A1A"/>
                <w:sz w:val="20"/>
              </w:rPr>
              <w:t>제안 이름의 독창성</w:t>
            </w:r>
          </w:p>
        </w:tc>
        <w:tc>
          <w:tcPr>
            <w:tcW w:w="3024" w:type="dxa"/>
          </w:tcPr>
          <w:p w14:paraId="3DD907FA" w14:textId="77777777" w:rsidR="00226CAC" w:rsidRDefault="00226CAC">
            <w:pPr>
              <w:spacing w:before="60" w:after="60"/>
            </w:pPr>
          </w:p>
        </w:tc>
        <w:tc>
          <w:tcPr>
            <w:tcW w:w="3024" w:type="dxa"/>
          </w:tcPr>
          <w:p w14:paraId="4A13D9B6" w14:textId="77777777" w:rsidR="00226CAC" w:rsidRDefault="00226CAC">
            <w:pPr>
              <w:spacing w:before="60" w:after="60"/>
            </w:pPr>
          </w:p>
        </w:tc>
      </w:tr>
      <w:tr w:rsidR="00226CAC" w14:paraId="50D00AC9" w14:textId="77777777">
        <w:tc>
          <w:tcPr>
            <w:tcW w:w="3024" w:type="dxa"/>
          </w:tcPr>
          <w:p w14:paraId="25880869" w14:textId="77777777" w:rsidR="00226CAC" w:rsidRDefault="00000000">
            <w:pPr>
              <w:spacing w:before="60" w:after="60"/>
            </w:pPr>
            <w:r>
              <w:rPr>
                <w:rFonts w:ascii="Nanum Gothic" w:eastAsia="Nanum Gothic" w:hAnsi="Nanum Gothic" w:cs="Nanum Gothic"/>
                <w:color w:val="1A1A1A"/>
                <w:sz w:val="20"/>
              </w:rPr>
              <w:t>응답의 예측 가능성</w:t>
            </w:r>
          </w:p>
        </w:tc>
        <w:tc>
          <w:tcPr>
            <w:tcW w:w="3024" w:type="dxa"/>
          </w:tcPr>
          <w:p w14:paraId="6EB768B4" w14:textId="77777777" w:rsidR="00226CAC" w:rsidRDefault="00226CAC">
            <w:pPr>
              <w:spacing w:before="60" w:after="60"/>
            </w:pPr>
          </w:p>
        </w:tc>
        <w:tc>
          <w:tcPr>
            <w:tcW w:w="3024" w:type="dxa"/>
          </w:tcPr>
          <w:p w14:paraId="0D38A2F3" w14:textId="77777777" w:rsidR="00226CAC" w:rsidRDefault="00226CAC">
            <w:pPr>
              <w:spacing w:before="60" w:after="60"/>
            </w:pPr>
          </w:p>
        </w:tc>
      </w:tr>
    </w:tbl>
    <w:p w14:paraId="583A97EF" w14:textId="77777777" w:rsidR="00226CAC" w:rsidRDefault="00226CAC"/>
    <w:p w14:paraId="5AE3A0A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이 관찰 결과를 활동지에 기록하세요.</w:t>
      </w:r>
    </w:p>
    <w:tbl>
      <w:tblPr>
        <w:tblStyle w:val="af9"/>
        <w:tblW w:w="0" w:type="auto"/>
        <w:tblLayout w:type="fixed"/>
        <w:tblLook w:val="04A0" w:firstRow="1" w:lastRow="0" w:firstColumn="1" w:lastColumn="0" w:noHBand="0" w:noVBand="1"/>
      </w:tblPr>
      <w:tblGrid>
        <w:gridCol w:w="400"/>
        <w:gridCol w:w="8672"/>
      </w:tblGrid>
      <w:tr w:rsidR="00226CAC" w14:paraId="237A70EB" w14:textId="77777777">
        <w:tc>
          <w:tcPr>
            <w:tcW w:w="400" w:type="dxa"/>
            <w:shd w:val="clear" w:color="auto" w:fill="6B46C1"/>
          </w:tcPr>
          <w:p w14:paraId="69966DDF" w14:textId="77777777" w:rsidR="00226CAC" w:rsidRDefault="00226CAC">
            <w:pPr>
              <w:spacing w:before="80" w:after="80"/>
              <w:rPr>
                <w:rFonts w:eastAsia="Nanum Gothic"/>
                <w:lang w:eastAsia="ko-KR"/>
              </w:rPr>
            </w:pPr>
          </w:p>
        </w:tc>
        <w:tc>
          <w:tcPr>
            <w:tcW w:w="8672" w:type="dxa"/>
            <w:shd w:val="clear" w:color="auto" w:fill="F3EEFB"/>
          </w:tcPr>
          <w:p w14:paraId="4B01E9FD" w14:textId="00B5290C"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w:t>
            </w:r>
            <w:r w:rsidR="00F7714C">
              <w:rPr>
                <w:rFonts w:ascii="Nanum Gothic" w:eastAsia="Nanum Gothic" w:hAnsi="Nanum Gothic" w:cs="Nanum Gothic" w:hint="eastAsia"/>
                <w:color w:val="1A1A1A"/>
                <w:sz w:val="20"/>
                <w:lang w:eastAsia="ko-KR"/>
              </w:rPr>
              <w:t>앞서</w:t>
            </w:r>
            <w:r>
              <w:rPr>
                <w:rFonts w:ascii="Nanum Gothic" w:eastAsia="Nanum Gothic" w:hAnsi="Nanum Gothic" w:cs="Nanum Gothic"/>
                <w:color w:val="1A1A1A"/>
                <w:sz w:val="20"/>
                <w:lang w:eastAsia="ko-KR"/>
              </w:rPr>
              <w:t xml:space="preserve"> 배운 '온도'의 정의와 이 실험 결과가 일치하나요?" temperature=0에서 항상 같은 답이 나온다면, 이것이 "가장 확률이 높은 토큰만 선택"의 의미입니다.</w:t>
            </w:r>
          </w:p>
        </w:tc>
      </w:tr>
    </w:tbl>
    <w:p w14:paraId="2B4AB154" w14:textId="77777777" w:rsidR="00226CAC" w:rsidRDefault="00226CAC">
      <w:pPr>
        <w:rPr>
          <w:rFonts w:eastAsia="Nanum Gothic"/>
          <w:lang w:eastAsia="ko-KR"/>
        </w:rPr>
      </w:pPr>
    </w:p>
    <w:p w14:paraId="6B81A1B4" w14:textId="77777777" w:rsidR="00226CAC" w:rsidRDefault="00000000">
      <w:pPr>
        <w:pBdr>
          <w:bottom w:val="single" w:sz="4" w:space="1" w:color="024AD8"/>
        </w:pBdr>
        <w:spacing w:before="280" w:after="80"/>
      </w:pPr>
      <w:r>
        <w:rPr>
          <w:rFonts w:ascii="Nanum Gothic" w:eastAsia="Nanum Gothic" w:hAnsi="Nanum Gothic" w:cs="Nanum Gothic"/>
          <w:b/>
          <w:color w:val="024AD8"/>
          <w:sz w:val="36"/>
        </w:rPr>
        <w:t>7.6 3대 LLM API 비교</w:t>
      </w:r>
    </w:p>
    <w:tbl>
      <w:tblPr>
        <w:tblStyle w:val="af9"/>
        <w:tblW w:w="0" w:type="auto"/>
        <w:tblLook w:val="04A0" w:firstRow="1" w:lastRow="0" w:firstColumn="1" w:lastColumn="0" w:noHBand="0" w:noVBand="1"/>
      </w:tblPr>
      <w:tblGrid>
        <w:gridCol w:w="2268"/>
        <w:gridCol w:w="2268"/>
        <w:gridCol w:w="2268"/>
        <w:gridCol w:w="2268"/>
      </w:tblGrid>
      <w:tr w:rsidR="00226CAC" w14:paraId="2246F5FB" w14:textId="77777777">
        <w:tc>
          <w:tcPr>
            <w:tcW w:w="2268" w:type="dxa"/>
            <w:shd w:val="clear" w:color="auto" w:fill="024AD8"/>
          </w:tcPr>
          <w:p w14:paraId="67256D73" w14:textId="77777777" w:rsidR="00226CAC" w:rsidRDefault="00000000">
            <w:pPr>
              <w:spacing w:before="60" w:after="60"/>
            </w:pPr>
            <w:r>
              <w:rPr>
                <w:rFonts w:ascii="Nanum Gothic" w:eastAsia="Nanum Gothic" w:hAnsi="Nanum Gothic" w:cs="Nanum Gothic"/>
                <w:b/>
                <w:color w:val="FFFFFF"/>
                <w:sz w:val="20"/>
              </w:rPr>
              <w:t>비교 항목</w:t>
            </w:r>
          </w:p>
        </w:tc>
        <w:tc>
          <w:tcPr>
            <w:tcW w:w="2268" w:type="dxa"/>
            <w:shd w:val="clear" w:color="auto" w:fill="024AD8"/>
          </w:tcPr>
          <w:p w14:paraId="21E4C6BF" w14:textId="77777777" w:rsidR="00226CAC" w:rsidRDefault="00000000">
            <w:pPr>
              <w:spacing w:before="60" w:after="60"/>
            </w:pPr>
            <w:r>
              <w:rPr>
                <w:rFonts w:ascii="Nanum Gothic" w:eastAsia="Nanum Gothic" w:hAnsi="Nanum Gothic" w:cs="Nanum Gothic"/>
                <w:b/>
                <w:color w:val="FFFFFF"/>
                <w:sz w:val="20"/>
              </w:rPr>
              <w:t>Gemini API (Google)</w:t>
            </w:r>
          </w:p>
        </w:tc>
        <w:tc>
          <w:tcPr>
            <w:tcW w:w="2268" w:type="dxa"/>
            <w:shd w:val="clear" w:color="auto" w:fill="024AD8"/>
          </w:tcPr>
          <w:p w14:paraId="60A94B6D" w14:textId="77777777" w:rsidR="00226CAC" w:rsidRDefault="00000000">
            <w:pPr>
              <w:spacing w:before="60" w:after="60"/>
            </w:pPr>
            <w:r>
              <w:rPr>
                <w:rFonts w:ascii="Nanum Gothic" w:eastAsia="Nanum Gothic" w:hAnsi="Nanum Gothic" w:cs="Nanum Gothic"/>
                <w:b/>
                <w:color w:val="FFFFFF"/>
                <w:sz w:val="20"/>
              </w:rPr>
              <w:t>OpenAI API</w:t>
            </w:r>
          </w:p>
        </w:tc>
        <w:tc>
          <w:tcPr>
            <w:tcW w:w="2268" w:type="dxa"/>
            <w:shd w:val="clear" w:color="auto" w:fill="024AD8"/>
          </w:tcPr>
          <w:p w14:paraId="59BF7DB9" w14:textId="77777777" w:rsidR="00226CAC" w:rsidRDefault="00000000">
            <w:pPr>
              <w:spacing w:before="60" w:after="60"/>
            </w:pPr>
            <w:r>
              <w:rPr>
                <w:rFonts w:ascii="Nanum Gothic" w:eastAsia="Nanum Gothic" w:hAnsi="Nanum Gothic" w:cs="Nanum Gothic"/>
                <w:b/>
                <w:color w:val="FFFFFF"/>
                <w:sz w:val="20"/>
              </w:rPr>
              <w:t>AWS Bedrock API</w:t>
            </w:r>
          </w:p>
        </w:tc>
      </w:tr>
      <w:tr w:rsidR="00226CAC" w14:paraId="2DF8F0B2" w14:textId="77777777">
        <w:tc>
          <w:tcPr>
            <w:tcW w:w="2268" w:type="dxa"/>
          </w:tcPr>
          <w:p w14:paraId="17575482" w14:textId="77777777" w:rsidR="00226CAC" w:rsidRDefault="00000000">
            <w:pPr>
              <w:spacing w:before="60" w:after="60"/>
            </w:pPr>
            <w:r>
              <w:rPr>
                <w:rFonts w:ascii="Nanum Gothic" w:eastAsia="Nanum Gothic" w:hAnsi="Nanum Gothic" w:cs="Nanum Gothic"/>
                <w:b/>
                <w:color w:val="1A1A1A"/>
                <w:sz w:val="20"/>
              </w:rPr>
              <w:t xml:space="preserve">인증 </w:t>
            </w:r>
            <w:r>
              <w:rPr>
                <w:rFonts w:ascii="Nanum Gothic" w:eastAsia="Nanum Gothic" w:hAnsi="Nanum Gothic" w:cs="Nanum Gothic"/>
                <w:b/>
                <w:color w:val="1A1A1A"/>
                <w:sz w:val="20"/>
              </w:rPr>
              <w:lastRenderedPageBreak/>
              <w:t>방식</w:t>
            </w:r>
          </w:p>
        </w:tc>
        <w:tc>
          <w:tcPr>
            <w:tcW w:w="2268" w:type="dxa"/>
          </w:tcPr>
          <w:p w14:paraId="0C51CD28" w14:textId="77777777" w:rsidR="00226CAC" w:rsidRDefault="00000000">
            <w:pPr>
              <w:spacing w:before="60" w:after="60"/>
            </w:pPr>
            <w:r>
              <w:rPr>
                <w:rFonts w:ascii="Nanum Gothic" w:eastAsia="Nanum Gothic" w:hAnsi="Nanum Gothic" w:cs="Nanum Gothic"/>
                <w:color w:val="1A1A1A"/>
                <w:sz w:val="20"/>
              </w:rPr>
              <w:t>전용 헤더 (x-goog-api-key)</w:t>
            </w:r>
          </w:p>
        </w:tc>
        <w:tc>
          <w:tcPr>
            <w:tcW w:w="2268" w:type="dxa"/>
          </w:tcPr>
          <w:p w14:paraId="39382769" w14:textId="77777777" w:rsidR="00226CAC" w:rsidRDefault="00000000">
            <w:pPr>
              <w:spacing w:before="60" w:after="60"/>
            </w:pPr>
            <w:r>
              <w:rPr>
                <w:rFonts w:ascii="Nanum Gothic" w:eastAsia="Nanum Gothic" w:hAnsi="Nanum Gothic" w:cs="Nanum Gothic"/>
                <w:color w:val="1A1A1A"/>
                <w:sz w:val="20"/>
              </w:rPr>
              <w:t>Bearer Token (헤더)</w:t>
            </w:r>
          </w:p>
        </w:tc>
        <w:tc>
          <w:tcPr>
            <w:tcW w:w="2268" w:type="dxa"/>
          </w:tcPr>
          <w:p w14:paraId="3A4CC39B" w14:textId="77777777" w:rsidR="00226CAC" w:rsidRDefault="00000000">
            <w:pPr>
              <w:spacing w:before="60" w:after="60"/>
            </w:pPr>
            <w:r>
              <w:rPr>
                <w:rFonts w:ascii="Nanum Gothic" w:eastAsia="Nanum Gothic" w:hAnsi="Nanum Gothic" w:cs="Nanum Gothic"/>
                <w:color w:val="1A1A1A"/>
                <w:sz w:val="20"/>
              </w:rPr>
              <w:t>AWS SigV4 서명</w:t>
            </w:r>
          </w:p>
        </w:tc>
      </w:tr>
      <w:tr w:rsidR="00226CAC" w14:paraId="20E0E643" w14:textId="77777777">
        <w:tc>
          <w:tcPr>
            <w:tcW w:w="2268" w:type="dxa"/>
          </w:tcPr>
          <w:p w14:paraId="423698E8" w14:textId="77777777" w:rsidR="00226CAC" w:rsidRDefault="00000000">
            <w:pPr>
              <w:spacing w:before="60" w:after="60"/>
            </w:pPr>
            <w:r>
              <w:rPr>
                <w:rFonts w:ascii="Nanum Gothic" w:eastAsia="Nanum Gothic" w:hAnsi="Nanum Gothic" w:cs="Nanum Gothic"/>
                <w:b/>
                <w:color w:val="1A1A1A"/>
                <w:sz w:val="20"/>
              </w:rPr>
              <w:t>엔드포인트 도메인</w:t>
            </w:r>
          </w:p>
        </w:tc>
        <w:tc>
          <w:tcPr>
            <w:tcW w:w="2268" w:type="dxa"/>
          </w:tcPr>
          <w:p w14:paraId="4394D79E" w14:textId="77777777" w:rsidR="00226CAC" w:rsidRDefault="00000000">
            <w:pPr>
              <w:spacing w:before="60" w:after="60"/>
            </w:pPr>
            <w:r>
              <w:rPr>
                <w:rFonts w:ascii="Nanum Gothic" w:eastAsia="Nanum Gothic" w:hAnsi="Nanum Gothic" w:cs="Nanum Gothic"/>
                <w:color w:val="1A1A1A"/>
                <w:sz w:val="20"/>
              </w:rPr>
              <w:t>generativelanguage.googleapis.com</w:t>
            </w:r>
          </w:p>
        </w:tc>
        <w:tc>
          <w:tcPr>
            <w:tcW w:w="2268" w:type="dxa"/>
          </w:tcPr>
          <w:p w14:paraId="4020B259" w14:textId="77777777" w:rsidR="00226CAC" w:rsidRDefault="00000000">
            <w:pPr>
              <w:spacing w:before="60" w:after="60"/>
            </w:pPr>
            <w:r>
              <w:rPr>
                <w:rFonts w:ascii="Nanum Gothic" w:eastAsia="Nanum Gothic" w:hAnsi="Nanum Gothic" w:cs="Nanum Gothic"/>
                <w:color w:val="1A1A1A"/>
                <w:sz w:val="20"/>
              </w:rPr>
              <w:t>api.openai.com</w:t>
            </w:r>
          </w:p>
        </w:tc>
        <w:tc>
          <w:tcPr>
            <w:tcW w:w="2268" w:type="dxa"/>
          </w:tcPr>
          <w:p w14:paraId="4166D407" w14:textId="77777777" w:rsidR="00226CAC" w:rsidRDefault="00000000">
            <w:pPr>
              <w:spacing w:before="60" w:after="60"/>
            </w:pPr>
            <w:r>
              <w:rPr>
                <w:rFonts w:ascii="Nanum Gothic" w:eastAsia="Nanum Gothic" w:hAnsi="Nanum Gothic" w:cs="Nanum Gothic"/>
                <w:color w:val="1A1A1A"/>
                <w:sz w:val="20"/>
              </w:rPr>
              <w:t>bedrock-runtime.amazonaws.com</w:t>
            </w:r>
          </w:p>
        </w:tc>
      </w:tr>
      <w:tr w:rsidR="00226CAC" w14:paraId="1C5889E1" w14:textId="77777777">
        <w:tc>
          <w:tcPr>
            <w:tcW w:w="2268" w:type="dxa"/>
          </w:tcPr>
          <w:p w14:paraId="6EEE6A62" w14:textId="77777777" w:rsidR="00226CAC" w:rsidRDefault="00000000">
            <w:pPr>
              <w:spacing w:before="60" w:after="60"/>
            </w:pPr>
            <w:r>
              <w:rPr>
                <w:rFonts w:ascii="Nanum Gothic" w:eastAsia="Nanum Gothic" w:hAnsi="Nanum Gothic" w:cs="Nanum Gothic"/>
                <w:b/>
                <w:color w:val="1A1A1A"/>
                <w:sz w:val="20"/>
              </w:rPr>
              <w:t>요청 스키마 키</w:t>
            </w:r>
          </w:p>
        </w:tc>
        <w:tc>
          <w:tcPr>
            <w:tcW w:w="2268" w:type="dxa"/>
          </w:tcPr>
          <w:p w14:paraId="4B742DD5" w14:textId="77777777" w:rsidR="00226CAC" w:rsidRDefault="00000000">
            <w:pPr>
              <w:spacing w:before="60" w:after="60"/>
            </w:pPr>
            <w:r>
              <w:rPr>
                <w:rFonts w:ascii="D2Coding" w:hAnsi="D2Coding" w:eastAsia="D2Coding" w:cs="D2Coding"/>
                <w:color w:val="1A1A1A"/>
                <w:sz w:val="19"/>
              </w:rPr>
              <w:t>contents[].parts[].text</w:t>
            </w:r>
          </w:p>
        </w:tc>
        <w:tc>
          <w:tcPr>
            <w:tcW w:w="2268" w:type="dxa"/>
          </w:tcPr>
          <w:p w14:paraId="430F245D" w14:textId="77777777" w:rsidR="00226CAC" w:rsidRDefault="00000000">
            <w:pPr>
              <w:spacing w:before="60" w:after="60"/>
            </w:pPr>
            <w:r>
              <w:rPr>
                <w:rFonts w:ascii="D2Coding" w:hAnsi="D2Coding" w:eastAsia="D2Coding" w:cs="D2Coding"/>
                <w:color w:val="1A1A1A"/>
                <w:sz w:val="19"/>
              </w:rPr>
              <w:t>messages[].content</w:t>
            </w:r>
          </w:p>
        </w:tc>
        <w:tc>
          <w:tcPr>
            <w:tcW w:w="2268" w:type="dxa"/>
          </w:tcPr>
          <w:p w14:paraId="36F2D169" w14:textId="77777777" w:rsidR="00226CAC" w:rsidRDefault="00000000">
            <w:pPr>
              <w:spacing w:before="60" w:after="60"/>
            </w:pPr>
            <w:r>
              <w:rPr>
                <w:rFonts w:ascii="Nanum Gothic" w:eastAsia="Nanum Gothic" w:hAnsi="Nanum Gothic" w:cs="Nanum Gothic"/>
                <w:color w:val="1A1A1A"/>
                <w:sz w:val="20"/>
              </w:rPr>
              <w:t>모델별 상이</w:t>
            </w:r>
          </w:p>
        </w:tc>
      </w:tr>
      <w:tr w:rsidR="00226CAC" w14:paraId="238653C5" w14:textId="77777777">
        <w:tc>
          <w:tcPr>
            <w:tcW w:w="2268" w:type="dxa"/>
          </w:tcPr>
          <w:p w14:paraId="0BAE4353" w14:textId="77777777" w:rsidR="00226CAC" w:rsidRDefault="00000000">
            <w:pPr>
              <w:spacing w:before="60" w:after="60"/>
            </w:pPr>
            <w:r>
              <w:rPr>
                <w:rFonts w:ascii="Nanum Gothic" w:eastAsia="Nanum Gothic" w:hAnsi="Nanum Gothic" w:cs="Nanum Gothic"/>
                <w:b/>
                <w:color w:val="1A1A1A"/>
                <w:sz w:val="20"/>
              </w:rPr>
              <w:t>응답 스키마 키</w:t>
            </w:r>
          </w:p>
        </w:tc>
        <w:tc>
          <w:tcPr>
            <w:tcW w:w="2268" w:type="dxa"/>
          </w:tcPr>
          <w:p w14:paraId="37597EAD" w14:textId="77777777" w:rsidR="00226CAC" w:rsidRDefault="00000000">
            <w:pPr>
              <w:spacing w:before="60" w:after="60"/>
            </w:pPr>
            <w:r>
              <w:rPr>
                <w:rFonts w:ascii="D2Coding" w:hAnsi="D2Coding" w:eastAsia="D2Coding" w:cs="D2Coding"/>
                <w:color w:val="1A1A1A"/>
                <w:sz w:val="19"/>
              </w:rPr>
              <w:t>candidates[0].content.parts[0].text</w:t>
            </w:r>
          </w:p>
        </w:tc>
        <w:tc>
          <w:tcPr>
            <w:tcW w:w="2268" w:type="dxa"/>
          </w:tcPr>
          <w:p w14:paraId="7F5D7D2C" w14:textId="77777777" w:rsidR="00226CAC" w:rsidRDefault="00000000">
            <w:pPr>
              <w:spacing w:before="60" w:after="60"/>
            </w:pPr>
            <w:r>
              <w:rPr>
                <w:rFonts w:ascii="D2Coding" w:hAnsi="D2Coding" w:eastAsia="D2Coding" w:cs="D2Coding"/>
                <w:color w:val="1A1A1A"/>
                <w:sz w:val="19"/>
              </w:rPr>
              <w:t>choices[0].message.content</w:t>
            </w:r>
          </w:p>
        </w:tc>
        <w:tc>
          <w:tcPr>
            <w:tcW w:w="2268" w:type="dxa"/>
          </w:tcPr>
          <w:p w14:paraId="40980861" w14:textId="77777777" w:rsidR="00226CAC" w:rsidRDefault="00000000">
            <w:pPr>
              <w:spacing w:before="60" w:after="60"/>
            </w:pPr>
            <w:r>
              <w:rPr>
                <w:rFonts w:ascii="Nanum Gothic" w:eastAsia="Nanum Gothic" w:hAnsi="Nanum Gothic" w:cs="Nanum Gothic"/>
                <w:color w:val="1A1A1A"/>
                <w:sz w:val="20"/>
              </w:rPr>
              <w:t>모델별 상이</w:t>
            </w:r>
          </w:p>
        </w:tc>
      </w:tr>
      <w:tr w:rsidR="00226CAC" w14:paraId="3806E18F" w14:textId="77777777">
        <w:tc>
          <w:tcPr>
            <w:tcW w:w="2268" w:type="dxa"/>
          </w:tcPr>
          <w:p w14:paraId="734880EF" w14:textId="77777777" w:rsidR="00226CAC" w:rsidRDefault="00000000">
            <w:pPr>
              <w:spacing w:before="60" w:after="60"/>
            </w:pPr>
            <w:r>
              <w:rPr>
                <w:rFonts w:ascii="Nanum Gothic" w:eastAsia="Nanum Gothic" w:hAnsi="Nanum Gothic" w:cs="Nanum Gothic"/>
                <w:b/>
                <w:color w:val="1A1A1A"/>
                <w:sz w:val="20"/>
              </w:rPr>
              <w:t>무료 티어</w:t>
            </w:r>
          </w:p>
        </w:tc>
        <w:tc>
          <w:tcPr>
            <w:tcW w:w="2268" w:type="dxa"/>
          </w:tcPr>
          <w:p w14:paraId="3F873EE5" w14:textId="77777777" w:rsidR="00226CAC" w:rsidRDefault="00000000">
            <w:pPr>
              <w:spacing w:before="60" w:after="60"/>
            </w:pPr>
            <w:r>
              <w:rPr>
                <w:rFonts w:ascii="Nanum Gothic" w:eastAsia="Nanum Gothic" w:hAnsi="Nanum Gothic" w:cs="Nanum Gothic"/>
                <w:color w:val="1A1A1A"/>
                <w:sz w:val="20"/>
              </w:rPr>
              <w:t>있음 (aistudio.google.com)</w:t>
            </w:r>
          </w:p>
        </w:tc>
        <w:tc>
          <w:tcPr>
            <w:tcW w:w="2268" w:type="dxa"/>
          </w:tcPr>
          <w:p w14:paraId="4284AA96" w14:textId="77777777" w:rsidR="00226CAC" w:rsidRDefault="00000000">
            <w:pPr>
              <w:spacing w:before="60" w:after="60"/>
            </w:pPr>
            <w:r>
              <w:rPr>
                <w:rFonts w:ascii="Nanum Gothic" w:eastAsia="Nanum Gothic" w:hAnsi="Nanum Gothic" w:cs="Nanum Gothic"/>
                <w:color w:val="1A1A1A"/>
                <w:sz w:val="20"/>
              </w:rPr>
              <w:t>없음 (유료 전환 필요)</w:t>
            </w:r>
          </w:p>
        </w:tc>
        <w:tc>
          <w:tcPr>
            <w:tcW w:w="2268" w:type="dxa"/>
          </w:tcPr>
          <w:p w14:paraId="76911CB2" w14:textId="77777777" w:rsidR="00226CAC" w:rsidRDefault="00000000">
            <w:pPr>
              <w:spacing w:before="60" w:after="60"/>
            </w:pPr>
            <w:r>
              <w:rPr>
                <w:rFonts w:ascii="Nanum Gothic" w:eastAsia="Nanum Gothic" w:hAnsi="Nanum Gothic" w:cs="Nanum Gothic"/>
                <w:color w:val="1A1A1A"/>
                <w:sz w:val="20"/>
              </w:rPr>
              <w:t>없음 (IAM 설정 필요)</w:t>
            </w:r>
          </w:p>
        </w:tc>
      </w:tr>
      <w:tr w:rsidR="00226CAC" w14:paraId="5CD3CAEA" w14:textId="77777777">
        <w:tc>
          <w:tcPr>
            <w:tcW w:w="2268" w:type="dxa"/>
          </w:tcPr>
          <w:p w14:paraId="7B07FF64" w14:textId="77777777" w:rsidR="00226CAC" w:rsidRDefault="00000000">
            <w:pPr>
              <w:spacing w:before="60" w:after="60"/>
            </w:pPr>
            <w:r>
              <w:rPr>
                <w:rFonts w:ascii="Nanum Gothic" w:eastAsia="Nanum Gothic" w:hAnsi="Nanum Gothic" w:cs="Nanum Gothic"/>
                <w:b/>
                <w:color w:val="1A1A1A"/>
                <w:sz w:val="20"/>
              </w:rPr>
              <w:t>한국어 지원</w:t>
            </w:r>
          </w:p>
        </w:tc>
        <w:tc>
          <w:tcPr>
            <w:tcW w:w="2268" w:type="dxa"/>
          </w:tcPr>
          <w:p w14:paraId="7CDD945D" w14:textId="77777777" w:rsidR="00226CAC" w:rsidRDefault="00000000">
            <w:pPr>
              <w:spacing w:before="60" w:after="60"/>
            </w:pPr>
            <w:r>
              <w:rPr>
                <w:rFonts w:ascii="Nanum Gothic" w:eastAsia="Nanum Gothic" w:hAnsi="Nanum Gothic" w:cs="Nanum Gothic"/>
                <w:color w:val="1A1A1A"/>
                <w:sz w:val="20"/>
              </w:rPr>
              <w:t>우수</w:t>
            </w:r>
          </w:p>
        </w:tc>
        <w:tc>
          <w:tcPr>
            <w:tcW w:w="2268" w:type="dxa"/>
          </w:tcPr>
          <w:p w14:paraId="5B91A959" w14:textId="77777777" w:rsidR="00226CAC" w:rsidRDefault="00000000">
            <w:pPr>
              <w:spacing w:before="60" w:after="60"/>
            </w:pPr>
            <w:r>
              <w:rPr>
                <w:rFonts w:ascii="Nanum Gothic" w:eastAsia="Nanum Gothic" w:hAnsi="Nanum Gothic" w:cs="Nanum Gothic"/>
                <w:color w:val="1A1A1A"/>
                <w:sz w:val="20"/>
              </w:rPr>
              <w:t>우수</w:t>
            </w:r>
          </w:p>
        </w:tc>
        <w:tc>
          <w:tcPr>
            <w:tcW w:w="2268" w:type="dxa"/>
          </w:tcPr>
          <w:p w14:paraId="7E1A9505" w14:textId="77777777" w:rsidR="00226CAC" w:rsidRDefault="00000000">
            <w:pPr>
              <w:spacing w:before="60" w:after="60"/>
            </w:pPr>
            <w:r>
              <w:rPr>
                <w:rFonts w:ascii="Nanum Gothic" w:eastAsia="Nanum Gothic" w:hAnsi="Nanum Gothic" w:cs="Nanum Gothic"/>
                <w:color w:val="1A1A1A"/>
                <w:sz w:val="20"/>
              </w:rPr>
              <w:t>모델별 상이</w:t>
            </w:r>
          </w:p>
        </w:tc>
      </w:tr>
    </w:tbl>
    <w:p w14:paraId="441C54A4" w14:textId="77777777" w:rsidR="00226CAC" w:rsidRDefault="00226CAC"/>
    <w:tbl>
      <w:tblPr>
        <w:tblStyle w:val="af9"/>
        <w:tblW w:w="0" w:type="auto"/>
        <w:tblLayout w:type="fixed"/>
        <w:tblLook w:val="04A0" w:firstRow="1" w:lastRow="0" w:firstColumn="1" w:lastColumn="0" w:noHBand="0" w:noVBand="1"/>
      </w:tblPr>
      <w:tblGrid>
        <w:gridCol w:w="400"/>
        <w:gridCol w:w="8672"/>
      </w:tblGrid>
      <w:tr w:rsidR="00226CAC" w14:paraId="209FD8EE" w14:textId="77777777">
        <w:tc>
          <w:tcPr>
            <w:tcW w:w="400" w:type="dxa"/>
            <w:shd w:val="clear" w:color="auto" w:fill="024AD8"/>
          </w:tcPr>
          <w:p w14:paraId="0DE7E50F" w14:textId="77777777" w:rsidR="00226CAC" w:rsidRDefault="00226CAC">
            <w:pPr>
              <w:spacing w:before="80" w:after="80"/>
            </w:pPr>
          </w:p>
        </w:tc>
        <w:tc>
          <w:tcPr>
            <w:tcW w:w="8672" w:type="dxa"/>
            <w:shd w:val="clear" w:color="auto" w:fill="F0F6FF"/>
          </w:tcPr>
          <w:p w14:paraId="144B1CE2" w14:textId="77777777" w:rsidR="00226CAC" w:rsidRDefault="00000000">
            <w:pPr>
              <w:spacing w:before="80" w:after="80"/>
              <w:rPr>
                <w:rFonts w:eastAsia="Nanum Gothic"/>
                <w:lang w:eastAsia="ko-KR"/>
              </w:rPr>
            </w:pPr>
            <w:r>
              <w:rPr>
                <w:rFonts w:ascii="Nanum Gothic" w:eastAsia="Nanum Gothic" w:hAnsi="Nanum Gothic" w:cs="Nanum Gothic"/>
                <w:b/>
                <w:color w:val="024AD8"/>
                <w:sz w:val="20"/>
                <w:lang w:eastAsia="ko-KR"/>
              </w:rPr>
              <w:t>⭐ 핵심</w:t>
            </w:r>
            <w:r>
              <w:rPr>
                <w:rFonts w:ascii="Apple SD Gothic Neo" w:eastAsia="Nanum Gothic" w:hAnsi="Apple SD Gothic Neo" w:cs="Apple SD Gothic Neo"/>
                <w:b/>
                <w:color w:val="024AD8"/>
                <w:sz w:val="20"/>
                <w:lang w:eastAsia="ko-KR"/>
              </w:rPr>
              <w:br/>
            </w:r>
            <w:r>
              <w:rPr>
                <w:rFonts w:ascii="Nanum Gothic" w:eastAsia="Nanum Gothic" w:hAnsi="Nanum Gothic" w:cs="Nanum Gothic"/>
                <w:color w:val="1A1A1A"/>
                <w:sz w:val="20"/>
                <w:lang w:eastAsia="ko-KR"/>
              </w:rPr>
              <w:t>세 API 모두 7대 개념을 공유. 코드를 바꿀 때 달라지는 부분은 엔드포인트·인증·스키마 구조뿐. 개념 자체는 동일합니다.</w:t>
            </w:r>
          </w:p>
        </w:tc>
      </w:tr>
    </w:tbl>
    <w:p w14:paraId="2F51D93C" w14:textId="77777777" w:rsidR="00226CAC" w:rsidRDefault="00226CAC">
      <w:pPr>
        <w:rPr>
          <w:rFonts w:eastAsia="Nanum Gothic"/>
          <w:lang w:eastAsia="ko-KR"/>
        </w:rPr>
      </w:pPr>
    </w:p>
    <w:p w14:paraId="7207A42B"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7.7 API 보안 규칙 (필수 고지)</w:t>
      </w:r>
    </w:p>
    <w:p w14:paraId="2A31E981"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4가지 필수 규칙</w:t>
      </w:r>
      <w:r>
        <w:rPr>
          <w:rFonts w:ascii="Nanum Gothic" w:eastAsia="Nanum Gothic" w:hAnsi="Nanum Gothic" w:cs="Nanum Gothic"/>
          <w:color w:val="1A1A1A"/>
          <w:sz w:val="20"/>
          <w:lang w:eastAsia="ko-KR"/>
        </w:rPr>
        <w:t>:</w:t>
      </w:r>
    </w:p>
    <w:p w14:paraId="57D7B248"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① GitHub 절대 금지</w:t>
      </w:r>
      <w:r>
        <w:rPr>
          <w:rFonts w:ascii="Nanum Gothic" w:eastAsia="Nanum Gothic" w:hAnsi="Nanum Gothic" w:cs="Nanum Gothic"/>
          <w:color w:val="1A1A1A"/>
          <w:sz w:val="20"/>
          <w:lang w:eastAsia="ko-KR"/>
        </w:rPr>
        <w:t xml:space="preserve"> API 키가 포함된 파일을 Git에 커밋하면 전 세계에 공개됩니다. 한 번 노출된 키는 악용 가능 — 예상치 못한 비용 발생 위험.</w:t>
      </w:r>
    </w:p>
    <w:p w14:paraId="08DF6BBF"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② 환경 변수 사용</w:t>
      </w:r>
    </w:p>
    <w:p w14:paraId="7E352DF6"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배포 환경에서는 </w:t>
      </w:r>
      <w:r>
        <w:rPr>
          <w:rFonts w:ascii="D2Coding" w:hAnsi="D2Coding" w:eastAsia="D2Coding" w:cs="D2Coding"/>
          <w:color w:val="1A1A1A"/>
          <w:sz w:val="19"/>
          <w:lang w:eastAsia="ko-KR"/>
        </w:rPr>
        <w:t>.env</w:t>
      </w:r>
      <w:r>
        <w:rPr>
          <w:rFonts w:ascii="Nanum Gothic" w:eastAsia="Nanum Gothic" w:hAnsi="Nanum Gothic" w:cs="Nanum Gothic"/>
          <w:color w:val="1A1A1A"/>
          <w:sz w:val="20"/>
          <w:lang w:eastAsia="ko-KR"/>
        </w:rPr>
        <w:t xml:space="preserve"> 파일 + </w:t>
      </w:r>
      <w:r>
        <w:rPr>
          <w:rFonts w:ascii="D2Coding" w:hAnsi="D2Coding" w:eastAsia="D2Coding" w:cs="D2Coding"/>
          <w:color w:val="1A1A1A"/>
          <w:sz w:val="19"/>
          <w:lang w:eastAsia="ko-KR"/>
        </w:rPr>
        <w:t>python-dotenv</w:t>
      </w:r>
      <w:r>
        <w:rPr>
          <w:rFonts w:ascii="Nanum Gothic" w:eastAsia="Nanum Gothic" w:hAnsi="Nanum Gothic" w:cs="Nanum Gothic"/>
          <w:color w:val="1A1A1A"/>
          <w:sz w:val="20"/>
          <w:lang w:eastAsia="ko-KR"/>
        </w:rPr>
        <w:t xml:space="preserve"> 사용:</w:t>
      </w:r>
    </w:p>
    <w:tbl>
      <w:tblPr>
        <w:tblStyle w:val="af9"/>
        <w:tblW w:w="0" w:type="auto"/>
        <w:tblLook w:val="04A0" w:firstRow="1" w:lastRow="0" w:firstColumn="1" w:lastColumn="0" w:noHBand="0" w:noVBand="1"/>
      </w:tblPr>
      <w:tblGrid>
        <w:gridCol w:w="9072"/>
      </w:tblGrid>
      <w:tr w:rsidR="00226CAC" w14:paraId="3E93712A" w14:textId="77777777">
        <w:tc>
          <w:tcPr>
            <w:tcW w:w="9072" w:type="dxa"/>
            <w:shd w:val="clear" w:color="auto" w:fill="F7F7F7"/>
          </w:tcPr>
          <w:p w14:paraId="593143AE"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w:t>
            </w:r>
            <w:r>
              <w:rPr>
                <w:rFonts w:ascii="Nanum Gothic" w:hAnsi="Nanum Gothic" w:eastAsia="Nanum Gothic" w:cs="Nanum Gothic"/>
                <w:color w:val="008000"/>
                <w:sz w:val="19"/>
                <w:lang w:eastAsia="ko-KR"/>
              </w:rPr>
              <w:t>안전한</w:t>
            </w:r>
            <w:r>
              <w:rPr>
                <w:rFonts w:ascii="D2Coding" w:hAnsi="D2Coding" w:eastAsia="D2Coding" w:cs="D2Coding"/>
                <w:color w:val="008000"/>
                <w:sz w:val="19"/>
                <w:lang w:eastAsia="ko-KR"/>
              </w:rPr>
              <w:t xml:space="preserve"> </w:t>
            </w:r>
            <w:r>
              <w:rPr>
                <w:rFonts w:ascii="Nanum Gothic" w:hAnsi="Nanum Gothic" w:eastAsia="Nanum Gothic" w:cs="Nanum Gothic"/>
                <w:color w:val="008000"/>
                <w:sz w:val="19"/>
                <w:lang w:eastAsia="ko-KR"/>
              </w:rPr>
              <w:t>키</w:t>
            </w:r>
            <w:r>
              <w:rPr>
                <w:rFonts w:ascii="D2Coding" w:hAnsi="D2Coding" w:eastAsia="D2Coding" w:cs="D2Coding"/>
                <w:color w:val="008000"/>
                <w:sz w:val="19"/>
                <w:lang w:eastAsia="ko-KR"/>
              </w:rPr>
              <w:t xml:space="preserve"> </w:t>
            </w:r>
            <w:r>
              <w:rPr>
                <w:rFonts w:ascii="Nanum Gothic" w:hAnsi="Nanum Gothic" w:eastAsia="Nanum Gothic" w:cs="Nanum Gothic"/>
                <w:color w:val="008000"/>
                <w:sz w:val="19"/>
                <w:lang w:eastAsia="ko-KR"/>
              </w:rPr>
              <w:t>관리</w:t>
            </w:r>
            <w:r>
              <w:rPr>
                <w:rFonts w:ascii="D2Coding" w:hAnsi="D2Coding" w:eastAsia="D2Coding" w:cs="D2Coding"/>
                <w:color w:val="008000"/>
                <w:sz w:val="19"/>
                <w:lang w:eastAsia="ko-KR"/>
              </w:rPr>
              <w:t xml:space="preserve"> </w:t>
            </w:r>
            <w:r>
              <w:rPr>
                <w:rFonts w:ascii="Nanum Gothic" w:hAnsi="Nanum Gothic" w:eastAsia="Nanum Gothic" w:cs="Nanum Gothic"/>
                <w:color w:val="008000"/>
                <w:sz w:val="19"/>
                <w:lang w:eastAsia="ko-KR"/>
              </w:rPr>
              <w:t>예시</w:t>
            </w:r>
            <w:r>
              <w:rPr>
                <w:rFonts w:ascii="D2Coding" w:hAnsi="D2Coding" w:eastAsia="D2Coding" w:cs="D2Coding"/>
                <w:color w:val="008000"/>
                <w:sz w:val="19"/>
                <w:lang w:eastAsia="ko-KR"/>
              </w:rPr>
              <w:t xml:space="preserve"> (.env </w:t>
            </w:r>
            <w:r>
              <w:rPr>
                <w:rFonts w:ascii="Nanum Gothic" w:hAnsi="Nanum Gothic" w:eastAsia="Nanum Gothic" w:cs="Nanum Gothic"/>
                <w:color w:val="008000"/>
                <w:sz w:val="19"/>
                <w:lang w:eastAsia="ko-KR"/>
              </w:rPr>
              <w:t>방식</w:t>
            </w:r>
            <w:r>
              <w:rPr>
                <w:rFonts w:ascii="Nanum Gothic" w:hAnsi="Nanum Gothic" w:eastAsia="Nanum Gothic" w:cs="Nanum Gothic"/>
                <w:color w:val="008000"/>
                <w:sz w:val="19"/>
                <w:lang w:eastAsia="ko-KR"/>
              </w:rPr>
              <w:t>)</w:t>
            </w:r>
          </w:p>
          <w:p w14:paraId="51FE5A14" w14:textId="77777777" w:rsidR="00226CAC" w:rsidRDefault="00000000">
            <w:pPr>
              <w:spacing w:before="20" w:after="20" w:line="220" w:lineRule="exact"/>
            </w:pPr>
            <w:r>
              <w:rPr>
                <w:rFonts w:ascii="D2Coding" w:hAnsi="D2Coding" w:eastAsia="D2Coding" w:cs="D2Coding"/>
                <w:color w:val="008000"/>
                <w:sz w:val="19"/>
              </w:rPr>
              <w:t>#.env 파일 내용: GEMINI_API_KEY=AIzaSy_XXXXXX</w:t>
            </w:r>
          </w:p>
          <w:p w14:paraId="25D29260" w14:textId="77777777" w:rsidR="00226CAC" w:rsidRDefault="00000000">
            <w:pPr>
              <w:spacing w:before="20" w:after="20" w:line="220" w:lineRule="exact"/>
            </w:pPr>
            <w:r>
              <w:rPr>
                <w:rFonts w:ascii="D2Coding" w:hAnsi="D2Coding" w:eastAsia="D2Coding" w:cs="D2Coding"/>
                <w:color w:val="008000"/>
                <w:sz w:val="19"/>
              </w:rPr>
              <w:t>#.gitignore</w:t>
            </w:r>
            <w:r>
              <w:rPr>
                <w:rFonts w:ascii="Nanum Gothic" w:hAnsi="Nanum Gothic" w:eastAsia="Nanum Gothic" w:cs="Nanum Gothic"/>
                <w:color w:val="008000"/>
                <w:sz w:val="19"/>
              </w:rPr>
              <w:t>에</w:t>
            </w:r>
            <w:r>
              <w:rPr>
                <w:rFonts w:ascii="D2Coding" w:hAnsi="D2Coding" w:eastAsia="D2Coding" w:cs="D2Coding"/>
                <w:color w:val="008000"/>
                <w:sz w:val="19"/>
              </w:rPr>
              <w:t xml:space="preserve">.env </w:t>
            </w:r>
            <w:r>
              <w:rPr>
                <w:rFonts w:ascii="Nanum Gothic" w:hAnsi="Nanum Gothic" w:eastAsia="Nanum Gothic" w:cs="Nanum Gothic"/>
                <w:color w:val="008000"/>
                <w:sz w:val="19"/>
              </w:rPr>
              <w:t>추가</w:t>
            </w:r>
            <w:r>
              <w:rPr>
                <w:rFonts w:ascii="D2Coding" w:hAnsi="D2Coding" w:eastAsia="D2Coding" w:cs="D2Coding"/>
                <w:color w:val="008000"/>
                <w:sz w:val="19"/>
              </w:rPr>
              <w:t xml:space="preserve"> </w:t>
            </w:r>
            <w:r>
              <w:rPr>
                <w:rFonts w:ascii="Nanum Gothic" w:hAnsi="Nanum Gothic" w:eastAsia="Nanum Gothic" w:cs="Nanum Gothic"/>
                <w:color w:val="008000"/>
                <w:sz w:val="19"/>
              </w:rPr>
              <w:t>필수</w:t>
            </w:r>
          </w:p>
          <w:p w14:paraId="1A462FF0" w14:textId="77777777" w:rsidR="00226CAC" w:rsidRDefault="00226CAC">
            <w:pPr>
              <w:spacing w:before="20" w:after="20" w:line="220" w:lineRule="exact"/>
            </w:pPr>
          </w:p>
          <w:p w14:paraId="11A9D378" w14:textId="77777777" w:rsidR="00226CAC" w:rsidRDefault="00000000">
            <w:pPr>
              <w:spacing w:before="20" w:after="20" w:line="220" w:lineRule="exact"/>
            </w:pPr>
            <w:r>
              <w:rPr>
                <w:rFonts w:ascii="D2Coding" w:hAnsi="D2Coding" w:eastAsia="D2Coding" w:cs="D2Coding"/>
                <w:b/>
                <w:color w:val="0000CC"/>
                <w:sz w:val="19"/>
              </w:rPr>
              <w:t>from</w:t>
            </w:r>
            <w:r>
              <w:rPr>
                <w:rFonts w:ascii="D2Coding" w:hAnsi="D2Coding" w:eastAsia="D2Coding" w:cs="D2Coding"/>
                <w:color w:val="1A1A1A"/>
                <w:sz w:val="19"/>
              </w:rPr>
              <w:t xml:space="preserve"> dotenv </w:t>
            </w:r>
            <w:r>
              <w:rPr>
                <w:rFonts w:ascii="D2Coding" w:hAnsi="D2Coding" w:eastAsia="D2Coding" w:cs="D2Coding"/>
                <w:b/>
                <w:color w:val="0000CC"/>
                <w:sz w:val="19"/>
              </w:rPr>
              <w:t>import</w:t>
            </w:r>
            <w:r>
              <w:rPr>
                <w:rFonts w:ascii="D2Coding" w:hAnsi="D2Coding" w:eastAsia="D2Coding" w:cs="D2Coding"/>
                <w:color w:val="1A1A1A"/>
                <w:sz w:val="19"/>
              </w:rPr>
              <w:t xml:space="preserve"> load_dotenv</w:t>
            </w:r>
          </w:p>
          <w:p w14:paraId="3B226ECC" w14:textId="77777777" w:rsidR="00226CAC" w:rsidRDefault="00000000">
            <w:pPr>
              <w:spacing w:before="20" w:after="20" w:line="220" w:lineRule="exact"/>
            </w:pPr>
            <w:r>
              <w:rPr>
                <w:rFonts w:ascii="D2Coding" w:hAnsi="D2Coding" w:eastAsia="D2Coding" w:cs="D2Coding"/>
                <w:b/>
                <w:color w:val="0000CC"/>
                <w:sz w:val="19"/>
              </w:rPr>
              <w:t>import</w:t>
            </w:r>
            <w:r>
              <w:rPr>
                <w:rFonts w:ascii="D2Coding" w:hAnsi="D2Coding" w:eastAsia="D2Coding" w:cs="D2Coding"/>
                <w:color w:val="1A1A1A"/>
                <w:sz w:val="19"/>
              </w:rPr>
              <w:t xml:space="preserve"> os</w:t>
            </w:r>
          </w:p>
          <w:p w14:paraId="33015789" w14:textId="77777777" w:rsidR="00226CAC" w:rsidRDefault="00226CAC">
            <w:pPr>
              <w:spacing w:before="20" w:after="20" w:line="220" w:lineRule="exact"/>
            </w:pPr>
          </w:p>
          <w:p w14:paraId="5587EAED" w14:textId="77777777" w:rsidR="00226CAC" w:rsidRDefault="00000000">
            <w:pPr>
              <w:spacing w:before="20" w:after="20" w:line="220" w:lineRule="exact"/>
            </w:pPr>
            <w:r>
              <w:rPr>
                <w:rFonts w:ascii="D2Coding" w:hAnsi="D2Coding" w:eastAsia="D2Coding" w:cs="D2Coding"/>
                <w:color w:val="1A1A1A"/>
                <w:sz w:val="19"/>
              </w:rPr>
              <w:t>load_dotenv()</w:t>
            </w:r>
          </w:p>
          <w:p w14:paraId="5A4C5CDD" w14:textId="77777777" w:rsidR="00226CAC" w:rsidRDefault="00000000">
            <w:pPr>
              <w:spacing w:before="20" w:after="20" w:line="220" w:lineRule="exact"/>
            </w:pPr>
            <w:r>
              <w:rPr>
                <w:rFonts w:ascii="D2Coding" w:hAnsi="D2Coding" w:eastAsia="D2Coding" w:cs="D2Coding"/>
                <w:color w:val="1A1A1A"/>
                <w:sz w:val="19"/>
              </w:rPr>
              <w:t>API_KEY = os.getenv("GEMINI_API_KEY") # 코드에 키 없음</w:t>
            </w:r>
          </w:p>
        </w:tc>
      </w:tr>
    </w:tbl>
    <w:p w14:paraId="39691ACB" w14:textId="77777777" w:rsidR="00226CAC" w:rsidRDefault="00226CAC"/>
    <w:p w14:paraId="1035C2FA"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③ 키 주기적 재발급 노출이 의심되면 즉시 Google AI Studio에서 새 키를 발급하고 기존 키를 폐기합니다.</w:t>
      </w:r>
    </w:p>
    <w:p w14:paraId="7985B381"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④ 실습 후 키 삭제</w:t>
      </w:r>
      <w:r>
        <w:rPr>
          <w:rFonts w:ascii="Nanum Gothic" w:eastAsia="Nanum Gothic" w:hAnsi="Nanum Gothic" w:cs="Nanum Gothic"/>
          <w:color w:val="1A1A1A"/>
          <w:sz w:val="20"/>
          <w:lang w:eastAsia="ko-KR"/>
        </w:rPr>
        <w:t xml:space="preserve"> Colab 노트북에서 실습 완료 후 API 키 값 삭제. 노트북을 공유하기 전 반드시 확인.</w:t>
      </w:r>
    </w:p>
    <w:p w14:paraId="19444F08" w14:textId="77777777" w:rsidR="00226CAC" w:rsidRDefault="00000000">
      <w:pPr>
        <w:spacing w:before="60" w:after="60"/>
      </w:pPr>
      <w:r>
        <w:rPr>
          <w:rFonts w:ascii="Nanum Gothic" w:eastAsia="Nanum Gothic" w:hAnsi="Nanum Gothic" w:cs="Nanum Gothic"/>
          <w:b/>
          <w:color w:val="1A1A1A"/>
          <w:sz w:val="20"/>
        </w:rPr>
        <w:t>실수 상황별 대처</w:t>
      </w:r>
      <w:r>
        <w:rPr>
          <w:rFonts w:ascii="Nanum Gothic" w:eastAsia="Nanum Gothic" w:hAnsi="Nanum Gothic" w:cs="Nanum Gothic"/>
          <w:color w:val="1A1A1A"/>
          <w:sz w:val="20"/>
        </w:rPr>
        <w:t>:</w:t>
      </w:r>
    </w:p>
    <w:tbl>
      <w:tblPr>
        <w:tblStyle w:val="af9"/>
        <w:tblW w:w="0" w:type="auto"/>
        <w:tblLook w:val="04A0" w:firstRow="1" w:lastRow="0" w:firstColumn="1" w:lastColumn="0" w:noHBand="0" w:noVBand="1"/>
      </w:tblPr>
      <w:tblGrid>
        <w:gridCol w:w="4536"/>
        <w:gridCol w:w="4536"/>
      </w:tblGrid>
      <w:tr w:rsidR="00226CAC" w14:paraId="1ADB368B" w14:textId="77777777">
        <w:tc>
          <w:tcPr>
            <w:tcW w:w="4536" w:type="dxa"/>
            <w:shd w:val="clear" w:color="auto" w:fill="024AD8"/>
          </w:tcPr>
          <w:p w14:paraId="6C98A06C" w14:textId="77777777" w:rsidR="00226CAC" w:rsidRDefault="00000000">
            <w:pPr>
              <w:spacing w:before="60" w:after="60"/>
            </w:pPr>
            <w:r>
              <w:rPr>
                <w:rFonts w:ascii="Nanum Gothic" w:eastAsia="Nanum Gothic" w:hAnsi="Nanum Gothic" w:cs="Nanum Gothic"/>
                <w:b/>
                <w:color w:val="FFFFFF"/>
                <w:sz w:val="20"/>
              </w:rPr>
              <w:lastRenderedPageBreak/>
              <w:t>실수</w:t>
            </w:r>
          </w:p>
        </w:tc>
        <w:tc>
          <w:tcPr>
            <w:tcW w:w="4536" w:type="dxa"/>
            <w:shd w:val="clear" w:color="auto" w:fill="024AD8"/>
          </w:tcPr>
          <w:p w14:paraId="364F4A1E" w14:textId="77777777" w:rsidR="00226CAC" w:rsidRDefault="00000000">
            <w:pPr>
              <w:spacing w:before="60" w:after="60"/>
            </w:pPr>
            <w:r>
              <w:rPr>
                <w:rFonts w:ascii="Nanum Gothic" w:eastAsia="Nanum Gothic" w:hAnsi="Nanum Gothic" w:cs="Nanum Gothic"/>
                <w:b/>
                <w:color w:val="FFFFFF"/>
                <w:sz w:val="20"/>
              </w:rPr>
              <w:t>즉시 해야 할 것</w:t>
            </w:r>
          </w:p>
        </w:tc>
      </w:tr>
      <w:tr w:rsidR="00226CAC" w14:paraId="2F6E7DF0" w14:textId="77777777">
        <w:tc>
          <w:tcPr>
            <w:tcW w:w="4536" w:type="dxa"/>
          </w:tcPr>
          <w:p w14:paraId="66C83D9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GitHub에 키 커밋됨</w:t>
            </w:r>
          </w:p>
        </w:tc>
        <w:tc>
          <w:tcPr>
            <w:tcW w:w="4536" w:type="dxa"/>
          </w:tcPr>
          <w:p w14:paraId="2AEF0A6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즉시 키 재발급 → 기존 키 무효화 → 커밋 히스토리 정리</w:t>
            </w:r>
          </w:p>
        </w:tc>
      </w:tr>
      <w:tr w:rsidR="00226CAC" w14:paraId="1E9C4C0E" w14:textId="77777777">
        <w:tc>
          <w:tcPr>
            <w:tcW w:w="4536" w:type="dxa"/>
          </w:tcPr>
          <w:p w14:paraId="3CE23156"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AI 채팅창에 키 입력됨</w:t>
            </w:r>
          </w:p>
        </w:tc>
        <w:tc>
          <w:tcPr>
            <w:tcW w:w="4536" w:type="dxa"/>
          </w:tcPr>
          <w:p w14:paraId="4C8B7F37" w14:textId="77777777" w:rsidR="00226CAC" w:rsidRDefault="00000000">
            <w:pPr>
              <w:spacing w:before="60" w:after="60"/>
            </w:pPr>
            <w:r>
              <w:rPr>
                <w:rFonts w:ascii="Nanum Gothic" w:eastAsia="Nanum Gothic" w:hAnsi="Nanum Gothic" w:cs="Nanum Gothic"/>
                <w:color w:val="1A1A1A"/>
                <w:sz w:val="20"/>
              </w:rPr>
              <w:t>즉시 키 재발급</w:t>
            </w:r>
          </w:p>
        </w:tc>
      </w:tr>
      <w:tr w:rsidR="00226CAC" w14:paraId="46D4806A" w14:textId="77777777">
        <w:tc>
          <w:tcPr>
            <w:tcW w:w="4536" w:type="dxa"/>
          </w:tcPr>
          <w:p w14:paraId="6D1E7E3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Colab 공유 전 키 미삭제</w:t>
            </w:r>
          </w:p>
        </w:tc>
        <w:tc>
          <w:tcPr>
            <w:tcW w:w="4536" w:type="dxa"/>
          </w:tcPr>
          <w:p w14:paraId="45DCE89C" w14:textId="77777777" w:rsidR="00226CAC" w:rsidRDefault="00000000">
            <w:pPr>
              <w:spacing w:before="60" w:after="60"/>
            </w:pPr>
            <w:r>
              <w:rPr>
                <w:rFonts w:ascii="Nanum Gothic" w:eastAsia="Nanum Gothic" w:hAnsi="Nanum Gothic" w:cs="Nanum Gothic"/>
                <w:color w:val="1A1A1A"/>
                <w:sz w:val="20"/>
              </w:rPr>
              <w:t>키 재발급 + 공유 취소</w:t>
            </w:r>
          </w:p>
        </w:tc>
      </w:tr>
      <w:tr w:rsidR="00226CAC" w14:paraId="17EA5A7C" w14:textId="77777777">
        <w:tc>
          <w:tcPr>
            <w:tcW w:w="4536" w:type="dxa"/>
          </w:tcPr>
          <w:p w14:paraId="614F30E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키 분실 (어디에 저장했는지 모름)</w:t>
            </w:r>
          </w:p>
        </w:tc>
        <w:tc>
          <w:tcPr>
            <w:tcW w:w="4536" w:type="dxa"/>
          </w:tcPr>
          <w:p w14:paraId="361327CB"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재발급 후 이번엔 안전하게 보관</w:t>
            </w:r>
          </w:p>
        </w:tc>
      </w:tr>
    </w:tbl>
    <w:p w14:paraId="149E0251" w14:textId="77777777" w:rsidR="00226CAC" w:rsidRDefault="00226CAC">
      <w:pPr>
        <w:rPr>
          <w:rFonts w:eastAsia="Nanum Gothic"/>
          <w:lang w:eastAsia="ko-KR"/>
        </w:rPr>
      </w:pPr>
    </w:p>
    <w:p w14:paraId="0CCBAAE8"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7.8 7대 개념 활동지 (페어 활동 A)</w:t>
      </w:r>
    </w:p>
    <w:tbl>
      <w:tblPr>
        <w:tblStyle w:val="af9"/>
        <w:tblW w:w="0" w:type="auto"/>
        <w:tblLayout w:type="fixed"/>
        <w:tblLook w:val="04A0" w:firstRow="1" w:lastRow="0" w:firstColumn="1" w:lastColumn="0" w:noHBand="0" w:noVBand="1"/>
      </w:tblPr>
      <w:tblGrid>
        <w:gridCol w:w="400"/>
        <w:gridCol w:w="8672"/>
      </w:tblGrid>
      <w:tr w:rsidR="00226CAC" w14:paraId="5A313E78" w14:textId="77777777">
        <w:tc>
          <w:tcPr>
            <w:tcW w:w="400" w:type="dxa"/>
            <w:shd w:val="clear" w:color="auto" w:fill="4A5568"/>
          </w:tcPr>
          <w:p w14:paraId="7C6832B6" w14:textId="77777777" w:rsidR="00226CAC" w:rsidRDefault="00226CAC">
            <w:pPr>
              <w:spacing w:before="80" w:after="80"/>
              <w:rPr>
                <w:rFonts w:eastAsia="Nanum Gothic"/>
                <w:lang w:eastAsia="ko-KR"/>
              </w:rPr>
            </w:pPr>
          </w:p>
        </w:tc>
        <w:tc>
          <w:tcPr>
            <w:tcW w:w="8672" w:type="dxa"/>
            <w:shd w:val="clear" w:color="auto" w:fill="F7F7F7"/>
          </w:tcPr>
          <w:p w14:paraId="446E654E" w14:textId="77777777" w:rsidR="00226CAC" w:rsidRDefault="00000000">
            <w:pPr>
              <w:spacing w:before="80" w:after="80"/>
              <w:rPr>
                <w:rFonts w:eastAsia="Nanum Gothic"/>
                <w:lang w:eastAsia="ko-KR"/>
              </w:rPr>
            </w:pPr>
            <w:r>
              <w:rPr>
                <w:rFonts w:ascii="Nanum Gothic" w:eastAsia="Nanum Gothic" w:hAnsi="Nanum Gothic" w:cs="Nanum Gothic"/>
                <w:b/>
                <w:color w:val="4A5568"/>
                <w:sz w:val="20"/>
                <w:lang w:eastAsia="ko-KR"/>
              </w:rPr>
              <w:t>📌 Note</w:t>
            </w:r>
            <w:r>
              <w:rPr>
                <w:rFonts w:ascii="Apple SD Gothic Neo" w:eastAsia="Nanum Gothic" w:hAnsi="Apple SD Gothic Neo" w:cs="Apple SD Gothic Neo"/>
                <w:b/>
                <w:color w:val="4A5568"/>
                <w:sz w:val="20"/>
                <w:lang w:eastAsia="ko-KR"/>
              </w:rPr>
              <w:br/>
            </w:r>
            <w:r>
              <w:rPr>
                <w:rFonts w:ascii="Nanum Gothic" w:eastAsia="Nanum Gothic" w:hAnsi="Nanum Gothic" w:cs="Nanum Gothic"/>
                <w:color w:val="1A1A1A"/>
                <w:sz w:val="20"/>
                <w:lang w:eastAsia="ko-KR"/>
              </w:rPr>
              <w:t>활동 형식 — 개인 5분 작성 → 파트너 대조 3분 → 강사 무작위 1쌍 발표 지명</w:t>
            </w:r>
          </w:p>
        </w:tc>
      </w:tr>
    </w:tbl>
    <w:p w14:paraId="2E367955" w14:textId="77777777" w:rsidR="00226CAC" w:rsidRDefault="00226CAC">
      <w:pPr>
        <w:rPr>
          <w:rFonts w:eastAsia="Nanum Gothic"/>
          <w:lang w:eastAsia="ko-KR"/>
        </w:rPr>
      </w:pPr>
    </w:p>
    <w:tbl>
      <w:tblPr>
        <w:tblStyle w:val="af9"/>
        <w:tblW w:w="0" w:type="auto"/>
        <w:tblLook w:val="04A0" w:firstRow="1" w:lastRow="0" w:firstColumn="1" w:lastColumn="0" w:noHBand="0" w:noVBand="1"/>
      </w:tblPr>
      <w:tblGrid>
        <w:gridCol w:w="2268"/>
        <w:gridCol w:w="2268"/>
        <w:gridCol w:w="2268"/>
        <w:gridCol w:w="2268"/>
      </w:tblGrid>
      <w:tr w:rsidR="00226CAC" w14:paraId="3CA87D71" w14:textId="77777777">
        <w:tc>
          <w:tcPr>
            <w:tcW w:w="2268" w:type="dxa"/>
            <w:shd w:val="clear" w:color="auto" w:fill="024AD8"/>
          </w:tcPr>
          <w:p w14:paraId="7AD96F64" w14:textId="77777777" w:rsidR="00226CAC" w:rsidRDefault="00000000">
            <w:pPr>
              <w:spacing w:before="60" w:after="60"/>
            </w:pPr>
            <w:r>
              <w:rPr>
                <w:rFonts w:ascii="Nanum Gothic" w:eastAsia="Nanum Gothic" w:hAnsi="Nanum Gothic" w:cs="Nanum Gothic"/>
                <w:b/>
                <w:color w:val="FFFFFF"/>
                <w:sz w:val="20"/>
              </w:rPr>
              <w:t>#</w:t>
            </w:r>
          </w:p>
        </w:tc>
        <w:tc>
          <w:tcPr>
            <w:tcW w:w="2268" w:type="dxa"/>
            <w:shd w:val="clear" w:color="auto" w:fill="024AD8"/>
          </w:tcPr>
          <w:p w14:paraId="02935468" w14:textId="77777777" w:rsidR="00226CAC" w:rsidRDefault="00000000">
            <w:pPr>
              <w:spacing w:before="60" w:after="60"/>
            </w:pPr>
            <w:r>
              <w:rPr>
                <w:rFonts w:ascii="Nanum Gothic" w:eastAsia="Nanum Gothic" w:hAnsi="Nanum Gothic" w:cs="Nanum Gothic"/>
                <w:b/>
                <w:color w:val="FFFFFF"/>
                <w:sz w:val="20"/>
              </w:rPr>
              <w:t>개념명</w:t>
            </w:r>
          </w:p>
        </w:tc>
        <w:tc>
          <w:tcPr>
            <w:tcW w:w="2268" w:type="dxa"/>
            <w:shd w:val="clear" w:color="auto" w:fill="024AD8"/>
          </w:tcPr>
          <w:p w14:paraId="6919BDAB" w14:textId="77777777" w:rsidR="00226CAC" w:rsidRDefault="00000000">
            <w:pPr>
              <w:spacing w:before="60" w:after="60"/>
              <w:rPr>
                <w:rFonts w:eastAsia="Nanum Gothic"/>
                <w:lang w:eastAsia="ko-KR"/>
              </w:rPr>
            </w:pPr>
            <w:r>
              <w:rPr>
                <w:rFonts w:ascii="Nanum Gothic" w:eastAsia="Nanum Gothic" w:hAnsi="Nanum Gothic" w:cs="Nanum Gothic"/>
                <w:b/>
                <w:color w:val="FFFFFF"/>
                <w:sz w:val="20"/>
                <w:lang w:eastAsia="ko-KR"/>
              </w:rPr>
              <w:t>비유 (빈칸 — 학습자 직접 기입)</w:t>
            </w:r>
          </w:p>
        </w:tc>
        <w:tc>
          <w:tcPr>
            <w:tcW w:w="2268" w:type="dxa"/>
            <w:shd w:val="clear" w:color="auto" w:fill="024AD8"/>
          </w:tcPr>
          <w:p w14:paraId="1B8E498E" w14:textId="77777777" w:rsidR="00226CAC" w:rsidRDefault="00000000">
            <w:pPr>
              <w:spacing w:before="60" w:after="60"/>
            </w:pPr>
            <w:r>
              <w:rPr>
                <w:rFonts w:ascii="Nanum Gothic" w:eastAsia="Nanum Gothic" w:hAnsi="Nanum Gothic" w:cs="Nanum Gothic"/>
                <w:b/>
                <w:color w:val="FFFFFF"/>
                <w:sz w:val="20"/>
              </w:rPr>
              <w:t>핵심 내용 한 줄 (빈칸)</w:t>
            </w:r>
          </w:p>
        </w:tc>
      </w:tr>
      <w:tr w:rsidR="00226CAC" w14:paraId="784B1E17" w14:textId="77777777">
        <w:tc>
          <w:tcPr>
            <w:tcW w:w="2268" w:type="dxa"/>
          </w:tcPr>
          <w:p w14:paraId="26E11C03" w14:textId="77777777" w:rsidR="00226CAC" w:rsidRDefault="00000000">
            <w:pPr>
              <w:spacing w:before="60" w:after="60"/>
            </w:pPr>
            <w:r>
              <w:rPr>
                <w:rFonts w:ascii="Nanum Gothic" w:eastAsia="Nanum Gothic" w:hAnsi="Nanum Gothic" w:cs="Nanum Gothic"/>
                <w:color w:val="1A1A1A"/>
                <w:sz w:val="20"/>
              </w:rPr>
              <w:t>①</w:t>
            </w:r>
          </w:p>
        </w:tc>
        <w:tc>
          <w:tcPr>
            <w:tcW w:w="2268" w:type="dxa"/>
          </w:tcPr>
          <w:p w14:paraId="24FC6F44" w14:textId="77777777" w:rsidR="00226CAC" w:rsidRDefault="00000000">
            <w:pPr>
              <w:spacing w:before="60" w:after="60"/>
            </w:pPr>
            <w:r>
              <w:rPr>
                <w:rFonts w:ascii="Nanum Gothic" w:eastAsia="Nanum Gothic" w:hAnsi="Nanum Gothic" w:cs="Nanum Gothic"/>
                <w:color w:val="1A1A1A"/>
                <w:sz w:val="20"/>
              </w:rPr>
              <w:t>엔드포인트</w:t>
            </w:r>
          </w:p>
        </w:tc>
        <w:tc>
          <w:tcPr>
            <w:tcW w:w="2268" w:type="dxa"/>
          </w:tcPr>
          <w:p w14:paraId="034544D2" w14:textId="77777777" w:rsidR="00226CAC" w:rsidRDefault="00226CAC">
            <w:pPr>
              <w:spacing w:before="60" w:after="60"/>
            </w:pPr>
          </w:p>
        </w:tc>
        <w:tc>
          <w:tcPr>
            <w:tcW w:w="2268" w:type="dxa"/>
          </w:tcPr>
          <w:p w14:paraId="136DD9D9" w14:textId="77777777" w:rsidR="00226CAC" w:rsidRDefault="00226CAC">
            <w:pPr>
              <w:spacing w:before="60" w:after="60"/>
            </w:pPr>
          </w:p>
        </w:tc>
      </w:tr>
      <w:tr w:rsidR="00226CAC" w14:paraId="313ED68F" w14:textId="77777777">
        <w:tc>
          <w:tcPr>
            <w:tcW w:w="2268" w:type="dxa"/>
          </w:tcPr>
          <w:p w14:paraId="74CE5B67" w14:textId="77777777" w:rsidR="00226CAC" w:rsidRDefault="00000000">
            <w:pPr>
              <w:spacing w:before="60" w:after="60"/>
            </w:pPr>
            <w:r>
              <w:rPr>
                <w:rFonts w:ascii="Nanum Gothic" w:eastAsia="Nanum Gothic" w:hAnsi="Nanum Gothic" w:cs="Nanum Gothic"/>
                <w:color w:val="1A1A1A"/>
                <w:sz w:val="20"/>
              </w:rPr>
              <w:t>②</w:t>
            </w:r>
          </w:p>
        </w:tc>
        <w:tc>
          <w:tcPr>
            <w:tcW w:w="2268" w:type="dxa"/>
          </w:tcPr>
          <w:p w14:paraId="2B9572C8" w14:textId="77777777" w:rsidR="00226CAC" w:rsidRDefault="00000000">
            <w:pPr>
              <w:spacing w:before="60" w:after="60"/>
            </w:pPr>
            <w:r>
              <w:rPr>
                <w:rFonts w:ascii="Nanum Gothic" w:eastAsia="Nanum Gothic" w:hAnsi="Nanum Gothic" w:cs="Nanum Gothic"/>
                <w:color w:val="1A1A1A"/>
                <w:sz w:val="20"/>
              </w:rPr>
              <w:t>인증</w:t>
            </w:r>
          </w:p>
        </w:tc>
        <w:tc>
          <w:tcPr>
            <w:tcW w:w="2268" w:type="dxa"/>
          </w:tcPr>
          <w:p w14:paraId="1F613FF2" w14:textId="77777777" w:rsidR="00226CAC" w:rsidRDefault="00226CAC">
            <w:pPr>
              <w:spacing w:before="60" w:after="60"/>
            </w:pPr>
          </w:p>
        </w:tc>
        <w:tc>
          <w:tcPr>
            <w:tcW w:w="2268" w:type="dxa"/>
          </w:tcPr>
          <w:p w14:paraId="70DEDFDB" w14:textId="77777777" w:rsidR="00226CAC" w:rsidRDefault="00226CAC">
            <w:pPr>
              <w:spacing w:before="60" w:after="60"/>
            </w:pPr>
          </w:p>
        </w:tc>
      </w:tr>
      <w:tr w:rsidR="00226CAC" w14:paraId="08873EA9" w14:textId="77777777">
        <w:tc>
          <w:tcPr>
            <w:tcW w:w="2268" w:type="dxa"/>
          </w:tcPr>
          <w:p w14:paraId="52BA0B7B" w14:textId="77777777" w:rsidR="00226CAC" w:rsidRDefault="00000000">
            <w:pPr>
              <w:spacing w:before="60" w:after="60"/>
            </w:pPr>
            <w:r>
              <w:rPr>
                <w:rFonts w:ascii="Nanum Gothic" w:eastAsia="Nanum Gothic" w:hAnsi="Nanum Gothic" w:cs="Nanum Gothic"/>
                <w:color w:val="1A1A1A"/>
                <w:sz w:val="20"/>
              </w:rPr>
              <w:t>③</w:t>
            </w:r>
          </w:p>
        </w:tc>
        <w:tc>
          <w:tcPr>
            <w:tcW w:w="2268" w:type="dxa"/>
          </w:tcPr>
          <w:p w14:paraId="46575E3A" w14:textId="77777777" w:rsidR="00226CAC" w:rsidRDefault="00000000">
            <w:pPr>
              <w:spacing w:before="60" w:after="60"/>
            </w:pPr>
            <w:r>
              <w:rPr>
                <w:rFonts w:ascii="Nanum Gothic" w:eastAsia="Nanum Gothic" w:hAnsi="Nanum Gothic" w:cs="Nanum Gothic"/>
                <w:color w:val="1A1A1A"/>
                <w:sz w:val="20"/>
              </w:rPr>
              <w:t>요청 스키마</w:t>
            </w:r>
          </w:p>
        </w:tc>
        <w:tc>
          <w:tcPr>
            <w:tcW w:w="2268" w:type="dxa"/>
          </w:tcPr>
          <w:p w14:paraId="20C6AA2B" w14:textId="77777777" w:rsidR="00226CAC" w:rsidRDefault="00226CAC">
            <w:pPr>
              <w:spacing w:before="60" w:after="60"/>
            </w:pPr>
          </w:p>
        </w:tc>
        <w:tc>
          <w:tcPr>
            <w:tcW w:w="2268" w:type="dxa"/>
          </w:tcPr>
          <w:p w14:paraId="007AF7F6" w14:textId="77777777" w:rsidR="00226CAC" w:rsidRDefault="00226CAC">
            <w:pPr>
              <w:spacing w:before="60" w:after="60"/>
            </w:pPr>
          </w:p>
        </w:tc>
      </w:tr>
      <w:tr w:rsidR="00226CAC" w14:paraId="2E371883" w14:textId="77777777">
        <w:tc>
          <w:tcPr>
            <w:tcW w:w="2268" w:type="dxa"/>
          </w:tcPr>
          <w:p w14:paraId="477B85E7" w14:textId="77777777" w:rsidR="00226CAC" w:rsidRDefault="00000000">
            <w:pPr>
              <w:spacing w:before="60" w:after="60"/>
            </w:pPr>
            <w:r>
              <w:rPr>
                <w:rFonts w:ascii="Nanum Gothic" w:eastAsia="Nanum Gothic" w:hAnsi="Nanum Gothic" w:cs="Nanum Gothic"/>
                <w:color w:val="1A1A1A"/>
                <w:sz w:val="20"/>
              </w:rPr>
              <w:t>④</w:t>
            </w:r>
          </w:p>
        </w:tc>
        <w:tc>
          <w:tcPr>
            <w:tcW w:w="2268" w:type="dxa"/>
          </w:tcPr>
          <w:p w14:paraId="68CCD036" w14:textId="77777777" w:rsidR="00226CAC" w:rsidRDefault="00000000">
            <w:pPr>
              <w:spacing w:before="60" w:after="60"/>
            </w:pPr>
            <w:r>
              <w:rPr>
                <w:rFonts w:ascii="Nanum Gothic" w:eastAsia="Nanum Gothic" w:hAnsi="Nanum Gothic" w:cs="Nanum Gothic"/>
                <w:color w:val="1A1A1A"/>
                <w:sz w:val="20"/>
              </w:rPr>
              <w:t>응답 스키마</w:t>
            </w:r>
          </w:p>
        </w:tc>
        <w:tc>
          <w:tcPr>
            <w:tcW w:w="2268" w:type="dxa"/>
          </w:tcPr>
          <w:p w14:paraId="145C8F52" w14:textId="77777777" w:rsidR="00226CAC" w:rsidRDefault="00226CAC">
            <w:pPr>
              <w:spacing w:before="60" w:after="60"/>
            </w:pPr>
          </w:p>
        </w:tc>
        <w:tc>
          <w:tcPr>
            <w:tcW w:w="2268" w:type="dxa"/>
          </w:tcPr>
          <w:p w14:paraId="3DF2FF40" w14:textId="77777777" w:rsidR="00226CAC" w:rsidRDefault="00226CAC">
            <w:pPr>
              <w:spacing w:before="60" w:after="60"/>
            </w:pPr>
          </w:p>
        </w:tc>
      </w:tr>
      <w:tr w:rsidR="00226CAC" w14:paraId="474DDDC7" w14:textId="77777777">
        <w:tc>
          <w:tcPr>
            <w:tcW w:w="2268" w:type="dxa"/>
          </w:tcPr>
          <w:p w14:paraId="12B42066" w14:textId="77777777" w:rsidR="00226CAC" w:rsidRDefault="00000000">
            <w:pPr>
              <w:spacing w:before="60" w:after="60"/>
            </w:pPr>
            <w:r>
              <w:rPr>
                <w:rFonts w:ascii="Nanum Gothic" w:eastAsia="Nanum Gothic" w:hAnsi="Nanum Gothic" w:cs="Nanum Gothic"/>
                <w:color w:val="1A1A1A"/>
                <w:sz w:val="20"/>
              </w:rPr>
              <w:t>⑤</w:t>
            </w:r>
          </w:p>
        </w:tc>
        <w:tc>
          <w:tcPr>
            <w:tcW w:w="2268" w:type="dxa"/>
          </w:tcPr>
          <w:p w14:paraId="234BB57C" w14:textId="77777777" w:rsidR="00226CAC" w:rsidRDefault="00000000">
            <w:pPr>
              <w:spacing w:before="60" w:after="60"/>
            </w:pPr>
            <w:r>
              <w:rPr>
                <w:rFonts w:ascii="Nanum Gothic" w:eastAsia="Nanum Gothic" w:hAnsi="Nanum Gothic" w:cs="Nanum Gothic"/>
                <w:color w:val="1A1A1A"/>
                <w:sz w:val="20"/>
              </w:rPr>
              <w:t>스트리밍</w:t>
            </w:r>
          </w:p>
        </w:tc>
        <w:tc>
          <w:tcPr>
            <w:tcW w:w="2268" w:type="dxa"/>
          </w:tcPr>
          <w:p w14:paraId="2A7E1404" w14:textId="77777777" w:rsidR="00226CAC" w:rsidRDefault="00226CAC">
            <w:pPr>
              <w:spacing w:before="60" w:after="60"/>
            </w:pPr>
          </w:p>
        </w:tc>
        <w:tc>
          <w:tcPr>
            <w:tcW w:w="2268" w:type="dxa"/>
          </w:tcPr>
          <w:p w14:paraId="41D2993F" w14:textId="77777777" w:rsidR="00226CAC" w:rsidRDefault="00226CAC">
            <w:pPr>
              <w:spacing w:before="60" w:after="60"/>
            </w:pPr>
          </w:p>
        </w:tc>
      </w:tr>
      <w:tr w:rsidR="00226CAC" w14:paraId="00C9E0A3" w14:textId="77777777">
        <w:tc>
          <w:tcPr>
            <w:tcW w:w="2268" w:type="dxa"/>
          </w:tcPr>
          <w:p w14:paraId="1141F79C" w14:textId="77777777" w:rsidR="00226CAC" w:rsidRDefault="00000000">
            <w:pPr>
              <w:spacing w:before="60" w:after="60"/>
            </w:pPr>
            <w:r>
              <w:rPr>
                <w:rFonts w:ascii="Nanum Gothic" w:eastAsia="Nanum Gothic" w:hAnsi="Nanum Gothic" w:cs="Nanum Gothic"/>
                <w:color w:val="1A1A1A"/>
                <w:sz w:val="20"/>
              </w:rPr>
              <w:t>⑥</w:t>
            </w:r>
          </w:p>
        </w:tc>
        <w:tc>
          <w:tcPr>
            <w:tcW w:w="2268" w:type="dxa"/>
          </w:tcPr>
          <w:p w14:paraId="2AC4C6C2" w14:textId="77777777" w:rsidR="00226CAC" w:rsidRDefault="00000000">
            <w:pPr>
              <w:spacing w:before="60" w:after="60"/>
            </w:pPr>
            <w:r>
              <w:rPr>
                <w:rFonts w:ascii="Nanum Gothic" w:eastAsia="Nanum Gothic" w:hAnsi="Nanum Gothic" w:cs="Nanum Gothic"/>
                <w:color w:val="1A1A1A"/>
                <w:sz w:val="20"/>
              </w:rPr>
              <w:t>토큰 과금</w:t>
            </w:r>
          </w:p>
        </w:tc>
        <w:tc>
          <w:tcPr>
            <w:tcW w:w="2268" w:type="dxa"/>
          </w:tcPr>
          <w:p w14:paraId="5A09C4F6" w14:textId="77777777" w:rsidR="00226CAC" w:rsidRDefault="00226CAC">
            <w:pPr>
              <w:spacing w:before="60" w:after="60"/>
            </w:pPr>
          </w:p>
        </w:tc>
        <w:tc>
          <w:tcPr>
            <w:tcW w:w="2268" w:type="dxa"/>
          </w:tcPr>
          <w:p w14:paraId="43D5EBF5" w14:textId="77777777" w:rsidR="00226CAC" w:rsidRDefault="00226CAC">
            <w:pPr>
              <w:spacing w:before="60" w:after="60"/>
            </w:pPr>
          </w:p>
        </w:tc>
      </w:tr>
      <w:tr w:rsidR="00226CAC" w14:paraId="403FDB3D" w14:textId="77777777">
        <w:tc>
          <w:tcPr>
            <w:tcW w:w="2268" w:type="dxa"/>
          </w:tcPr>
          <w:p w14:paraId="5BBB7D64" w14:textId="77777777" w:rsidR="00226CAC" w:rsidRDefault="00000000">
            <w:pPr>
              <w:spacing w:before="60" w:after="60"/>
            </w:pPr>
            <w:r>
              <w:rPr>
                <w:rFonts w:ascii="Nanum Gothic" w:eastAsia="Nanum Gothic" w:hAnsi="Nanum Gothic" w:cs="Nanum Gothic"/>
                <w:color w:val="1A1A1A"/>
                <w:sz w:val="20"/>
              </w:rPr>
              <w:t>⑦</w:t>
            </w:r>
          </w:p>
        </w:tc>
        <w:tc>
          <w:tcPr>
            <w:tcW w:w="2268" w:type="dxa"/>
          </w:tcPr>
          <w:p w14:paraId="42C65DAA" w14:textId="77777777" w:rsidR="00226CAC" w:rsidRDefault="00000000">
            <w:pPr>
              <w:spacing w:before="60" w:after="60"/>
            </w:pPr>
            <w:r>
              <w:rPr>
                <w:rFonts w:ascii="Nanum Gothic" w:eastAsia="Nanum Gothic" w:hAnsi="Nanum Gothic" w:cs="Nanum Gothic"/>
                <w:color w:val="1A1A1A"/>
                <w:sz w:val="20"/>
              </w:rPr>
              <w:t>온도</w:t>
            </w:r>
          </w:p>
        </w:tc>
        <w:tc>
          <w:tcPr>
            <w:tcW w:w="2268" w:type="dxa"/>
          </w:tcPr>
          <w:p w14:paraId="4F041D1F" w14:textId="77777777" w:rsidR="00226CAC" w:rsidRDefault="00226CAC">
            <w:pPr>
              <w:spacing w:before="60" w:after="60"/>
            </w:pPr>
          </w:p>
        </w:tc>
        <w:tc>
          <w:tcPr>
            <w:tcW w:w="2268" w:type="dxa"/>
          </w:tcPr>
          <w:p w14:paraId="6BDE0A59" w14:textId="77777777" w:rsidR="00226CAC" w:rsidRDefault="00226CAC">
            <w:pPr>
              <w:spacing w:before="60" w:after="60"/>
            </w:pPr>
          </w:p>
        </w:tc>
      </w:tr>
    </w:tbl>
    <w:p w14:paraId="6CCA8401" w14:textId="77777777" w:rsidR="00226CAC" w:rsidRDefault="00226CAC"/>
    <w:tbl>
      <w:tblPr>
        <w:tblStyle w:val="af9"/>
        <w:tblW w:w="0" w:type="auto"/>
        <w:tblLayout w:type="fixed"/>
        <w:tblLook w:val="04A0" w:firstRow="1" w:lastRow="0" w:firstColumn="1" w:lastColumn="0" w:noHBand="0" w:noVBand="1"/>
      </w:tblPr>
      <w:tblGrid>
        <w:gridCol w:w="400"/>
        <w:gridCol w:w="8672"/>
      </w:tblGrid>
      <w:tr w:rsidR="00226CAC" w14:paraId="5F846444" w14:textId="77777777">
        <w:tc>
          <w:tcPr>
            <w:tcW w:w="400" w:type="dxa"/>
            <w:shd w:val="clear" w:color="auto" w:fill="C05621"/>
          </w:tcPr>
          <w:p w14:paraId="30371A31" w14:textId="77777777" w:rsidR="00226CAC" w:rsidRDefault="00226CAC">
            <w:pPr>
              <w:spacing w:before="80" w:after="80"/>
            </w:pPr>
          </w:p>
        </w:tc>
        <w:tc>
          <w:tcPr>
            <w:tcW w:w="8672" w:type="dxa"/>
            <w:shd w:val="clear" w:color="auto" w:fill="FFF7E6"/>
          </w:tcPr>
          <w:p w14:paraId="4CF49EFE" w14:textId="77777777" w:rsidR="00226CAC" w:rsidRDefault="00000000">
            <w:pPr>
              <w:spacing w:before="80" w:after="80"/>
              <w:rPr>
                <w:rFonts w:eastAsia="Nanum Gothic"/>
                <w:lang w:eastAsia="ko-KR"/>
              </w:rPr>
            </w:pPr>
            <w:r>
              <w:rPr>
                <w:rFonts w:ascii="Nanum Gothic" w:eastAsia="Nanum Gothic" w:hAnsi="Nanum Gothic" w:cs="Nanum Gothic"/>
                <w:b/>
                <w:color w:val="C05621"/>
                <w:sz w:val="20"/>
                <w:lang w:eastAsia="ko-KR"/>
              </w:rPr>
              <w:t>⚠️ 주의</w:t>
            </w:r>
            <w:r>
              <w:rPr>
                <w:rFonts w:ascii="Apple SD Gothic Neo" w:eastAsia="Nanum Gothic" w:hAnsi="Apple SD Gothic Neo" w:cs="Apple SD Gothic Neo"/>
                <w:b/>
                <w:color w:val="C05621"/>
                <w:sz w:val="20"/>
                <w:lang w:eastAsia="ko-KR"/>
              </w:rPr>
              <w:br/>
            </w:r>
            <w:r>
              <w:rPr>
                <w:rFonts w:ascii="Nanum Gothic" w:eastAsia="Nanum Gothic" w:hAnsi="Nanum Gothic" w:cs="Nanum Gothic"/>
                <w:color w:val="1A1A1A"/>
                <w:sz w:val="20"/>
                <w:lang w:eastAsia="ko-KR"/>
              </w:rPr>
              <w:t>AI 차단 — 빈칸은 파트너와 대화·슬라이드만으로 채운다. "AI한테 물어보지 마세요."</w:t>
            </w:r>
          </w:p>
        </w:tc>
      </w:tr>
    </w:tbl>
    <w:p w14:paraId="7507776A" w14:textId="77777777" w:rsidR="00226CAC" w:rsidRDefault="00226CAC">
      <w:pPr>
        <w:rPr>
          <w:rFonts w:eastAsia="Nanum Gothic"/>
          <w:lang w:eastAsia="ko-KR"/>
        </w:rPr>
      </w:pPr>
    </w:p>
    <w:p w14:paraId="54A2D1ED"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7.9 직무별 API 활용 시나리오</w:t>
      </w:r>
    </w:p>
    <w:p w14:paraId="055C4865" w14:textId="77777777" w:rsidR="00226CAC" w:rsidRDefault="00000000">
      <w:pPr>
        <w:spacing w:before="160" w:after="40"/>
        <w:rPr>
          <w:rFonts w:eastAsia="Nanum Gothic"/>
          <w:lang w:eastAsia="ko-KR"/>
        </w:rPr>
      </w:pPr>
      <w:r>
        <w:rPr>
          <w:rFonts w:ascii="Nanum Gothic" w:eastAsia="Nanum Gothic" w:hAnsi="Nanum Gothic" w:cs="Nanum Gothic"/>
          <w:b/>
          <w:color w:val="024AD8"/>
          <w:sz w:val="24"/>
          <w:lang w:eastAsia="ko-KR"/>
        </w:rPr>
        <w:t>개발자 직무</w:t>
      </w:r>
    </w:p>
    <w:p w14:paraId="4051EF4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"GitHub Actions에서 자동으로 코드 리뷰 댓글 생성"</w:t>
      </w:r>
    </w:p>
    <w:tbl>
      <w:tblPr>
        <w:tblStyle w:val="af9"/>
        <w:tblW w:w="0" w:type="auto"/>
        <w:tblLook w:val="04A0" w:firstRow="1" w:lastRow="0" w:firstColumn="1" w:lastColumn="0" w:noHBand="0" w:noVBand="1"/>
      </w:tblPr>
      <w:tblGrid>
        <w:gridCol w:w="9072"/>
      </w:tblGrid>
      <w:tr w:rsidR="00226CAC" w14:paraId="40252B40" w14:textId="77777777">
        <w:tc>
          <w:tcPr>
            <w:tcW w:w="9072" w:type="dxa"/>
            <w:shd w:val="clear" w:color="auto" w:fill="F7F7F7"/>
          </w:tcPr>
          <w:p w14:paraId="22548308"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008000"/>
                <w:sz w:val="19"/>
                <w:lang w:eastAsia="ko-KR"/>
              </w:rPr>
              <w:t xml:space="preserve"># </w:t>
            </w:r>
            <w:r>
              <w:rPr>
                <w:rFonts w:ascii="Nanum Gothic" w:hAnsi="Nanum Gothic" w:eastAsia="Nanum Gothic" w:cs="Nanum Gothic"/>
                <w:color w:val="008000"/>
                <w:sz w:val="19"/>
                <w:lang w:eastAsia="ko-KR"/>
              </w:rPr>
              <w:t>코드</w:t>
            </w:r>
            <w:r>
              <w:rPr>
                <w:rFonts w:ascii="D2Coding" w:hAnsi="D2Coding" w:eastAsia="D2Coding" w:cs="D2Coding"/>
                <w:color w:val="008000"/>
                <w:sz w:val="19"/>
                <w:lang w:eastAsia="ko-KR"/>
              </w:rPr>
              <w:t xml:space="preserve"> </w:t>
            </w:r>
            <w:r>
              <w:rPr>
                <w:rFonts w:ascii="Nanum Gothic" w:hAnsi="Nanum Gothic" w:eastAsia="Nanum Gothic" w:cs="Nanum Gothic"/>
                <w:color w:val="008000"/>
                <w:sz w:val="19"/>
                <w:lang w:eastAsia="ko-KR"/>
              </w:rPr>
              <w:t>변경</w:t>
            </w:r>
            <w:r>
              <w:rPr>
                <w:rFonts w:ascii="D2Coding" w:hAnsi="D2Coding" w:eastAsia="D2Coding" w:cs="D2Coding"/>
                <w:color w:val="008000"/>
                <w:sz w:val="19"/>
                <w:lang w:eastAsia="ko-KR"/>
              </w:rPr>
              <w:t xml:space="preserve"> </w:t>
            </w:r>
            <w:r>
              <w:rPr>
                <w:rFonts w:ascii="Nanum Gothic" w:hAnsi="Nanum Gothic" w:eastAsia="Nanum Gothic" w:cs="Nanum Gothic"/>
                <w:color w:val="008000"/>
                <w:sz w:val="19"/>
                <w:lang w:eastAsia="ko-KR"/>
              </w:rPr>
              <w:t>사항을</w:t>
            </w:r>
            <w:r>
              <w:rPr>
                <w:rFonts w:ascii="D2Coding" w:hAnsi="D2Coding" w:eastAsia="D2Coding" w:cs="D2Coding"/>
                <w:color w:val="008000"/>
                <w:sz w:val="19"/>
                <w:lang w:eastAsia="ko-KR"/>
              </w:rPr>
              <w:t xml:space="preserve"> API</w:t>
            </w:r>
            <w:r>
              <w:rPr>
                <w:rFonts w:ascii="Nanum Gothic" w:hAnsi="Nanum Gothic" w:eastAsia="Nanum Gothic" w:cs="Nanum Gothic"/>
                <w:color w:val="008000"/>
                <w:sz w:val="19"/>
                <w:lang w:eastAsia="ko-KR"/>
              </w:rPr>
              <w:t>로</w:t>
            </w:r>
            <w:r>
              <w:rPr>
                <w:rFonts w:ascii="D2Coding" w:hAnsi="D2Coding" w:eastAsia="D2Coding" w:cs="D2Coding"/>
                <w:color w:val="008000"/>
                <w:sz w:val="19"/>
                <w:lang w:eastAsia="ko-KR"/>
              </w:rPr>
              <w:t xml:space="preserve"> </w:t>
            </w:r>
            <w:r>
              <w:rPr>
                <w:rFonts w:ascii="Nanum Gothic" w:hAnsi="Nanum Gothic" w:eastAsia="Nanum Gothic" w:cs="Nanum Gothic"/>
                <w:color w:val="008000"/>
                <w:sz w:val="19"/>
                <w:lang w:eastAsia="ko-KR"/>
              </w:rPr>
              <w:t>전달</w:t>
            </w:r>
            <w:r>
              <w:rPr>
                <w:rFonts w:ascii="D2Coding" w:hAnsi="D2Coding" w:eastAsia="D2Coding" w:cs="D2Coding"/>
                <w:color w:val="008000"/>
                <w:sz w:val="19"/>
                <w:lang w:eastAsia="ko-KR"/>
              </w:rPr>
              <w:t xml:space="preserve"> → AI</w:t>
            </w:r>
            <w:r>
              <w:rPr>
                <w:rFonts w:ascii="Nanum Gothic" w:hAnsi="Nanum Gothic" w:eastAsia="Nanum Gothic" w:cs="Nanum Gothic"/>
                <w:color w:val="008000"/>
                <w:sz w:val="19"/>
                <w:lang w:eastAsia="ko-KR"/>
              </w:rPr>
              <w:t>가</w:t>
            </w:r>
            <w:r>
              <w:rPr>
                <w:rFonts w:ascii="D2Coding" w:hAnsi="D2Coding" w:eastAsia="D2Coding" w:cs="D2Coding"/>
                <w:color w:val="008000"/>
                <w:sz w:val="19"/>
                <w:lang w:eastAsia="ko-KR"/>
              </w:rPr>
              <w:t xml:space="preserve"> </w:t>
            </w:r>
            <w:r>
              <w:rPr>
                <w:rFonts w:ascii="Nanum Gothic" w:hAnsi="Nanum Gothic" w:eastAsia="Nanum Gothic" w:cs="Nanum Gothic"/>
                <w:color w:val="008000"/>
                <w:sz w:val="19"/>
                <w:lang w:eastAsia="ko-KR"/>
              </w:rPr>
              <w:t>리뷰</w:t>
            </w:r>
            <w:r>
              <w:rPr>
                <w:rFonts w:ascii="D2Coding" w:hAnsi="D2Coding" w:eastAsia="D2Coding" w:cs="D2Coding"/>
                <w:color w:val="008000"/>
                <w:sz w:val="19"/>
                <w:lang w:eastAsia="ko-KR"/>
              </w:rPr>
              <w:t xml:space="preserve"> </w:t>
            </w:r>
            <w:r>
              <w:rPr>
                <w:rFonts w:ascii="Nanum Gothic" w:hAnsi="Nanum Gothic" w:eastAsia="Nanum Gothic" w:cs="Nanum Gothic"/>
                <w:color w:val="008000"/>
                <w:sz w:val="19"/>
                <w:lang w:eastAsia="ko-KR"/>
              </w:rPr>
              <w:t>댓글</w:t>
            </w:r>
            <w:r>
              <w:rPr>
                <w:rFonts w:ascii="D2Coding" w:hAnsi="D2Coding" w:eastAsia="D2Coding" w:cs="D2Coding"/>
                <w:color w:val="008000"/>
                <w:sz w:val="19"/>
                <w:lang w:eastAsia="ko-KR"/>
              </w:rPr>
              <w:t xml:space="preserve"> </w:t>
            </w:r>
            <w:r>
              <w:rPr>
                <w:rFonts w:ascii="Nanum Gothic" w:hAnsi="Nanum Gothic" w:eastAsia="Nanum Gothic" w:cs="Nanum Gothic"/>
                <w:color w:val="008000"/>
                <w:sz w:val="19"/>
                <w:lang w:eastAsia="ko-KR"/>
              </w:rPr>
              <w:t>생성</w:t>
            </w:r>
          </w:p>
          <w:p w14:paraId="1F338B65" w14:textId="77777777" w:rsidR="00226CAC" w:rsidRDefault="00000000">
            <w:pPr>
              <w:spacing w:before="20" w:after="20" w:line="220" w:lineRule="exact"/>
            </w:pPr>
            <w:r>
              <w:rPr>
                <w:rFonts w:ascii="D2Coding" w:hAnsi="D2Coding" w:eastAsia="D2Coding" w:cs="D2Coding"/>
                <w:color w:val="1A1A1A"/>
                <w:sz w:val="19"/>
              </w:rPr>
              <w:t>payload = {</w:t>
            </w:r>
          </w:p>
          <w:p w14:paraId="17777218" w14:textId="77777777" w:rsidR="00226CAC" w:rsidRDefault="00000000">
            <w:pPr>
              <w:spacing w:before="20" w:after="20" w:line="220" w:lineRule="exact"/>
            </w:pPr>
            <w:r>
              <w:rPr>
                <w:rFonts w:ascii="D2Coding" w:hAnsi="D2Coding" w:eastAsia="D2Coding" w:cs="D2Coding"/>
                <w:color w:val="CC0000"/>
                <w:sz w:val="19"/>
              </w:rPr>
              <w:t>"model"</w:t>
            </w:r>
            <w:r>
              <w:rPr>
                <w:rFonts w:ascii="Nanum Gothic" w:hAnsi="Nanum Gothic" w:eastAsia="Nanum Gothic" w:cs="Nanum Gothic"/>
                <w:color w:val="1A1A1A"/>
                <w:sz w:val="19"/>
              </w:rPr>
              <w:t xml:space="preserve">: </w:t>
            </w:r>
            <w:r>
              <w:rPr>
                <w:rFonts w:ascii="D2Coding" w:hAnsi="D2Coding" w:eastAsia="D2Coding" w:cs="D2Coding"/>
                <w:color w:val="CC0000"/>
                <w:sz w:val="19"/>
              </w:rPr>
              <w:t>"gemini-1.5-pro"</w:t>
            </w:r>
            <w:r>
              <w:rPr>
                <w:rFonts w:ascii="Nanum Gothic" w:hAnsi="Nanum Gothic" w:eastAsia="Nanum Gothic" w:cs="Nanum Gothic"/>
                <w:color w:val="1A1A1A"/>
                <w:sz w:val="19"/>
              </w:rPr>
              <w:t>,</w:t>
            </w:r>
          </w:p>
          <w:p w14:paraId="5C60B25F" w14:textId="77777777" w:rsidR="00226CAC" w:rsidRDefault="00000000">
            <w:pPr>
              <w:spacing w:before="20" w:after="20" w:line="220" w:lineRule="exact"/>
            </w:pPr>
            <w:r>
              <w:rPr>
                <w:rFonts w:ascii="D2Coding" w:hAnsi="D2Coding" w:eastAsia="D2Coding" w:cs="D2Coding"/>
                <w:color w:val="CC0000"/>
                <w:sz w:val="19"/>
              </w:rPr>
              <w:t>"messages"</w:t>
            </w:r>
            <w:r>
              <w:rPr>
                <w:rFonts w:ascii="Nanum Gothic" w:hAnsi="Nanum Gothic" w:eastAsia="Nanum Gothic" w:cs="Nanum Gothic"/>
                <w:color w:val="1A1A1A"/>
                <w:sz w:val="19"/>
              </w:rPr>
              <w:t>: [</w:t>
            </w:r>
          </w:p>
          <w:p w14:paraId="04A7D46F"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D2Coding" w:hAnsi="D2Coding" w:eastAsia="D2Coding" w:cs="D2Coding"/>
                <w:color w:val="CC0000"/>
                <w:sz w:val="19"/>
                <w:lang w:eastAsia="ko-KR"/>
              </w:rPr>
              <w:t>"role"</w:t>
            </w:r>
            <w:r>
              <w:rPr>
                <w:rFonts w:ascii="Nanum Gothic" w:hAnsi="Nanum Gothic" w:eastAsia="Nanum Gothic" w:cs="Nanum Gothic"/>
                <w:color w:val="1A1A1A"/>
                <w:sz w:val="19"/>
                <w:lang w:eastAsia="ko-KR"/>
              </w:rPr>
              <w:t xml:space="preserve">: </w:t>
            </w:r>
            <w:r>
              <w:rPr>
                <w:rFonts w:ascii="D2Coding" w:hAnsi="D2Coding" w:eastAsia="D2Coding" w:cs="D2Coding"/>
                <w:color w:val="CC0000"/>
                <w:sz w:val="19"/>
                <w:lang w:eastAsia="ko-KR"/>
              </w:rPr>
              <w:t>"system"</w:t>
            </w:r>
            <w:r>
              <w:rPr>
                <w:rFonts w:ascii="Nanum Gothic" w:hAnsi="Nanum Gothic" w:eastAsia="Nanum Gothic" w:cs="Nanum Gothic"/>
                <w:color w:val="1A1A1A"/>
                <w:sz w:val="19"/>
                <w:lang w:eastAsia="ko-KR"/>
              </w:rPr>
              <w:t xml:space="preserve">, </w:t>
            </w:r>
            <w:r>
              <w:rPr>
                <w:rFonts w:ascii="D2Coding" w:hAnsi="D2Coding" w:eastAsia="D2Coding" w:cs="D2Coding"/>
                <w:color w:val="CC0000"/>
                <w:sz w:val="19"/>
                <w:lang w:eastAsia="ko-KR"/>
              </w:rPr>
              <w:t>"content"</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CC0000"/>
                <w:sz w:val="19"/>
                <w:lang w:eastAsia="ko-KR"/>
              </w:rPr>
              <w:t>"</w:t>
            </w:r>
            <w:r>
              <w:rPr>
                <w:rFonts w:ascii="Nanum Gothic" w:hAnsi="Nanum Gothic" w:eastAsia="Nanum Gothic" w:cs="Nanum Gothic"/>
                <w:color w:val="CC0000"/>
                <w:sz w:val="19"/>
                <w:lang w:eastAsia="ko-KR"/>
              </w:rPr>
              <w:t>당신은</w:t>
            </w:r>
            <w:r>
              <w:rPr>
                <w:rFonts w:ascii="D2Coding" w:hAnsi="D2Coding" w:eastAsia="D2Coding" w:cs="D2Coding"/>
                <w:color w:val="CC0000"/>
                <w:sz w:val="19"/>
                <w:lang w:eastAsia="ko-KR"/>
              </w:rPr>
              <w:t xml:space="preserve"> Python </w:t>
            </w:r>
            <w:r>
              <w:rPr>
                <w:rFonts w:ascii="Nanum Gothic" w:hAnsi="Nanum Gothic" w:eastAsia="Nanum Gothic" w:cs="Nanum Gothic"/>
                <w:color w:val="CC0000"/>
                <w:sz w:val="19"/>
                <w:lang w:eastAsia="ko-KR"/>
              </w:rPr>
              <w:t>시니어</w:t>
            </w:r>
            <w:r>
              <w:rPr>
                <w:rFonts w:ascii="D2Coding" w:hAnsi="D2Coding" w:eastAsia="D2Coding" w:cs="D2Coding"/>
                <w:color w:val="CC0000"/>
                <w:sz w:val="19"/>
                <w:lang w:eastAsia="ko-KR"/>
              </w:rPr>
              <w:t xml:space="preserve"> </w:t>
            </w:r>
            <w:r>
              <w:rPr>
                <w:rFonts w:ascii="Nanum Gothic" w:hAnsi="Nanum Gothic" w:eastAsia="Nanum Gothic" w:cs="Nanum Gothic"/>
                <w:color w:val="CC0000"/>
                <w:sz w:val="19"/>
                <w:lang w:eastAsia="ko-KR"/>
              </w:rPr>
              <w:t>개발자입니다</w:t>
            </w:r>
            <w:r>
              <w:rPr>
                <w:rFonts w:ascii="Nanum Gothic" w:hAnsi="Nanum Gothic" w:eastAsia="Nanum Gothic" w:cs="Nanum Gothic"/>
                <w:color w:val="CC0000"/>
                <w:sz w:val="19"/>
                <w:lang w:eastAsia="ko-KR"/>
              </w:rPr>
              <w:t xml:space="preserve">. </w:t>
            </w:r>
            <w:r>
              <w:rPr>
                <w:rFonts w:ascii="Nanum Gothic" w:hAnsi="Nanum Gothic" w:eastAsia="Nanum Gothic" w:cs="Nanum Gothic"/>
                <w:color w:val="CC0000"/>
                <w:sz w:val="19"/>
                <w:lang w:eastAsia="ko-KR"/>
              </w:rPr>
              <w:t>코드를</w:t>
            </w:r>
            <w:r>
              <w:rPr>
                <w:rFonts w:ascii="D2Coding" w:hAnsi="D2Coding" w:eastAsia="D2Coding" w:cs="D2Coding"/>
                <w:color w:val="CC0000"/>
                <w:sz w:val="19"/>
                <w:lang w:eastAsia="ko-KR"/>
              </w:rPr>
              <w:t xml:space="preserve"> </w:t>
            </w:r>
            <w:r>
              <w:rPr>
                <w:rFonts w:ascii="Nanum Gothic" w:hAnsi="Nanum Gothic" w:eastAsia="Nanum Gothic" w:cs="Nanum Gothic"/>
                <w:color w:val="CC0000"/>
                <w:sz w:val="19"/>
                <w:lang w:eastAsia="ko-KR"/>
              </w:rPr>
              <w:t>검토하고</w:t>
            </w:r>
            <w:r>
              <w:rPr>
                <w:rFonts w:ascii="D2Coding" w:hAnsi="D2Coding" w:eastAsia="D2Coding" w:cs="D2Coding"/>
                <w:color w:val="CC0000"/>
                <w:sz w:val="19"/>
                <w:lang w:eastAsia="ko-KR"/>
              </w:rPr>
              <w:t xml:space="preserve"> </w:t>
            </w:r>
            <w:r>
              <w:rPr>
                <w:rFonts w:ascii="Nanum Gothic" w:hAnsi="Nanum Gothic" w:eastAsia="Nanum Gothic" w:cs="Nanum Gothic"/>
                <w:color w:val="CC0000"/>
                <w:sz w:val="19"/>
                <w:lang w:eastAsia="ko-KR"/>
              </w:rPr>
              <w:t>구체적인</w:t>
            </w:r>
            <w:r>
              <w:rPr>
                <w:rFonts w:ascii="D2Coding" w:hAnsi="D2Coding" w:eastAsia="D2Coding" w:cs="D2Coding"/>
                <w:color w:val="CC0000"/>
                <w:sz w:val="19"/>
                <w:lang w:eastAsia="ko-KR"/>
              </w:rPr>
              <w:t xml:space="preserve"> </w:t>
            </w:r>
            <w:r>
              <w:rPr>
                <w:rFonts w:ascii="Nanum Gothic" w:hAnsi="Nanum Gothic" w:eastAsia="Nanum Gothic" w:cs="Nanum Gothic"/>
                <w:color w:val="CC0000"/>
                <w:sz w:val="19"/>
                <w:lang w:eastAsia="ko-KR"/>
              </w:rPr>
              <w:t>개선점을</w:t>
            </w:r>
            <w:r>
              <w:rPr>
                <w:rFonts w:ascii="D2Coding" w:hAnsi="D2Coding" w:eastAsia="D2Coding" w:cs="D2Coding"/>
                <w:color w:val="CC0000"/>
                <w:sz w:val="19"/>
                <w:lang w:eastAsia="ko-KR"/>
              </w:rPr>
              <w:t xml:space="preserve"> </w:t>
            </w:r>
            <w:r>
              <w:rPr>
                <w:rFonts w:ascii="Nanum Gothic" w:hAnsi="Nanum Gothic" w:eastAsia="Nanum Gothic" w:cs="Nanum Gothic"/>
                <w:color w:val="CC0000"/>
                <w:sz w:val="19"/>
                <w:lang w:eastAsia="ko-KR"/>
              </w:rPr>
              <w:t>제안하세요</w:t>
            </w:r>
            <w:r>
              <w:rPr>
                <w:rFonts w:ascii="Nanum Gothic" w:hAnsi="Nanum Gothic" w:eastAsia="Nanum Gothic" w:cs="Nanum Gothic"/>
                <w:color w:val="CC0000"/>
                <w:sz w:val="19"/>
                <w:lang w:eastAsia="ko-KR"/>
              </w:rPr>
              <w:t>."</w:t>
            </w:r>
            <w:r>
              <w:rPr>
                <w:rFonts w:ascii="Nanum Gothic" w:hAnsi="Nanum Gothic" w:eastAsia="Nanum Gothic" w:cs="Nanum Gothic"/>
                <w:color w:val="1A1A1A"/>
                <w:sz w:val="19"/>
                <w:lang w:eastAsia="ko-KR"/>
              </w:rPr>
              <w:t>},</w:t>
            </w:r>
          </w:p>
          <w:p w14:paraId="358D6BB5" w14:textId="77777777" w:rsidR="00226CAC" w:rsidRDefault="00000000">
            <w:pPr>
              <w:spacing w:before="20" w:after="20" w:line="220" w:lineRule="exact"/>
            </w:pPr>
            <w:r>
              <w:rPr>
                <w:rFonts w:ascii="Nanum Gothic" w:hAnsi="Nanum Gothic" w:eastAsia="Nanum Gothic" w:cs="Nanum Gothic"/>
                <w:color w:val="1A1A1A"/>
                <w:sz w:val="19"/>
              </w:rPr>
              <w:t>{</w:t>
            </w:r>
            <w:r>
              <w:rPr>
                <w:rFonts w:ascii="D2Coding" w:hAnsi="D2Coding" w:eastAsia="D2Coding" w:cs="D2Coding"/>
                <w:color w:val="CC0000"/>
                <w:sz w:val="19"/>
              </w:rPr>
              <w:t>"role"</w:t>
            </w:r>
            <w:r>
              <w:rPr>
                <w:rFonts w:ascii="Nanum Gothic" w:hAnsi="Nanum Gothic" w:eastAsia="Nanum Gothic" w:cs="Nanum Gothic"/>
                <w:color w:val="1A1A1A"/>
                <w:sz w:val="19"/>
              </w:rPr>
              <w:t xml:space="preserve">: </w:t>
            </w:r>
            <w:r>
              <w:rPr>
                <w:rFonts w:ascii="D2Coding" w:hAnsi="D2Coding" w:eastAsia="D2Coding" w:cs="D2Coding"/>
                <w:color w:val="CC0000"/>
                <w:sz w:val="19"/>
              </w:rPr>
              <w:t>"user"</w:t>
            </w:r>
            <w:r>
              <w:rPr>
                <w:rFonts w:ascii="Nanum Gothic" w:hAnsi="Nanum Gothic" w:eastAsia="Nanum Gothic" w:cs="Nanum Gothic"/>
                <w:color w:val="1A1A1A"/>
                <w:sz w:val="19"/>
              </w:rPr>
              <w:t xml:space="preserve">, </w:t>
            </w:r>
            <w:r>
              <w:rPr>
                <w:rFonts w:ascii="D2Coding" w:hAnsi="D2Coding" w:eastAsia="D2Coding" w:cs="D2Coding"/>
                <w:color w:val="CC0000"/>
                <w:sz w:val="19"/>
              </w:rPr>
              <w:t>"content"</w:t>
            </w:r>
            <w:r>
              <w:rPr>
                <w:rFonts w:ascii="D2Coding" w:hAnsi="D2Coding" w:eastAsia="D2Coding" w:cs="D2Coding"/>
                <w:color w:val="1A1A1A"/>
                <w:sz w:val="19"/>
              </w:rPr>
              <w:t>: f</w:t>
            </w:r>
            <w:r>
              <w:rPr>
                <w:rFonts w:ascii="Nanum Gothic" w:hAnsi="Nanum Gothic" w:eastAsia="Nanum Gothic" w:cs="Nanum Gothic"/>
                <w:color w:val="CC0000"/>
                <w:sz w:val="19"/>
              </w:rPr>
              <w:t>"</w:t>
            </w:r>
            <w:r>
              <w:rPr>
                <w:rFonts w:ascii="Nanum Gothic" w:hAnsi="Nanum Gothic" w:eastAsia="Nanum Gothic" w:cs="Nanum Gothic"/>
                <w:color w:val="CC0000"/>
                <w:sz w:val="19"/>
              </w:rPr>
              <w:t>아래</w:t>
            </w:r>
            <w:r>
              <w:rPr>
                <w:rFonts w:ascii="D2Coding" w:hAnsi="D2Coding" w:eastAsia="D2Coding" w:cs="D2Coding"/>
                <w:color w:val="CC0000"/>
                <w:sz w:val="19"/>
              </w:rPr>
              <w:t xml:space="preserve"> </w:t>
            </w:r>
            <w:r>
              <w:rPr>
                <w:rFonts w:ascii="Nanum Gothic" w:hAnsi="Nanum Gothic" w:eastAsia="Nanum Gothic" w:cs="Nanum Gothic"/>
                <w:color w:val="CC0000"/>
                <w:sz w:val="19"/>
              </w:rPr>
              <w:t>코드를</w:t>
            </w:r>
            <w:r>
              <w:rPr>
                <w:rFonts w:ascii="D2Coding" w:hAnsi="D2Coding" w:eastAsia="D2Coding" w:cs="D2Coding"/>
                <w:color w:val="CC0000"/>
                <w:sz w:val="19"/>
              </w:rPr>
              <w:t xml:space="preserve"> </w:t>
            </w:r>
            <w:r>
              <w:rPr>
                <w:rFonts w:ascii="Nanum Gothic" w:hAnsi="Nanum Gothic" w:eastAsia="Nanum Gothic" w:cs="Nanum Gothic"/>
                <w:color w:val="CC0000"/>
                <w:sz w:val="19"/>
              </w:rPr>
              <w:t>리뷰해주세요</w:t>
            </w:r>
            <w:r>
              <w:rPr>
                <w:rFonts w:ascii="D2Coding" w:hAnsi="D2Coding" w:eastAsia="D2Coding" w:cs="D2Coding"/>
                <w:color w:val="CC0000"/>
                <w:sz w:val="19"/>
              </w:rPr>
              <w:t>:\n\n{code_diff}"</w:t>
            </w:r>
            <w:r>
              <w:rPr>
                <w:rFonts w:ascii="Nanum Gothic" w:hAnsi="Nanum Gothic" w:eastAsia="Nanum Gothic" w:cs="Nanum Gothic"/>
                <w:color w:val="1A1A1A"/>
                <w:sz w:val="19"/>
              </w:rPr>
              <w:t>}</w:t>
            </w:r>
          </w:p>
          <w:p w14:paraId="0D69E03D" w14:textId="77777777" w:rsidR="00226CAC" w:rsidRDefault="00000000">
            <w:pPr>
              <w:spacing w:before="20" w:after="20" w:line="220" w:lineRule="exact"/>
            </w:pPr>
            <w:r>
              <w:rPr>
                <w:rFonts w:ascii="Nanum Gothic" w:hAnsi="Nanum Gothic" w:eastAsia="Nanum Gothic" w:cs="Nanum Gothic"/>
                <w:color w:val="1A1A1A"/>
                <w:sz w:val="19"/>
              </w:rPr>
              <w:t>],</w:t>
            </w:r>
          </w:p>
          <w:p w14:paraId="31CC43B3" w14:textId="77777777" w:rsidR="00226CAC" w:rsidRDefault="00000000">
            <w:pPr>
              <w:spacing w:before="20" w:after="20" w:line="220" w:lineRule="exact"/>
            </w:pPr>
            <w:r>
              <w:rPr>
                <w:rFonts w:ascii="D2Coding" w:hAnsi="D2Coding" w:eastAsia="D2Coding" w:cs="D2Coding"/>
                <w:color w:val="CC0000"/>
                <w:sz w:val="19"/>
              </w:rPr>
              <w:t>"temperature"</w:t>
            </w:r>
            <w:r>
              <w:rPr>
                <w:rFonts w:ascii="D2Coding" w:hAnsi="D2Coding" w:eastAsia="D2Coding" w:cs="D2Coding"/>
                <w:color w:val="1A1A1A"/>
                <w:sz w:val="19"/>
              </w:rPr>
              <w:t xml:space="preserve">: 0.2 # </w:t>
            </w:r>
            <w:r>
              <w:rPr>
                <w:rFonts w:ascii="Nanum Gothic" w:hAnsi="Nanum Gothic" w:eastAsia="Nanum Gothic" w:cs="Nanum Gothic"/>
                <w:color w:val="1A1A1A"/>
                <w:sz w:val="19"/>
              </w:rPr>
              <w:t>정확성</w:t>
            </w:r>
            <w:r>
              <w:rPr>
                <w:rFonts w:ascii="D2Coding" w:hAnsi="D2Coding" w:eastAsia="D2Coding" w:cs="D2Coding"/>
                <w:color w:val="1A1A1A"/>
                <w:sz w:val="19"/>
              </w:rPr>
              <w:t xml:space="preserve"> </w:t>
            </w:r>
            <w:r>
              <w:rPr>
                <w:rFonts w:ascii="Nanum Gothic" w:hAnsi="Nanum Gothic" w:eastAsia="Nanum Gothic" w:cs="Nanum Gothic"/>
                <w:color w:val="1A1A1A"/>
                <w:sz w:val="19"/>
              </w:rPr>
              <w:t>중요</w:t>
            </w:r>
            <w:r>
              <w:rPr>
                <w:rFonts w:ascii="Nanum Gothic" w:hAnsi="Nanum Gothic" w:eastAsia="Nanum Gothic" w:cs="Nanum Gothic"/>
                <w:color w:val="1A1A1A"/>
                <w:sz w:val="19"/>
              </w:rPr>
              <w:t xml:space="preserve"> → </w:t>
            </w:r>
            <w:r>
              <w:rPr>
                <w:rFonts w:ascii="Nanum Gothic" w:hAnsi="Nanum Gothic" w:eastAsia="Nanum Gothic" w:cs="Nanum Gothic"/>
                <w:color w:val="1A1A1A"/>
                <w:sz w:val="19"/>
              </w:rPr>
              <w:t>낮은</w:t>
            </w:r>
            <w:r>
              <w:rPr>
                <w:rFonts w:ascii="D2Coding" w:hAnsi="D2Coding" w:eastAsia="D2Coding" w:cs="D2Coding"/>
                <w:color w:val="1A1A1A"/>
                <w:sz w:val="19"/>
              </w:rPr>
              <w:t xml:space="preserve"> </w:t>
            </w:r>
            <w:r>
              <w:rPr>
                <w:rFonts w:ascii="Nanum Gothic" w:hAnsi="Nanum Gothic" w:eastAsia="Nanum Gothic" w:cs="Nanum Gothic"/>
                <w:color w:val="1A1A1A"/>
                <w:sz w:val="19"/>
              </w:rPr>
              <w:t>온도</w:t>
            </w:r>
          </w:p>
          <w:p w14:paraId="044E0512" w14:textId="77777777" w:rsidR="00226CAC" w:rsidRDefault="00000000">
            <w:pPr>
              <w:spacing w:before="20" w:after="20" w:line="220" w:lineRule="exact"/>
            </w:pPr>
            <w:r>
              <w:rPr>
                <w:rFonts w:ascii="Nanum Gothic" w:hAnsi="Nanum Gothic" w:eastAsia="Nanum Gothic" w:cs="Nanum Gothic"/>
                <w:color w:val="1A1A1A"/>
                <w:sz w:val="19"/>
              </w:rPr>
              <w:t>}</w:t>
            </w:r>
          </w:p>
        </w:tc>
      </w:tr>
    </w:tbl>
    <w:p w14:paraId="6CF91A6D" w14:textId="77777777" w:rsidR="00226CAC" w:rsidRDefault="00226CAC"/>
    <w:p w14:paraId="2B77C22F" w14:textId="77777777" w:rsidR="00226CAC" w:rsidRDefault="00000000">
      <w:pPr>
        <w:spacing w:before="160" w:after="40"/>
      </w:pPr>
      <w:r>
        <w:rPr>
          <w:rFonts w:ascii="Nanum Gothic" w:eastAsia="Nanum Gothic" w:hAnsi="Nanum Gothic" w:cs="Nanum Gothic"/>
          <w:b/>
          <w:color w:val="024AD8"/>
          <w:sz w:val="24"/>
        </w:rPr>
        <w:t>마케터 직무</w:t>
      </w:r>
    </w:p>
    <w:p w14:paraId="2C613ED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"캠페인 성과 데이터를 받아 주간 보고서 초안 자동 생성"</w:t>
      </w:r>
    </w:p>
    <w:tbl>
      <w:tblPr>
        <w:tblStyle w:val="af9"/>
        <w:tblW w:w="0" w:type="auto"/>
        <w:tblLook w:val="04A0" w:firstRow="1" w:lastRow="0" w:firstColumn="1" w:lastColumn="0" w:noHBand="0" w:noVBand="1"/>
      </w:tblPr>
      <w:tblGrid>
        <w:gridCol w:w="9072"/>
      </w:tblGrid>
      <w:tr w:rsidR="00226CAC" w14:paraId="1AB998D4" w14:textId="77777777">
        <w:tc>
          <w:tcPr>
            <w:tcW w:w="9072" w:type="dxa"/>
            <w:shd w:val="clear" w:color="auto" w:fill="F7F7F7"/>
          </w:tcPr>
          <w:p w14:paraId="29B4C008" w14:textId="77777777" w:rsidR="00226CAC" w:rsidRDefault="00000000">
            <w:pPr>
              <w:spacing w:before="20" w:after="20" w:line="220" w:lineRule="exact"/>
            </w:pPr>
            <w:r>
              <w:rPr>
                <w:rFonts w:ascii="D2Coding" w:hAnsi="D2Coding" w:eastAsia="D2Coding" w:cs="D2Coding"/>
                <w:color w:val="1A1A1A"/>
                <w:sz w:val="19"/>
              </w:rPr>
              <w:t>payload = {</w:t>
            </w:r>
          </w:p>
          <w:p w14:paraId="1637CB66" w14:textId="77777777" w:rsidR="00226CAC" w:rsidRDefault="00000000">
            <w:pPr>
              <w:spacing w:before="20" w:after="20" w:line="220" w:lineRule="exact"/>
            </w:pPr>
            <w:r>
              <w:rPr>
                <w:rFonts w:ascii="D2Coding" w:hAnsi="D2Coding" w:eastAsia="D2Coding" w:cs="D2Coding"/>
                <w:color w:val="CC0000"/>
                <w:sz w:val="19"/>
              </w:rPr>
              <w:t>"model"</w:t>
            </w:r>
            <w:r>
              <w:rPr>
                <w:rFonts w:ascii="Nanum Gothic" w:hAnsi="Nanum Gothic" w:eastAsia="Nanum Gothic" w:cs="Nanum Gothic"/>
                <w:color w:val="1A1A1A"/>
                <w:sz w:val="19"/>
              </w:rPr>
              <w:t xml:space="preserve">: </w:t>
            </w:r>
            <w:r>
              <w:rPr>
                <w:rFonts w:ascii="D2Coding" w:hAnsi="D2Coding" w:eastAsia="D2Coding" w:cs="D2Coding"/>
                <w:color w:val="CC0000"/>
                <w:sz w:val="19"/>
              </w:rPr>
              <w:t>"gemini-1.5-pro"</w:t>
            </w:r>
            <w:r>
              <w:rPr>
                <w:rFonts w:ascii="Nanum Gothic" w:hAnsi="Nanum Gothic" w:eastAsia="Nanum Gothic" w:cs="Nanum Gothic"/>
                <w:color w:val="1A1A1A"/>
                <w:sz w:val="19"/>
              </w:rPr>
              <w:t>,</w:t>
            </w:r>
          </w:p>
          <w:p w14:paraId="7582CF62" w14:textId="77777777" w:rsidR="00226CAC" w:rsidRDefault="00000000">
            <w:pPr>
              <w:spacing w:before="20" w:after="20" w:line="220" w:lineRule="exact"/>
            </w:pPr>
            <w:r>
              <w:rPr>
                <w:rFonts w:ascii="D2Coding" w:hAnsi="D2Coding" w:eastAsia="D2Coding" w:cs="D2Coding"/>
                <w:color w:val="CC0000"/>
                <w:sz w:val="19"/>
              </w:rPr>
              <w:t>"messages"</w:t>
            </w:r>
            <w:r>
              <w:rPr>
                <w:rFonts w:ascii="Nanum Gothic" w:hAnsi="Nanum Gothic" w:eastAsia="Nanum Gothic" w:cs="Nanum Gothic"/>
                <w:color w:val="1A1A1A"/>
                <w:sz w:val="19"/>
              </w:rPr>
              <w:t>: [</w:t>
            </w:r>
          </w:p>
          <w:p w14:paraId="365ADFCF"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D2Coding" w:hAnsi="D2Coding" w:eastAsia="D2Coding" w:cs="D2Coding"/>
                <w:color w:val="CC0000"/>
                <w:sz w:val="19"/>
                <w:lang w:eastAsia="ko-KR"/>
              </w:rPr>
              <w:t>"role"</w:t>
            </w:r>
            <w:r>
              <w:rPr>
                <w:rFonts w:ascii="Nanum Gothic" w:hAnsi="Nanum Gothic" w:eastAsia="Nanum Gothic" w:cs="Nanum Gothic"/>
                <w:color w:val="1A1A1A"/>
                <w:sz w:val="19"/>
                <w:lang w:eastAsia="ko-KR"/>
              </w:rPr>
              <w:t xml:space="preserve">: </w:t>
            </w:r>
            <w:r>
              <w:rPr>
                <w:rFonts w:ascii="D2Coding" w:hAnsi="D2Coding" w:eastAsia="D2Coding" w:cs="D2Coding"/>
                <w:color w:val="CC0000"/>
                <w:sz w:val="19"/>
                <w:lang w:eastAsia="ko-KR"/>
              </w:rPr>
              <w:t>"system"</w:t>
            </w:r>
            <w:r>
              <w:rPr>
                <w:rFonts w:ascii="Nanum Gothic" w:hAnsi="Nanum Gothic" w:eastAsia="Nanum Gothic" w:cs="Nanum Gothic"/>
                <w:color w:val="1A1A1A"/>
                <w:sz w:val="19"/>
                <w:lang w:eastAsia="ko-KR"/>
              </w:rPr>
              <w:t xml:space="preserve">, </w:t>
            </w:r>
            <w:r>
              <w:rPr>
                <w:rFonts w:ascii="D2Coding" w:hAnsi="D2Coding" w:eastAsia="D2Coding" w:cs="D2Coding"/>
                <w:color w:val="CC0000"/>
                <w:sz w:val="19"/>
                <w:lang w:eastAsia="ko-KR"/>
              </w:rPr>
              <w:t>"content"</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CC0000"/>
                <w:sz w:val="19"/>
                <w:lang w:eastAsia="ko-KR"/>
              </w:rPr>
              <w:t>"</w:t>
            </w:r>
            <w:r>
              <w:rPr>
                <w:rFonts w:ascii="Nanum Gothic" w:hAnsi="Nanum Gothic" w:eastAsia="Nanum Gothic" w:cs="Nanum Gothic"/>
                <w:color w:val="CC0000"/>
                <w:sz w:val="19"/>
                <w:lang w:eastAsia="ko-KR"/>
              </w:rPr>
              <w:t>당신은</w:t>
            </w:r>
            <w:r>
              <w:rPr>
                <w:rFonts w:ascii="D2Coding" w:hAnsi="D2Coding" w:eastAsia="D2Coding" w:cs="D2Coding"/>
                <w:color w:val="CC0000"/>
                <w:sz w:val="19"/>
                <w:lang w:eastAsia="ko-KR"/>
              </w:rPr>
              <w:t xml:space="preserve"> </w:t>
            </w:r>
            <w:r>
              <w:rPr>
                <w:rFonts w:ascii="Nanum Gothic" w:hAnsi="Nanum Gothic" w:eastAsia="Nanum Gothic" w:cs="Nanum Gothic"/>
                <w:color w:val="CC0000"/>
                <w:sz w:val="19"/>
                <w:lang w:eastAsia="ko-KR"/>
              </w:rPr>
              <w:t>마케팅</w:t>
            </w:r>
            <w:r>
              <w:rPr>
                <w:rFonts w:ascii="D2Coding" w:hAnsi="D2Coding" w:eastAsia="D2Coding" w:cs="D2Coding"/>
                <w:color w:val="CC0000"/>
                <w:sz w:val="19"/>
                <w:lang w:eastAsia="ko-KR"/>
              </w:rPr>
              <w:t xml:space="preserve"> </w:t>
            </w:r>
            <w:r>
              <w:rPr>
                <w:rFonts w:ascii="Nanum Gothic" w:hAnsi="Nanum Gothic" w:eastAsia="Nanum Gothic" w:cs="Nanum Gothic"/>
                <w:color w:val="CC0000"/>
                <w:sz w:val="19"/>
                <w:lang w:eastAsia="ko-KR"/>
              </w:rPr>
              <w:t>분석</w:t>
            </w:r>
            <w:r>
              <w:rPr>
                <w:rFonts w:ascii="D2Coding" w:hAnsi="D2Coding" w:eastAsia="D2Coding" w:cs="D2Coding"/>
                <w:color w:val="CC0000"/>
                <w:sz w:val="19"/>
                <w:lang w:eastAsia="ko-KR"/>
              </w:rPr>
              <w:t xml:space="preserve"> </w:t>
            </w:r>
            <w:r>
              <w:rPr>
                <w:rFonts w:ascii="Nanum Gothic" w:hAnsi="Nanum Gothic" w:eastAsia="Nanum Gothic" w:cs="Nanum Gothic"/>
                <w:color w:val="CC0000"/>
                <w:sz w:val="19"/>
                <w:lang w:eastAsia="ko-KR"/>
              </w:rPr>
              <w:t>전문가입니다</w:t>
            </w:r>
            <w:r>
              <w:rPr>
                <w:rFonts w:ascii="Nanum Gothic" w:hAnsi="Nanum Gothic" w:eastAsia="Nanum Gothic" w:cs="Nanum Gothic"/>
                <w:color w:val="CC0000"/>
                <w:sz w:val="19"/>
                <w:lang w:eastAsia="ko-KR"/>
              </w:rPr>
              <w:t xml:space="preserve">. </w:t>
            </w:r>
            <w:r>
              <w:rPr>
                <w:rFonts w:ascii="Nanum Gothic" w:hAnsi="Nanum Gothic" w:eastAsia="Nanum Gothic" w:cs="Nanum Gothic"/>
                <w:color w:val="CC0000"/>
                <w:sz w:val="19"/>
                <w:lang w:eastAsia="ko-KR"/>
              </w:rPr>
              <w:t>데이터를</w:t>
            </w:r>
            <w:r>
              <w:rPr>
                <w:rFonts w:ascii="D2Coding" w:hAnsi="D2Coding" w:eastAsia="D2Coding" w:cs="D2Coding"/>
                <w:color w:val="CC0000"/>
                <w:sz w:val="19"/>
                <w:lang w:eastAsia="ko-KR"/>
              </w:rPr>
              <w:t xml:space="preserve"> </w:t>
            </w:r>
            <w:r>
              <w:rPr>
                <w:rFonts w:ascii="Nanum Gothic" w:hAnsi="Nanum Gothic" w:eastAsia="Nanum Gothic" w:cs="Nanum Gothic"/>
                <w:color w:val="CC0000"/>
                <w:sz w:val="19"/>
                <w:lang w:eastAsia="ko-KR"/>
              </w:rPr>
              <w:t>기반으로</w:t>
            </w:r>
            <w:r>
              <w:rPr>
                <w:rFonts w:ascii="D2Coding" w:hAnsi="D2Coding" w:eastAsia="D2Coding" w:cs="D2Coding"/>
                <w:color w:val="CC0000"/>
                <w:sz w:val="19"/>
                <w:lang w:eastAsia="ko-KR"/>
              </w:rPr>
              <w:t xml:space="preserve"> </w:t>
            </w:r>
            <w:r>
              <w:rPr>
                <w:rFonts w:ascii="Nanum Gothic" w:hAnsi="Nanum Gothic" w:eastAsia="Nanum Gothic" w:cs="Nanum Gothic"/>
                <w:color w:val="CC0000"/>
                <w:sz w:val="19"/>
                <w:lang w:eastAsia="ko-KR"/>
              </w:rPr>
              <w:t>인사이트를</w:t>
            </w:r>
            <w:r>
              <w:rPr>
                <w:rFonts w:ascii="D2Coding" w:hAnsi="D2Coding" w:eastAsia="D2Coding" w:cs="D2Coding"/>
                <w:color w:val="CC0000"/>
                <w:sz w:val="19"/>
                <w:lang w:eastAsia="ko-KR"/>
              </w:rPr>
              <w:t xml:space="preserve"> </w:t>
            </w:r>
            <w:r>
              <w:rPr>
                <w:rFonts w:ascii="Nanum Gothic" w:hAnsi="Nanum Gothic" w:eastAsia="Nanum Gothic" w:cs="Nanum Gothic"/>
                <w:color w:val="CC0000"/>
                <w:sz w:val="19"/>
                <w:lang w:eastAsia="ko-KR"/>
              </w:rPr>
              <w:t>도출하고</w:t>
            </w:r>
            <w:r>
              <w:rPr>
                <w:rFonts w:ascii="D2Coding" w:hAnsi="D2Coding" w:eastAsia="D2Coding" w:cs="D2Coding"/>
                <w:color w:val="CC0000"/>
                <w:sz w:val="19"/>
                <w:lang w:eastAsia="ko-KR"/>
              </w:rPr>
              <w:t xml:space="preserve"> </w:t>
            </w:r>
            <w:r>
              <w:rPr>
                <w:rFonts w:ascii="Nanum Gothic" w:hAnsi="Nanum Gothic" w:eastAsia="Nanum Gothic" w:cs="Nanum Gothic"/>
                <w:color w:val="CC0000"/>
                <w:sz w:val="19"/>
                <w:lang w:eastAsia="ko-KR"/>
              </w:rPr>
              <w:t>다음</w:t>
            </w:r>
            <w:r>
              <w:rPr>
                <w:rFonts w:ascii="D2Coding" w:hAnsi="D2Coding" w:eastAsia="D2Coding" w:cs="D2Coding"/>
                <w:color w:val="CC0000"/>
                <w:sz w:val="19"/>
                <w:lang w:eastAsia="ko-KR"/>
              </w:rPr>
              <w:t xml:space="preserve"> </w:t>
            </w:r>
            <w:r>
              <w:rPr>
                <w:rFonts w:ascii="Nanum Gothic" w:hAnsi="Nanum Gothic" w:eastAsia="Nanum Gothic" w:cs="Nanum Gothic"/>
                <w:color w:val="CC0000"/>
                <w:sz w:val="19"/>
                <w:lang w:eastAsia="ko-KR"/>
              </w:rPr>
              <w:t>주</w:t>
            </w:r>
            <w:r>
              <w:rPr>
                <w:rFonts w:ascii="D2Coding" w:hAnsi="D2Coding" w:eastAsia="D2Coding" w:cs="D2Coding"/>
                <w:color w:val="CC0000"/>
                <w:sz w:val="19"/>
                <w:lang w:eastAsia="ko-KR"/>
              </w:rPr>
              <w:t xml:space="preserve"> </w:t>
            </w:r>
            <w:r>
              <w:rPr>
                <w:rFonts w:ascii="Nanum Gothic" w:hAnsi="Nanum Gothic" w:eastAsia="Nanum Gothic" w:cs="Nanum Gothic"/>
                <w:color w:val="CC0000"/>
                <w:sz w:val="19"/>
                <w:lang w:eastAsia="ko-KR"/>
              </w:rPr>
              <w:t>액션을</w:t>
            </w:r>
            <w:r>
              <w:rPr>
                <w:rFonts w:ascii="D2Coding" w:hAnsi="D2Coding" w:eastAsia="D2Coding" w:cs="D2Coding"/>
                <w:color w:val="CC0000"/>
                <w:sz w:val="19"/>
                <w:lang w:eastAsia="ko-KR"/>
              </w:rPr>
              <w:t xml:space="preserve"> </w:t>
            </w:r>
            <w:r>
              <w:rPr>
                <w:rFonts w:ascii="Nanum Gothic" w:hAnsi="Nanum Gothic" w:eastAsia="Nanum Gothic" w:cs="Nanum Gothic"/>
                <w:color w:val="CC0000"/>
                <w:sz w:val="19"/>
                <w:lang w:eastAsia="ko-KR"/>
              </w:rPr>
              <w:t>제안하세요</w:t>
            </w:r>
            <w:r>
              <w:rPr>
                <w:rFonts w:ascii="Nanum Gothic" w:hAnsi="Nanum Gothic" w:eastAsia="Nanum Gothic" w:cs="Nanum Gothic"/>
                <w:color w:val="CC0000"/>
                <w:sz w:val="19"/>
                <w:lang w:eastAsia="ko-KR"/>
              </w:rPr>
              <w:t>."</w:t>
            </w:r>
            <w:r>
              <w:rPr>
                <w:rFonts w:ascii="Nanum Gothic" w:hAnsi="Nanum Gothic" w:eastAsia="Nanum Gothic" w:cs="Nanum Gothic"/>
                <w:color w:val="1A1A1A"/>
                <w:sz w:val="19"/>
                <w:lang w:eastAsia="ko-KR"/>
              </w:rPr>
              <w:t>},</w:t>
            </w:r>
          </w:p>
          <w:p w14:paraId="5748CFC1" w14:textId="77777777" w:rsidR="00226CAC" w:rsidRDefault="00000000">
            <w:pPr>
              <w:spacing w:before="20" w:after="20" w:line="220" w:lineRule="exact"/>
            </w:pPr>
            <w:r>
              <w:rPr>
                <w:rFonts w:ascii="Nanum Gothic" w:hAnsi="Nanum Gothic" w:eastAsia="Nanum Gothic" w:cs="Nanum Gothic"/>
                <w:color w:val="1A1A1A"/>
                <w:sz w:val="19"/>
              </w:rPr>
              <w:t>{</w:t>
            </w:r>
            <w:r>
              <w:rPr>
                <w:rFonts w:ascii="D2Coding" w:hAnsi="D2Coding" w:eastAsia="D2Coding" w:cs="D2Coding"/>
                <w:color w:val="CC0000"/>
                <w:sz w:val="19"/>
              </w:rPr>
              <w:t>"role"</w:t>
            </w:r>
            <w:r>
              <w:rPr>
                <w:rFonts w:ascii="Nanum Gothic" w:hAnsi="Nanum Gothic" w:eastAsia="Nanum Gothic" w:cs="Nanum Gothic"/>
                <w:color w:val="1A1A1A"/>
                <w:sz w:val="19"/>
              </w:rPr>
              <w:t xml:space="preserve">: </w:t>
            </w:r>
            <w:r>
              <w:rPr>
                <w:rFonts w:ascii="D2Coding" w:hAnsi="D2Coding" w:eastAsia="D2Coding" w:cs="D2Coding"/>
                <w:color w:val="CC0000"/>
                <w:sz w:val="19"/>
              </w:rPr>
              <w:t>"user"</w:t>
            </w:r>
            <w:r>
              <w:rPr>
                <w:rFonts w:ascii="Nanum Gothic" w:hAnsi="Nanum Gothic" w:eastAsia="Nanum Gothic" w:cs="Nanum Gothic"/>
                <w:color w:val="1A1A1A"/>
                <w:sz w:val="19"/>
              </w:rPr>
              <w:t xml:space="preserve">, </w:t>
            </w:r>
            <w:r>
              <w:rPr>
                <w:rFonts w:ascii="D2Coding" w:hAnsi="D2Coding" w:eastAsia="D2Coding" w:cs="D2Coding"/>
                <w:color w:val="CC0000"/>
                <w:sz w:val="19"/>
              </w:rPr>
              <w:t>"content"</w:t>
            </w:r>
            <w:r>
              <w:rPr>
                <w:rFonts w:ascii="D2Coding" w:hAnsi="D2Coding" w:eastAsia="D2Coding" w:cs="D2Coding"/>
                <w:color w:val="1A1A1A"/>
                <w:sz w:val="19"/>
              </w:rPr>
              <w:t>: f</w:t>
            </w:r>
            <w:r>
              <w:rPr>
                <w:rFonts w:ascii="Nanum Gothic" w:hAnsi="Nanum Gothic" w:eastAsia="Nanum Gothic" w:cs="Nanum Gothic"/>
                <w:color w:val="CC0000"/>
                <w:sz w:val="19"/>
              </w:rPr>
              <w:t>"</w:t>
            </w:r>
            <w:r>
              <w:rPr>
                <w:rFonts w:ascii="Nanum Gothic" w:hAnsi="Nanum Gothic" w:eastAsia="Nanum Gothic" w:cs="Nanum Gothic"/>
                <w:color w:val="CC0000"/>
                <w:sz w:val="19"/>
              </w:rPr>
              <w:t>이번</w:t>
            </w:r>
            <w:r>
              <w:rPr>
                <w:rFonts w:ascii="D2Coding" w:hAnsi="D2Coding" w:eastAsia="D2Coding" w:cs="D2Coding"/>
                <w:color w:val="CC0000"/>
                <w:sz w:val="19"/>
              </w:rPr>
              <w:t xml:space="preserve"> </w:t>
            </w:r>
            <w:r>
              <w:rPr>
                <w:rFonts w:ascii="Nanum Gothic" w:hAnsi="Nanum Gothic" w:eastAsia="Nanum Gothic" w:cs="Nanum Gothic"/>
                <w:color w:val="CC0000"/>
                <w:sz w:val="19"/>
              </w:rPr>
              <w:t>주</w:t>
            </w:r>
            <w:r>
              <w:rPr>
                <w:rFonts w:ascii="D2Coding" w:hAnsi="D2Coding" w:eastAsia="D2Coding" w:cs="D2Coding"/>
                <w:color w:val="CC0000"/>
                <w:sz w:val="19"/>
              </w:rPr>
              <w:t xml:space="preserve"> </w:t>
            </w:r>
            <w:r>
              <w:rPr>
                <w:rFonts w:ascii="Nanum Gothic" w:hAnsi="Nanum Gothic" w:eastAsia="Nanum Gothic" w:cs="Nanum Gothic"/>
                <w:color w:val="CC0000"/>
                <w:sz w:val="19"/>
              </w:rPr>
              <w:t>캠페인</w:t>
            </w:r>
            <w:r>
              <w:rPr>
                <w:rFonts w:ascii="D2Coding" w:hAnsi="D2Coding" w:eastAsia="D2Coding" w:cs="D2Coding"/>
                <w:color w:val="CC0000"/>
                <w:sz w:val="19"/>
              </w:rPr>
              <w:t xml:space="preserve"> </w:t>
            </w:r>
            <w:r>
              <w:rPr>
                <w:rFonts w:ascii="Nanum Gothic" w:hAnsi="Nanum Gothic" w:eastAsia="Nanum Gothic" w:cs="Nanum Gothic"/>
                <w:color w:val="CC0000"/>
                <w:sz w:val="19"/>
              </w:rPr>
              <w:t>데이터</w:t>
            </w:r>
            <w:r>
              <w:rPr>
                <w:rFonts w:ascii="D2Coding" w:hAnsi="D2Coding" w:eastAsia="D2Coding" w:cs="D2Coding"/>
                <w:color w:val="CC0000"/>
                <w:sz w:val="19"/>
              </w:rPr>
              <w:t>:\n{campaign_data}\n\n</w:t>
            </w:r>
            <w:r>
              <w:rPr>
                <w:rFonts w:ascii="Nanum Gothic" w:hAnsi="Nanum Gothic" w:eastAsia="Nanum Gothic" w:cs="Nanum Gothic"/>
                <w:color w:val="CC0000"/>
                <w:sz w:val="19"/>
              </w:rPr>
              <w:t>주간</w:t>
            </w:r>
            <w:r>
              <w:rPr>
                <w:rFonts w:ascii="D2Coding" w:hAnsi="D2Coding" w:eastAsia="D2Coding" w:cs="D2Coding"/>
                <w:color w:val="CC0000"/>
                <w:sz w:val="19"/>
              </w:rPr>
              <w:t xml:space="preserve"> </w:t>
            </w:r>
            <w:r>
              <w:rPr>
                <w:rFonts w:ascii="Nanum Gothic" w:hAnsi="Nanum Gothic" w:eastAsia="Nanum Gothic" w:cs="Nanum Gothic"/>
                <w:color w:val="CC0000"/>
                <w:sz w:val="19"/>
              </w:rPr>
              <w:t>보고서</w:t>
            </w:r>
            <w:r>
              <w:rPr>
                <w:rFonts w:ascii="D2Coding" w:hAnsi="D2Coding" w:eastAsia="D2Coding" w:cs="D2Coding"/>
                <w:color w:val="CC0000"/>
                <w:sz w:val="19"/>
              </w:rPr>
              <w:t xml:space="preserve"> </w:t>
            </w:r>
            <w:r>
              <w:rPr>
                <w:rFonts w:ascii="Nanum Gothic" w:hAnsi="Nanum Gothic" w:eastAsia="Nanum Gothic" w:cs="Nanum Gothic"/>
                <w:color w:val="CC0000"/>
                <w:sz w:val="19"/>
              </w:rPr>
              <w:t>초안을</w:t>
            </w:r>
            <w:r>
              <w:rPr>
                <w:rFonts w:ascii="D2Coding" w:hAnsi="D2Coding" w:eastAsia="D2Coding" w:cs="D2Coding"/>
                <w:color w:val="CC0000"/>
                <w:sz w:val="19"/>
              </w:rPr>
              <w:t xml:space="preserve"> </w:t>
            </w:r>
            <w:r>
              <w:rPr>
                <w:rFonts w:ascii="Nanum Gothic" w:hAnsi="Nanum Gothic" w:eastAsia="Nanum Gothic" w:cs="Nanum Gothic"/>
                <w:color w:val="CC0000"/>
                <w:sz w:val="19"/>
              </w:rPr>
              <w:t>작성해주세요</w:t>
            </w:r>
            <w:r>
              <w:rPr>
                <w:rFonts w:ascii="Nanum Gothic" w:hAnsi="Nanum Gothic" w:eastAsia="Nanum Gothic" w:cs="Nanum Gothic"/>
                <w:color w:val="CC0000"/>
                <w:sz w:val="19"/>
              </w:rPr>
              <w:t>."</w:t>
            </w:r>
            <w:r>
              <w:rPr>
                <w:rFonts w:ascii="Nanum Gothic" w:hAnsi="Nanum Gothic" w:eastAsia="Nanum Gothic" w:cs="Nanum Gothic"/>
                <w:color w:val="1A1A1A"/>
                <w:sz w:val="19"/>
              </w:rPr>
              <w:t>}</w:t>
            </w:r>
          </w:p>
          <w:p w14:paraId="1F570ADD" w14:textId="77777777" w:rsidR="00226CAC" w:rsidRDefault="00000000">
            <w:pPr>
              <w:spacing w:before="20" w:after="20" w:line="220" w:lineRule="exact"/>
            </w:pPr>
            <w:r>
              <w:rPr>
                <w:rFonts w:ascii="Nanum Gothic" w:hAnsi="Nanum Gothic" w:eastAsia="Nanum Gothic" w:cs="Nanum Gothic"/>
                <w:color w:val="1A1A1A"/>
                <w:sz w:val="19"/>
              </w:rPr>
              <w:t>],</w:t>
            </w:r>
          </w:p>
          <w:p w14:paraId="69487B67" w14:textId="77777777" w:rsidR="00226CAC" w:rsidRDefault="00000000">
            <w:pPr>
              <w:spacing w:before="20" w:after="20" w:line="220" w:lineRule="exact"/>
            </w:pPr>
            <w:r>
              <w:rPr>
                <w:rFonts w:ascii="D2Coding" w:hAnsi="D2Coding" w:eastAsia="D2Coding" w:cs="D2Coding"/>
                <w:color w:val="CC0000"/>
                <w:sz w:val="19"/>
              </w:rPr>
              <w:t>"temperature"</w:t>
            </w:r>
            <w:r>
              <w:rPr>
                <w:rFonts w:ascii="D2Coding" w:hAnsi="D2Coding" w:eastAsia="D2Coding" w:cs="D2Coding"/>
                <w:color w:val="1A1A1A"/>
                <w:sz w:val="19"/>
              </w:rPr>
              <w:t>: 0.5</w:t>
            </w:r>
          </w:p>
          <w:p w14:paraId="1CB30453" w14:textId="77777777" w:rsidR="00226CAC" w:rsidRDefault="00000000">
            <w:pPr>
              <w:spacing w:before="20" w:after="20" w:line="220" w:lineRule="exact"/>
            </w:pPr>
            <w:r>
              <w:rPr>
                <w:rFonts w:ascii="Nanum Gothic" w:hAnsi="Nanum Gothic" w:eastAsia="Nanum Gothic" w:cs="Nanum Gothic"/>
                <w:color w:val="1A1A1A"/>
                <w:sz w:val="19"/>
              </w:rPr>
              <w:t>}</w:t>
            </w:r>
          </w:p>
        </w:tc>
      </w:tr>
    </w:tbl>
    <w:p w14:paraId="5D28CB17" w14:textId="77777777" w:rsidR="00226CAC" w:rsidRDefault="00226CAC"/>
    <w:p w14:paraId="0104158A" w14:textId="77777777" w:rsidR="00226CAC" w:rsidRDefault="00000000">
      <w:pPr>
        <w:spacing w:before="160" w:after="40"/>
      </w:pPr>
      <w:r>
        <w:rPr>
          <w:rFonts w:ascii="Nanum Gothic" w:eastAsia="Nanum Gothic" w:hAnsi="Nanum Gothic" w:cs="Nanum Gothic"/>
          <w:b/>
          <w:color w:val="024AD8"/>
          <w:sz w:val="24"/>
        </w:rPr>
        <w:t>HR 담당자 직무</w:t>
      </w:r>
    </w:p>
    <w:p w14:paraId="14BAFCF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"채용 공고 텍스트를 입력받아 JD(Job Description) 초안 자동 생성"</w:t>
      </w:r>
    </w:p>
    <w:tbl>
      <w:tblPr>
        <w:tblStyle w:val="af9"/>
        <w:tblW w:w="0" w:type="auto"/>
        <w:tblLook w:val="04A0" w:firstRow="1" w:lastRow="0" w:firstColumn="1" w:lastColumn="0" w:noHBand="0" w:noVBand="1"/>
      </w:tblPr>
      <w:tblGrid>
        <w:gridCol w:w="9072"/>
      </w:tblGrid>
      <w:tr w:rsidR="00226CAC" w14:paraId="262D5B57" w14:textId="77777777">
        <w:tc>
          <w:tcPr>
            <w:tcW w:w="9072" w:type="dxa"/>
            <w:shd w:val="clear" w:color="auto" w:fill="F7F7F7"/>
          </w:tcPr>
          <w:p w14:paraId="6488560B" w14:textId="77777777" w:rsidR="00226CAC" w:rsidRDefault="00000000">
            <w:pPr>
              <w:spacing w:before="20" w:after="20" w:line="220" w:lineRule="exact"/>
            </w:pPr>
            <w:r>
              <w:rPr>
                <w:rFonts w:ascii="D2Coding" w:hAnsi="D2Coding" w:eastAsia="D2Coding" w:cs="D2Coding"/>
                <w:color w:val="1A1A1A"/>
                <w:sz w:val="19"/>
              </w:rPr>
              <w:t>payload = {</w:t>
            </w:r>
          </w:p>
          <w:p w14:paraId="5D59CB0F" w14:textId="77777777" w:rsidR="00226CAC" w:rsidRDefault="00000000">
            <w:pPr>
              <w:spacing w:before="20" w:after="20" w:line="220" w:lineRule="exact"/>
            </w:pPr>
            <w:r>
              <w:rPr>
                <w:rFonts w:ascii="D2Coding" w:hAnsi="D2Coding" w:eastAsia="D2Coding" w:cs="D2Coding"/>
                <w:color w:val="CC0000"/>
                <w:sz w:val="19"/>
              </w:rPr>
              <w:t>"model"</w:t>
            </w:r>
            <w:r>
              <w:rPr>
                <w:rFonts w:ascii="Nanum Gothic" w:hAnsi="Nanum Gothic" w:eastAsia="Nanum Gothic" w:cs="Nanum Gothic"/>
                <w:color w:val="1A1A1A"/>
                <w:sz w:val="19"/>
              </w:rPr>
              <w:t xml:space="preserve">: </w:t>
            </w:r>
            <w:r>
              <w:rPr>
                <w:rFonts w:ascii="D2Coding" w:hAnsi="D2Coding" w:eastAsia="D2Coding" w:cs="D2Coding"/>
                <w:color w:val="CC0000"/>
                <w:sz w:val="19"/>
              </w:rPr>
              <w:t>"gemini-1.5-pro"</w:t>
            </w:r>
            <w:r>
              <w:rPr>
                <w:rFonts w:ascii="Nanum Gothic" w:hAnsi="Nanum Gothic" w:eastAsia="Nanum Gothic" w:cs="Nanum Gothic"/>
                <w:color w:val="1A1A1A"/>
                <w:sz w:val="19"/>
              </w:rPr>
              <w:t>,</w:t>
            </w:r>
          </w:p>
          <w:p w14:paraId="58CFE5A0" w14:textId="77777777" w:rsidR="00226CAC" w:rsidRDefault="00000000">
            <w:pPr>
              <w:spacing w:before="20" w:after="20" w:line="220" w:lineRule="exact"/>
            </w:pPr>
            <w:r>
              <w:rPr>
                <w:rFonts w:ascii="D2Coding" w:hAnsi="D2Coding" w:eastAsia="D2Coding" w:cs="D2Coding"/>
                <w:color w:val="CC0000"/>
                <w:sz w:val="19"/>
              </w:rPr>
              <w:t>"messages"</w:t>
            </w:r>
            <w:r>
              <w:rPr>
                <w:rFonts w:ascii="Nanum Gothic" w:hAnsi="Nanum Gothic" w:eastAsia="Nanum Gothic" w:cs="Nanum Gothic"/>
                <w:color w:val="1A1A1A"/>
                <w:sz w:val="19"/>
              </w:rPr>
              <w:t>: [</w:t>
            </w:r>
          </w:p>
          <w:p w14:paraId="3AA90989"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D2Coding" w:hAnsi="D2Coding" w:eastAsia="D2Coding" w:cs="D2Coding"/>
                <w:color w:val="CC0000"/>
                <w:sz w:val="19"/>
                <w:lang w:eastAsia="ko-KR"/>
              </w:rPr>
              <w:t>"role"</w:t>
            </w:r>
            <w:r>
              <w:rPr>
                <w:rFonts w:ascii="Nanum Gothic" w:hAnsi="Nanum Gothic" w:eastAsia="Nanum Gothic" w:cs="Nanum Gothic"/>
                <w:color w:val="1A1A1A"/>
                <w:sz w:val="19"/>
                <w:lang w:eastAsia="ko-KR"/>
              </w:rPr>
              <w:t xml:space="preserve">: </w:t>
            </w:r>
            <w:r>
              <w:rPr>
                <w:rFonts w:ascii="D2Coding" w:hAnsi="D2Coding" w:eastAsia="D2Coding" w:cs="D2Coding"/>
                <w:color w:val="CC0000"/>
                <w:sz w:val="19"/>
                <w:lang w:eastAsia="ko-KR"/>
              </w:rPr>
              <w:t>"system"</w:t>
            </w:r>
            <w:r>
              <w:rPr>
                <w:rFonts w:ascii="Nanum Gothic" w:hAnsi="Nanum Gothic" w:eastAsia="Nanum Gothic" w:cs="Nanum Gothic"/>
                <w:color w:val="1A1A1A"/>
                <w:sz w:val="19"/>
                <w:lang w:eastAsia="ko-KR"/>
              </w:rPr>
              <w:t xml:space="preserve">, </w:t>
            </w:r>
            <w:r>
              <w:rPr>
                <w:rFonts w:ascii="D2Coding" w:hAnsi="D2Coding" w:eastAsia="D2Coding" w:cs="D2Coding"/>
                <w:color w:val="CC0000"/>
                <w:sz w:val="19"/>
                <w:lang w:eastAsia="ko-KR"/>
              </w:rPr>
              <w:t>"content"</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CC0000"/>
                <w:sz w:val="19"/>
                <w:lang w:eastAsia="ko-KR"/>
              </w:rPr>
              <w:t>"</w:t>
            </w:r>
            <w:r>
              <w:rPr>
                <w:rFonts w:ascii="Nanum Gothic" w:hAnsi="Nanum Gothic" w:eastAsia="Nanum Gothic" w:cs="Nanum Gothic"/>
                <w:color w:val="CC0000"/>
                <w:sz w:val="19"/>
                <w:lang w:eastAsia="ko-KR"/>
              </w:rPr>
              <w:t>당신은</w:t>
            </w:r>
            <w:r>
              <w:rPr>
                <w:rFonts w:ascii="D2Coding" w:hAnsi="D2Coding" w:eastAsia="D2Coding" w:cs="D2Coding"/>
                <w:color w:val="CC0000"/>
                <w:sz w:val="19"/>
                <w:lang w:eastAsia="ko-KR"/>
              </w:rPr>
              <w:t xml:space="preserve"> HR </w:t>
            </w:r>
            <w:r>
              <w:rPr>
                <w:rFonts w:ascii="Nanum Gothic" w:hAnsi="Nanum Gothic" w:eastAsia="Nanum Gothic" w:cs="Nanum Gothic"/>
                <w:color w:val="CC0000"/>
                <w:sz w:val="19"/>
                <w:lang w:eastAsia="ko-KR"/>
              </w:rPr>
              <w:t>전문가입니다</w:t>
            </w:r>
            <w:r>
              <w:rPr>
                <w:rFonts w:ascii="Nanum Gothic" w:hAnsi="Nanum Gothic" w:eastAsia="Nanum Gothic" w:cs="Nanum Gothic"/>
                <w:color w:val="CC0000"/>
                <w:sz w:val="19"/>
                <w:lang w:eastAsia="ko-KR"/>
              </w:rPr>
              <w:t xml:space="preserve">. </w:t>
            </w:r>
            <w:r>
              <w:rPr>
                <w:rFonts w:ascii="Nanum Gothic" w:hAnsi="Nanum Gothic" w:eastAsia="Nanum Gothic" w:cs="Nanum Gothic"/>
                <w:color w:val="CC0000"/>
                <w:sz w:val="19"/>
                <w:lang w:eastAsia="ko-KR"/>
              </w:rPr>
              <w:t>직무</w:t>
            </w:r>
            <w:r>
              <w:rPr>
                <w:rFonts w:ascii="D2Coding" w:hAnsi="D2Coding" w:eastAsia="D2Coding" w:cs="D2Coding"/>
                <w:color w:val="CC0000"/>
                <w:sz w:val="19"/>
                <w:lang w:eastAsia="ko-KR"/>
              </w:rPr>
              <w:t xml:space="preserve"> </w:t>
            </w:r>
            <w:r>
              <w:rPr>
                <w:rFonts w:ascii="Nanum Gothic" w:hAnsi="Nanum Gothic" w:eastAsia="Nanum Gothic" w:cs="Nanum Gothic"/>
                <w:color w:val="CC0000"/>
                <w:sz w:val="19"/>
                <w:lang w:eastAsia="ko-KR"/>
              </w:rPr>
              <w:t>요구사항을</w:t>
            </w:r>
            <w:r>
              <w:rPr>
                <w:rFonts w:ascii="D2Coding" w:hAnsi="D2Coding" w:eastAsia="D2Coding" w:cs="D2Coding"/>
                <w:color w:val="CC0000"/>
                <w:sz w:val="19"/>
                <w:lang w:eastAsia="ko-KR"/>
              </w:rPr>
              <w:t xml:space="preserve"> </w:t>
            </w:r>
            <w:r>
              <w:rPr>
                <w:rFonts w:ascii="Nanum Gothic" w:hAnsi="Nanum Gothic" w:eastAsia="Nanum Gothic" w:cs="Nanum Gothic"/>
                <w:color w:val="CC0000"/>
                <w:sz w:val="19"/>
                <w:lang w:eastAsia="ko-KR"/>
              </w:rPr>
              <w:t>매력적이고</w:t>
            </w:r>
            <w:r>
              <w:rPr>
                <w:rFonts w:ascii="D2Coding" w:hAnsi="D2Coding" w:eastAsia="D2Coding" w:cs="D2Coding"/>
                <w:color w:val="CC0000"/>
                <w:sz w:val="19"/>
                <w:lang w:eastAsia="ko-KR"/>
              </w:rPr>
              <w:t xml:space="preserve"> </w:t>
            </w:r>
            <w:r>
              <w:rPr>
                <w:rFonts w:ascii="Nanum Gothic" w:hAnsi="Nanum Gothic" w:eastAsia="Nanum Gothic" w:cs="Nanum Gothic"/>
                <w:color w:val="CC0000"/>
                <w:sz w:val="19"/>
                <w:lang w:eastAsia="ko-KR"/>
              </w:rPr>
              <w:t>명확한</w:t>
            </w:r>
            <w:r>
              <w:rPr>
                <w:rFonts w:ascii="D2Coding" w:hAnsi="D2Coding" w:eastAsia="D2Coding" w:cs="D2Coding"/>
                <w:color w:val="CC0000"/>
                <w:sz w:val="19"/>
                <w:lang w:eastAsia="ko-KR"/>
              </w:rPr>
              <w:t xml:space="preserve"> JD</w:t>
            </w:r>
            <w:r>
              <w:rPr>
                <w:rFonts w:ascii="Nanum Gothic" w:hAnsi="Nanum Gothic" w:eastAsia="Nanum Gothic" w:cs="Nanum Gothic"/>
                <w:color w:val="CC0000"/>
                <w:sz w:val="19"/>
                <w:lang w:eastAsia="ko-KR"/>
              </w:rPr>
              <w:t>로</w:t>
            </w:r>
            <w:r>
              <w:rPr>
                <w:rFonts w:ascii="D2Coding" w:hAnsi="D2Coding" w:eastAsia="D2Coding" w:cs="D2Coding"/>
                <w:color w:val="CC0000"/>
                <w:sz w:val="19"/>
                <w:lang w:eastAsia="ko-KR"/>
              </w:rPr>
              <w:t xml:space="preserve"> </w:t>
            </w:r>
            <w:r>
              <w:rPr>
                <w:rFonts w:ascii="Nanum Gothic" w:hAnsi="Nanum Gothic" w:eastAsia="Nanum Gothic" w:cs="Nanum Gothic"/>
                <w:color w:val="CC0000"/>
                <w:sz w:val="19"/>
                <w:lang w:eastAsia="ko-KR"/>
              </w:rPr>
              <w:t>작성해주세요</w:t>
            </w:r>
            <w:r>
              <w:rPr>
                <w:rFonts w:ascii="Nanum Gothic" w:hAnsi="Nanum Gothic" w:eastAsia="Nanum Gothic" w:cs="Nanum Gothic"/>
                <w:color w:val="CC0000"/>
                <w:sz w:val="19"/>
                <w:lang w:eastAsia="ko-KR"/>
              </w:rPr>
              <w:t>."</w:t>
            </w:r>
            <w:r>
              <w:rPr>
                <w:rFonts w:ascii="Nanum Gothic" w:hAnsi="Nanum Gothic" w:eastAsia="Nanum Gothic" w:cs="Nanum Gothic"/>
                <w:color w:val="1A1A1A"/>
                <w:sz w:val="19"/>
                <w:lang w:eastAsia="ko-KR"/>
              </w:rPr>
              <w:t>},</w:t>
            </w:r>
          </w:p>
          <w:p w14:paraId="01DFA184" w14:textId="77777777" w:rsidR="00226CAC" w:rsidRDefault="00000000">
            <w:pPr>
              <w:spacing w:before="20" w:after="20" w:line="220" w:lineRule="exact"/>
            </w:pPr>
            <w:r>
              <w:rPr>
                <w:rFonts w:ascii="Nanum Gothic" w:hAnsi="Nanum Gothic" w:eastAsia="Nanum Gothic" w:cs="Nanum Gothic"/>
                <w:color w:val="1A1A1A"/>
                <w:sz w:val="19"/>
              </w:rPr>
              <w:t>{</w:t>
            </w:r>
            <w:r>
              <w:rPr>
                <w:rFonts w:ascii="D2Coding" w:hAnsi="D2Coding" w:eastAsia="D2Coding" w:cs="D2Coding"/>
                <w:color w:val="CC0000"/>
                <w:sz w:val="19"/>
              </w:rPr>
              <w:t>"role"</w:t>
            </w:r>
            <w:r>
              <w:rPr>
                <w:rFonts w:ascii="Nanum Gothic" w:hAnsi="Nanum Gothic" w:eastAsia="Nanum Gothic" w:cs="Nanum Gothic"/>
                <w:color w:val="1A1A1A"/>
                <w:sz w:val="19"/>
              </w:rPr>
              <w:t xml:space="preserve">: </w:t>
            </w:r>
            <w:r>
              <w:rPr>
                <w:rFonts w:ascii="D2Coding" w:hAnsi="D2Coding" w:eastAsia="D2Coding" w:cs="D2Coding"/>
                <w:color w:val="CC0000"/>
                <w:sz w:val="19"/>
              </w:rPr>
              <w:t>"user"</w:t>
            </w:r>
            <w:r>
              <w:rPr>
                <w:rFonts w:ascii="Nanum Gothic" w:hAnsi="Nanum Gothic" w:eastAsia="Nanum Gothic" w:cs="Nanum Gothic"/>
                <w:color w:val="1A1A1A"/>
                <w:sz w:val="19"/>
              </w:rPr>
              <w:t xml:space="preserve">, </w:t>
            </w:r>
            <w:r>
              <w:rPr>
                <w:rFonts w:ascii="D2Coding" w:hAnsi="D2Coding" w:eastAsia="D2Coding" w:cs="D2Coding"/>
                <w:color w:val="CC0000"/>
                <w:sz w:val="19"/>
              </w:rPr>
              <w:t>"content"</w:t>
            </w:r>
            <w:r>
              <w:rPr>
                <w:rFonts w:ascii="D2Coding" w:hAnsi="D2Coding" w:eastAsia="D2Coding" w:cs="D2Coding"/>
                <w:color w:val="1A1A1A"/>
                <w:sz w:val="19"/>
              </w:rPr>
              <w:t>: f</w:t>
            </w:r>
            <w:r>
              <w:rPr>
                <w:rFonts w:ascii="Nanum Gothic" w:hAnsi="Nanum Gothic" w:eastAsia="Nanum Gothic" w:cs="Nanum Gothic"/>
                <w:color w:val="CC0000"/>
                <w:sz w:val="19"/>
              </w:rPr>
              <w:t>"</w:t>
            </w:r>
            <w:r>
              <w:rPr>
                <w:rFonts w:ascii="Nanum Gothic" w:hAnsi="Nanum Gothic" w:eastAsia="Nanum Gothic" w:cs="Nanum Gothic"/>
                <w:color w:val="CC0000"/>
                <w:sz w:val="19"/>
              </w:rPr>
              <w:t>직무</w:t>
            </w:r>
            <w:r>
              <w:rPr>
                <w:rFonts w:ascii="D2Coding" w:hAnsi="D2Coding" w:eastAsia="D2Coding" w:cs="D2Coding"/>
                <w:color w:val="CC0000"/>
                <w:sz w:val="19"/>
              </w:rPr>
              <w:t xml:space="preserve"> </w:t>
            </w:r>
            <w:r>
              <w:rPr>
                <w:rFonts w:ascii="Nanum Gothic" w:hAnsi="Nanum Gothic" w:eastAsia="Nanum Gothic" w:cs="Nanum Gothic"/>
                <w:color w:val="CC0000"/>
                <w:sz w:val="19"/>
              </w:rPr>
              <w:t>정보</w:t>
            </w:r>
            <w:r>
              <w:rPr>
                <w:rFonts w:ascii="D2Coding" w:hAnsi="D2Coding" w:eastAsia="D2Coding" w:cs="D2Coding"/>
                <w:color w:val="CC0000"/>
                <w:sz w:val="19"/>
              </w:rPr>
              <w:t>:\n{job_info}\n\nJD</w:t>
            </w:r>
            <w:r>
              <w:rPr>
                <w:rFonts w:ascii="Nanum Gothic" w:hAnsi="Nanum Gothic" w:eastAsia="Nanum Gothic" w:cs="Nanum Gothic"/>
                <w:color w:val="CC0000"/>
                <w:sz w:val="19"/>
              </w:rPr>
              <w:t>를</w:t>
            </w:r>
            <w:r>
              <w:rPr>
                <w:rFonts w:ascii="D2Coding" w:hAnsi="D2Coding" w:eastAsia="D2Coding" w:cs="D2Coding"/>
                <w:color w:val="CC0000"/>
                <w:sz w:val="19"/>
              </w:rPr>
              <w:t xml:space="preserve"> </w:t>
            </w:r>
            <w:r>
              <w:rPr>
                <w:rFonts w:ascii="Nanum Gothic" w:hAnsi="Nanum Gothic" w:eastAsia="Nanum Gothic" w:cs="Nanum Gothic"/>
                <w:color w:val="CC0000"/>
                <w:sz w:val="19"/>
              </w:rPr>
              <w:t>작성해주세요</w:t>
            </w:r>
            <w:r>
              <w:rPr>
                <w:rFonts w:ascii="Nanum Gothic" w:hAnsi="Nanum Gothic" w:eastAsia="Nanum Gothic" w:cs="Nanum Gothic"/>
                <w:color w:val="CC0000"/>
                <w:sz w:val="19"/>
              </w:rPr>
              <w:t>."</w:t>
            </w:r>
            <w:r>
              <w:rPr>
                <w:rFonts w:ascii="Nanum Gothic" w:hAnsi="Nanum Gothic" w:eastAsia="Nanum Gothic" w:cs="Nanum Gothic"/>
                <w:color w:val="1A1A1A"/>
                <w:sz w:val="19"/>
              </w:rPr>
              <w:t>}</w:t>
            </w:r>
          </w:p>
          <w:p w14:paraId="7B440922" w14:textId="77777777" w:rsidR="00226CAC" w:rsidRDefault="00000000">
            <w:pPr>
              <w:spacing w:before="20" w:after="20" w:line="220" w:lineRule="exact"/>
            </w:pPr>
            <w:r>
              <w:rPr>
                <w:rFonts w:ascii="Nanum Gothic" w:hAnsi="Nanum Gothic" w:eastAsia="Nanum Gothic" w:cs="Nanum Gothic"/>
                <w:color w:val="1A1A1A"/>
                <w:sz w:val="19"/>
              </w:rPr>
              <w:t>],</w:t>
            </w:r>
          </w:p>
          <w:p w14:paraId="7C1F68CB" w14:textId="77777777" w:rsidR="00226CAC" w:rsidRDefault="00000000">
            <w:pPr>
              <w:spacing w:before="20" w:after="20" w:line="220" w:lineRule="exact"/>
            </w:pPr>
            <w:r>
              <w:rPr>
                <w:rFonts w:ascii="D2Coding" w:hAnsi="D2Coding" w:eastAsia="D2Coding" w:cs="D2Coding"/>
                <w:color w:val="CC0000"/>
                <w:sz w:val="19"/>
              </w:rPr>
              <w:t>"temperature"</w:t>
            </w:r>
            <w:r>
              <w:rPr>
                <w:rFonts w:ascii="D2Coding" w:hAnsi="D2Coding" w:eastAsia="D2Coding" w:cs="D2Coding"/>
                <w:color w:val="1A1A1A"/>
                <w:sz w:val="19"/>
              </w:rPr>
              <w:t>: 0.7</w:t>
            </w:r>
          </w:p>
          <w:p w14:paraId="5C0425DC" w14:textId="77777777" w:rsidR="00226CAC" w:rsidRDefault="00000000">
            <w:pPr>
              <w:spacing w:before="20" w:after="20" w:line="220" w:lineRule="exact"/>
            </w:pPr>
            <w:r>
              <w:rPr>
                <w:rFonts w:ascii="Nanum Gothic" w:hAnsi="Nanum Gothic" w:eastAsia="Nanum Gothic" w:cs="Nanum Gothic"/>
                <w:color w:val="1A1A1A"/>
                <w:sz w:val="19"/>
              </w:rPr>
              <w:t>}</w:t>
            </w:r>
          </w:p>
        </w:tc>
      </w:tr>
    </w:tbl>
    <w:p w14:paraId="3515DA18" w14:textId="77777777" w:rsidR="00226CAC" w:rsidRDefault="00226CAC"/>
    <w:p w14:paraId="225C9B1E" w14:textId="77777777" w:rsidR="00226CAC" w:rsidRDefault="00000000">
      <w:pPr>
        <w:pBdr>
          <w:bottom w:val="single" w:sz="4" w:space="1" w:color="024AD8"/>
        </w:pBdr>
        <w:spacing w:before="280" w:after="80"/>
      </w:pPr>
      <w:r>
        <w:rPr>
          <w:rFonts w:ascii="Nanum Gothic" w:eastAsia="Nanum Gothic" w:hAnsi="Nanum Gothic" w:cs="Nanum Gothic"/>
          <w:b/>
          <w:color w:val="024AD8"/>
          <w:sz w:val="36"/>
        </w:rPr>
        <w:t>7.10 핵심 3줄 정리</w:t>
      </w:r>
    </w:p>
    <w:p w14:paraId="55B7A3E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1. 채팅 화면과 API는 사용 방식이 다르다: AIR Chat은 화면에서 모델을 사용하고, 코드 실습은 Google Gemini API로 요청을 보냅니다.</w:t>
      </w:r>
    </w:p>
    <w:p w14:paraId="011835E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2. </w:t>
      </w:r>
      <w:r>
        <w:rPr>
          <w:rFonts w:ascii="Nanum Gothic" w:eastAsia="Nanum Gothic" w:hAnsi="Nanum Gothic" w:cs="Nanum Gothic"/>
          <w:b/>
          <w:color w:val="1A1A1A"/>
          <w:sz w:val="20"/>
          <w:lang w:eastAsia="ko-KR"/>
        </w:rPr>
        <w:t>7대 개념은 범용이다</w:t>
      </w:r>
      <w:r>
        <w:rPr>
          <w:rFonts w:ascii="Nanum Gothic" w:eastAsia="Nanum Gothic" w:hAnsi="Nanum Gothic" w:cs="Nanum Gothic"/>
          <w:color w:val="1A1A1A"/>
          <w:sz w:val="20"/>
          <w:lang w:eastAsia="ko-KR"/>
        </w:rPr>
        <w:t>: 엔드포인트·인증·요청·응답·스트리밍·토큰 과금·온도는 벤더와 무관하게 모든 LLM API에 적용된다.</w:t>
      </w:r>
    </w:p>
    <w:p w14:paraId="18D9B0D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3. </w:t>
      </w:r>
      <w:r>
        <w:rPr>
          <w:rFonts w:ascii="Nanum Gothic" w:eastAsia="Nanum Gothic" w:hAnsi="Nanum Gothic" w:cs="Nanum Gothic"/>
          <w:b/>
          <w:color w:val="1A1A1A"/>
          <w:sz w:val="20"/>
          <w:lang w:eastAsia="ko-KR"/>
        </w:rPr>
        <w:t>temperature는 직접 조작 가능하다</w:t>
      </w:r>
      <w:r>
        <w:rPr>
          <w:rFonts w:ascii="Nanum Gothic" w:eastAsia="Nanum Gothic" w:hAnsi="Nanum Gothic" w:cs="Nanum Gothic"/>
          <w:color w:val="1A1A1A"/>
          <w:sz w:val="20"/>
          <w:lang w:eastAsia="ko-KR"/>
        </w:rPr>
        <w:t>: 코드 한 줄이 응답의 예측 가능성과 창의성을 결정한다.</w:t>
      </w:r>
    </w:p>
    <w:p w14:paraId="78B3E542" w14:textId="77777777" w:rsidR="00226CAC" w:rsidRDefault="00000000">
      <w:pPr>
        <w:pBdr>
          <w:bottom w:val="single" w:sz="4" w:space="1" w:color="024AD8"/>
        </w:pBdr>
        <w:spacing w:before="280" w:after="80"/>
      </w:pPr>
      <w:r>
        <w:rPr>
          <w:rFonts w:ascii="Nanum Gothic" w:eastAsia="Nanum Gothic" w:hAnsi="Nanum Gothic" w:cs="Nanum Gothic"/>
          <w:b/>
          <w:color w:val="024AD8"/>
          <w:sz w:val="36"/>
        </w:rPr>
        <w:t>7.11 개념 연결 지도</w:t>
      </w:r>
    </w:p>
    <w:tbl>
      <w:tblPr>
        <w:tblStyle w:val="af9"/>
        <w:tblW w:w="0" w:type="auto"/>
        <w:tblLook w:val="04A0" w:firstRow="1" w:lastRow="0" w:firstColumn="1" w:lastColumn="0" w:noHBand="0" w:noVBand="1"/>
      </w:tblPr>
      <w:tblGrid>
        <w:gridCol w:w="9072"/>
      </w:tblGrid>
      <w:tr w:rsidR="00226CAC" w14:paraId="6F0DC7DE" w14:textId="77777777">
        <w:tc>
          <w:tcPr>
            <w:tcW w:w="9072" w:type="dxa"/>
            <w:shd w:val="clear" w:color="auto" w:fill="F7F7F7"/>
          </w:tcPr>
          <w:p w14:paraId="286F042C" w14:textId="77777777" w:rsidR="00226CAC" w:rsidRDefault="00000000">
            <w:pPr>
              <w:spacing w:before="20" w:after="20" w:line="220" w:lineRule="exact"/>
            </w:pPr>
            <w:r>
              <w:rPr>
                <w:rFonts w:ascii="D2Coding" w:hAnsi="D2Coding" w:eastAsia="D2Coding" w:cs="D2Coding"/>
                <w:color w:val="1A1A1A"/>
                <w:sz w:val="19"/>
              </w:rPr>
              <w:t xml:space="preserve">[AIR Studio </w:t>
            </w:r>
            <w:r>
              <w:rPr>
                <w:rFonts w:ascii="Nanum Gothic" w:hAnsi="Nanum Gothic" w:eastAsia="Nanum Gothic" w:cs="Nanum Gothic"/>
                <w:color w:val="1A1A1A"/>
                <w:sz w:val="19"/>
              </w:rPr>
              <w:t>인터페이스</w:t>
            </w:r>
            <w:r>
              <w:rPr>
                <w:rFonts w:ascii="D2Coding" w:hAnsi="D2Coding" w:eastAsia="D2Coding" w:cs="D2Coding"/>
                <w:color w:val="1A1A1A"/>
                <w:sz w:val="19"/>
              </w:rPr>
              <w:t xml:space="preserve"> </w:t>
            </w:r>
            <w:r>
              <w:rPr>
                <w:rFonts w:ascii="Nanum Gothic" w:hAnsi="Nanum Gothic" w:eastAsia="Nanum Gothic" w:cs="Nanum Gothic"/>
                <w:color w:val="1A1A1A"/>
                <w:sz w:val="19"/>
              </w:rPr>
              <w:t>탐색</w:t>
            </w:r>
            <w:r>
              <w:rPr>
                <w:rFonts w:ascii="Nanum Gothic" w:hAnsi="Nanum Gothic" w:eastAsia="Nanum Gothic" w:cs="Nanum Gothic"/>
                <w:color w:val="1A1A1A"/>
                <w:sz w:val="19"/>
              </w:rPr>
              <w:t>]</w:t>
            </w:r>
          </w:p>
          <w:p w14:paraId="45FFD4BD" w14:textId="77777777" w:rsidR="00226CAC" w:rsidRDefault="00000000">
            <w:pPr>
              <w:spacing w:before="20" w:after="20" w:line="220" w:lineRule="exact"/>
            </w:pPr>
            <w:r>
              <w:rPr>
                <w:rFonts w:ascii="D2Coding" w:hAnsi="D2Coding" w:eastAsia="D2Coding" w:cs="D2Coding"/>
                <w:color w:val="1A1A1A"/>
                <w:sz w:val="19"/>
              </w:rPr>
              <w:t>AIR Chat (화면 실습, 외부 호출용 API 아님)</w:t>
            </w:r>
          </w:p>
          <w:p w14:paraId="02913ED1" w14:textId="77777777" w:rsidR="00226CAC" w:rsidRDefault="00000000">
            <w:pPr>
              <w:spacing w:before="20" w:after="20" w:line="220" w:lineRule="exact"/>
            </w:pPr>
            <w:r>
              <w:rPr>
                <w:rFonts w:ascii="Nanum Gothic" w:hAnsi="Nanum Gothic" w:eastAsia="Nanum Gothic" w:cs="Nanum Gothic"/>
                <w:color w:val="1A1A1A"/>
                <w:sz w:val="19"/>
              </w:rPr>
              <w:t>│</w:t>
            </w:r>
          </w:p>
          <w:p w14:paraId="19237779" w14:textId="77777777" w:rsidR="00226CAC" w:rsidRDefault="00000000">
            <w:pPr>
              <w:spacing w:before="20" w:after="20" w:line="220" w:lineRule="exact"/>
            </w:pPr>
            <w:r>
              <w:rPr>
                <w:rFonts w:ascii="Nanum Gothic" w:hAnsi="Nanum Gothic" w:eastAsia="Nanum Gothic" w:cs="Nanum Gothic"/>
                <w:color w:val="1A1A1A"/>
                <w:sz w:val="19"/>
              </w:rPr>
              <w:t xml:space="preserve">│ ← </w:t>
            </w:r>
            <w:r>
              <w:rPr>
                <w:rFonts w:ascii="Nanum Gothic" w:hAnsi="Nanum Gothic" w:eastAsia="Nanum Gothic" w:cs="Nanum Gothic"/>
                <w:color w:val="1A1A1A"/>
                <w:sz w:val="19"/>
              </w:rPr>
              <w:t>채팅</w:t>
            </w:r>
            <w:r>
              <w:rPr>
                <w:rFonts w:ascii="D2Coding" w:hAnsi="D2Coding" w:eastAsia="D2Coding" w:cs="D2Coding"/>
                <w:color w:val="1A1A1A"/>
                <w:sz w:val="19"/>
              </w:rPr>
              <w:t xml:space="preserve"> UI </w:t>
            </w:r>
            <w:r>
              <w:rPr>
                <w:rFonts w:ascii="Nanum Gothic" w:hAnsi="Nanum Gothic" w:eastAsia="Nanum Gothic" w:cs="Nanum Gothic"/>
                <w:color w:val="1A1A1A"/>
                <w:sz w:val="19"/>
              </w:rPr>
              <w:t>내부</w:t>
            </w:r>
            <w:r>
              <w:rPr>
                <w:rFonts w:ascii="D2Coding" w:hAnsi="D2Coding" w:eastAsia="D2Coding" w:cs="D2Coding"/>
                <w:color w:val="1A1A1A"/>
                <w:sz w:val="19"/>
              </w:rPr>
              <w:t xml:space="preserve"> </w:t>
            </w:r>
            <w:r>
              <w:rPr>
                <w:rFonts w:ascii="Nanum Gothic" w:hAnsi="Nanum Gothic" w:eastAsia="Nanum Gothic" w:cs="Nanum Gothic"/>
                <w:color w:val="1A1A1A"/>
                <w:sz w:val="19"/>
              </w:rPr>
              <w:t>구조</w:t>
            </w:r>
            <w:r>
              <w:rPr>
                <w:rFonts w:ascii="D2Coding" w:hAnsi="D2Coding" w:eastAsia="D2Coding" w:cs="D2Coding"/>
                <w:color w:val="1A1A1A"/>
                <w:sz w:val="19"/>
              </w:rPr>
              <w:t xml:space="preserve"> </w:t>
            </w:r>
            <w:r>
              <w:rPr>
                <w:rFonts w:ascii="Nanum Gothic" w:hAnsi="Nanum Gothic" w:eastAsia="Nanum Gothic" w:cs="Nanum Gothic"/>
                <w:color w:val="1A1A1A"/>
                <w:sz w:val="19"/>
              </w:rPr>
              <w:t>이해</w:t>
            </w:r>
          </w:p>
          <w:p w14:paraId="00AB227F"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40571BD5"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범용</w:t>
            </w:r>
            <w:r>
              <w:rPr>
                <w:rFonts w:ascii="D2Coding" w:hAnsi="D2Coding" w:eastAsia="D2Coding" w:cs="D2Coding"/>
                <w:color w:val="1A1A1A"/>
                <w:sz w:val="19"/>
                <w:lang w:eastAsia="ko-KR"/>
              </w:rPr>
              <w:t xml:space="preserve"> LLM API </w:t>
            </w:r>
            <w:r>
              <w:rPr>
                <w:rFonts w:ascii="Nanum Gothic" w:hAnsi="Nanum Gothic" w:eastAsia="Nanum Gothic" w:cs="Nanum Gothic"/>
                <w:color w:val="1A1A1A"/>
                <w:sz w:val="19"/>
                <w:lang w:eastAsia="ko-KR"/>
              </w:rPr>
              <w:t>호출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기초</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지금</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여기</w:t>
            </w:r>
          </w:p>
          <w:p w14:paraId="68D38EF9"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1720CE89"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7</w:t>
            </w:r>
            <w:r>
              <w:rPr>
                <w:rFonts w:ascii="Nanum Gothic" w:hAnsi="Nanum Gothic" w:eastAsia="Nanum Gothic" w:cs="Nanum Gothic"/>
                <w:color w:val="1A1A1A"/>
                <w:sz w:val="19"/>
                <w:lang w:eastAsia="ko-KR"/>
              </w:rPr>
              <w:t>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개념</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엔드포인트</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인증</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요청</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응답</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스트리밍</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토큰</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온도</w:t>
            </w:r>
          </w:p>
          <w:p w14:paraId="60A01CB5"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 HTTP 200 </w:t>
            </w:r>
            <w:r>
              <w:rPr>
                <w:rFonts w:ascii="Nanum Gothic" w:hAnsi="Nanum Gothic" w:eastAsia="Nanum Gothic" w:cs="Nanum Gothic"/>
                <w:color w:val="1A1A1A"/>
                <w:sz w:val="19"/>
                <w:lang w:eastAsia="ko-KR"/>
              </w:rPr>
              <w:t>성공</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확인</w:t>
            </w:r>
          </w:p>
          <w:p w14:paraId="797A3BC5"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 temperature </w:t>
            </w:r>
            <w:r>
              <w:rPr>
                <w:rFonts w:ascii="Nanum Gothic" w:hAnsi="Nanum Gothic" w:eastAsia="Nanum Gothic" w:cs="Nanum Gothic"/>
                <w:color w:val="1A1A1A"/>
                <w:sz w:val="19"/>
                <w:lang w:eastAsia="ko-KR"/>
              </w:rPr>
              <w:t>비교</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실험</w:t>
            </w:r>
          </w:p>
          <w:p w14:paraId="6153E39C"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3</w:t>
            </w:r>
            <w:r>
              <w:rPr>
                <w:rFonts w:ascii="Nanum Gothic" w:hAnsi="Nanum Gothic" w:eastAsia="Nanum Gothic" w:cs="Nanum Gothic"/>
                <w:color w:val="1A1A1A"/>
                <w:sz w:val="19"/>
                <w:lang w:eastAsia="ko-KR"/>
              </w:rPr>
              <w:t>대</w:t>
            </w:r>
            <w:r>
              <w:rPr>
                <w:rFonts w:ascii="D2Coding" w:hAnsi="D2Coding" w:eastAsia="D2Coding" w:cs="D2Coding"/>
                <w:color w:val="1A1A1A"/>
                <w:sz w:val="19"/>
                <w:lang w:eastAsia="ko-KR"/>
              </w:rPr>
              <w:t xml:space="preserve"> API </w:t>
            </w:r>
            <w:r>
              <w:rPr>
                <w:rFonts w:ascii="Nanum Gothic" w:hAnsi="Nanum Gothic" w:eastAsia="Nanum Gothic" w:cs="Nanum Gothic"/>
                <w:color w:val="1A1A1A"/>
                <w:sz w:val="19"/>
                <w:lang w:eastAsia="ko-KR"/>
              </w:rPr>
              <w:t>비교</w:t>
            </w:r>
            <w:r>
              <w:rPr>
                <w:rFonts w:ascii="D2Coding" w:hAnsi="D2Coding" w:eastAsia="D2Coding" w:cs="D2Coding"/>
                <w:color w:val="1A1A1A"/>
                <w:sz w:val="19"/>
                <w:lang w:eastAsia="ko-KR"/>
              </w:rPr>
              <w:t xml:space="preserve"> (Gemini·OpenAI·Bedrock)</w:t>
            </w:r>
          </w:p>
          <w:p w14:paraId="6A4FB8DA"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0F737397"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5B262D03"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멀티모달</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능력</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체험</w:t>
            </w:r>
            <w:r>
              <w:rPr>
                <w:rFonts w:ascii="Nanum Gothic" w:hAnsi="Nanum Gothic" w:eastAsia="Nanum Gothic" w:cs="Nanum Gothic"/>
                <w:color w:val="1A1A1A"/>
                <w:sz w:val="19"/>
                <w:lang w:eastAsia="ko-KR"/>
              </w:rPr>
              <w:t>]</w:t>
            </w:r>
          </w:p>
          <w:p w14:paraId="6299BF07"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텍스트</w:t>
            </w:r>
            <w:r>
              <w:rPr>
                <w:rFonts w:ascii="D2Coding" w:hAnsi="D2Coding" w:eastAsia="D2Coding" w:cs="D2Coding"/>
                <w:color w:val="1A1A1A"/>
                <w:sz w:val="19"/>
                <w:lang w:eastAsia="ko-KR"/>
              </w:rPr>
              <w:t xml:space="preserve"> API </w:t>
            </w:r>
            <w:r>
              <w:rPr>
                <w:rFonts w:ascii="Nanum Gothic" w:hAnsi="Nanum Gothic" w:eastAsia="Nanum Gothic" w:cs="Nanum Gothic"/>
                <w:color w:val="1A1A1A"/>
                <w:sz w:val="19"/>
                <w:lang w:eastAsia="ko-KR"/>
              </w:rPr>
              <w:t>기반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위에</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이미지</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음성</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처리</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추가</w:t>
            </w:r>
          </w:p>
          <w:p w14:paraId="3F4261CF"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70AF1C1C"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08D65D2E"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[다음 날 캡스톤 v0.1]</w:t>
            </w:r>
            <w:r>
              <w:rPr>
                <w:rFonts w:ascii="Nanum Gothic" w:hAnsi="Nanum Gothic" w:eastAsia="Nanum Gothic" w:cs="Nanum Gothic"/>
                <w:color w:val="1A1A1A"/>
                <w:sz w:val="19"/>
                <w:lang w:eastAsia="ko-KR"/>
              </w:rPr>
              <w:t/>
            </w:r>
            <w:r>
              <w:rPr>
                <w:rFonts w:ascii="D2Coding" w:hAnsi="D2Coding" w:eastAsia="D2Coding" w:cs="D2Coding"/>
                <w:color w:val="1A1A1A"/>
                <w:sz w:val="19"/>
                <w:lang w:eastAsia="ko-KR"/>
              </w:rPr>
              <w:t xml:space="preserve"/>
            </w:r>
          </w:p>
          <w:p w14:paraId="22C15CB1"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API 호출 경험 → 기본 프롬프트와 첫 실행 결과 확인</w:t>
            </w:r>
            <w:r>
              <w:rPr>
                <w:rFonts w:ascii="Nanum Gothic" w:hAnsi="Nanum Gothic" w:eastAsia="Nanum Gothic" w:cs="Nanum Gothic"/>
                <w:color w:val="1A1A1A"/>
                <w:sz w:val="19"/>
                <w:lang w:eastAsia="ko-KR"/>
              </w:rPr>
              <w:t/>
            </w:r>
            <w:r>
              <w:rPr>
                <w:rFonts w:ascii="D2Coding" w:hAnsi="D2Coding" w:eastAsia="D2Coding" w:cs="D2Coding"/>
                <w:color w:val="1A1A1A"/>
                <w:sz w:val="19"/>
                <w:lang w:eastAsia="ko-KR"/>
              </w:rPr>
              <w:t xml:space="preserve"/>
            </w:r>
            <w:r>
              <w:rPr>
                <w:rFonts w:ascii="Nanum Gothic" w:hAnsi="Nanum Gothic" w:eastAsia="Nanum Gothic" w:cs="Nanum Gothic"/>
                <w:color w:val="1A1A1A"/>
                <w:sz w:val="19"/>
                <w:lang w:eastAsia="ko-KR"/>
              </w:rPr>
              <w:t/>
            </w:r>
            <w:r>
              <w:rPr>
                <w:rFonts w:ascii="Nanum Gothic" w:hAnsi="Nanum Gothic" w:eastAsia="Nanum Gothic" w:cs="Nanum Gothic"/>
                <w:color w:val="1A1A1A"/>
                <w:sz w:val="19"/>
                <w:lang w:eastAsia="ko-KR"/>
              </w:rPr>
              <w:t xml:space="preserve"/>
            </w:r>
            <w:r>
              <w:rPr>
                <w:rFonts w:ascii="Nanum Gothic" w:hAnsi="Nanum Gothic" w:eastAsia="Nanum Gothic" w:cs="Nanum Gothic"/>
                <w:color w:val="1A1A1A"/>
                <w:sz w:val="19"/>
                <w:lang w:eastAsia="ko-KR"/>
              </w:rPr>
              <w:t/>
            </w:r>
            <w:r>
              <w:rPr>
                <w:rFonts w:ascii="D2Coding" w:hAnsi="D2Coding" w:eastAsia="D2Coding" w:cs="D2Coding"/>
                <w:color w:val="1A1A1A"/>
                <w:sz w:val="19"/>
                <w:lang w:eastAsia="ko-KR"/>
              </w:rPr>
              <w:t xml:space="preserve"/>
            </w:r>
            <w:r>
              <w:rPr>
                <w:rFonts w:ascii="Nanum Gothic" w:hAnsi="Nanum Gothic" w:eastAsia="Nanum Gothic" w:cs="Nanum Gothic"/>
                <w:color w:val="1A1A1A"/>
                <w:sz w:val="19"/>
                <w:lang w:eastAsia="ko-KR"/>
              </w:rPr>
              <w:t/>
            </w:r>
            <w:r>
              <w:rPr>
                <w:rFonts w:ascii="D2Coding" w:hAnsi="D2Coding" w:eastAsia="D2Coding" w:cs="D2Coding"/>
                <w:color w:val="1A1A1A"/>
                <w:sz w:val="19"/>
                <w:lang w:eastAsia="ko-KR"/>
              </w:rPr>
              <w:t xml:space="preserve"/>
            </w:r>
            <w:r>
              <w:rPr>
                <w:rFonts w:ascii="Nanum Gothic" w:hAnsi="Nanum Gothic" w:eastAsia="Nanum Gothic" w:cs="Nanum Gothic"/>
                <w:color w:val="1A1A1A"/>
                <w:sz w:val="19"/>
                <w:lang w:eastAsia="ko-KR"/>
              </w:rPr>
              <w:t/>
            </w:r>
          </w:p>
        </w:tc>
      </w:tr>
    </w:tbl>
    <w:p w14:paraId="7EB97A1E" w14:textId="77777777" w:rsidR="00226CAC" w:rsidRDefault="00226CAC">
      <w:pPr>
        <w:rPr>
          <w:rFonts w:eastAsia="Nanum Gothic"/>
          <w:lang w:eastAsia="ko-KR"/>
        </w:rPr>
      </w:pPr>
    </w:p>
    <w:p w14:paraId="2C8ED573"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7.12 심화 학습</w:t>
      </w:r>
    </w:p>
    <w:p w14:paraId="7E9F5CB0"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Google Gemini API 공식 문서</w:t>
      </w:r>
      <w:r>
        <w:rPr>
          <w:rFonts w:ascii="Nanum Gothic" w:eastAsia="Nanum Gothic" w:hAnsi="Nanum Gothic" w:cs="Nanum Gothic"/>
          <w:color w:val="1A1A1A"/>
          <w:sz w:val="20"/>
          <w:lang w:eastAsia="ko-KR"/>
        </w:rPr>
        <w:t xml:space="preserve"> (영문): https://ai.google.dev/gemini-api/docs</w:t>
      </w:r>
    </w:p>
    <w:p w14:paraId="42B3C9D1" w14:textId="77777777" w:rsidR="00226CAC" w:rsidRDefault="00000000">
      <w:pPr>
        <w:spacing w:before="60" w:after="60"/>
      </w:pPr>
      <w:r>
        <w:rPr>
          <w:rFonts w:ascii="Nanum Gothic" w:eastAsia="Nanum Gothic" w:hAnsi="Nanum Gothic" w:cs="Nanum Gothic"/>
          <w:b/>
          <w:color w:val="1A1A1A"/>
          <w:sz w:val="20"/>
        </w:rPr>
        <w:t>OpenAI API Reference</w:t>
      </w:r>
      <w:r>
        <w:rPr>
          <w:rFonts w:ascii="Nanum Gothic" w:eastAsia="Nanum Gothic" w:hAnsi="Nanum Gothic" w:cs="Nanum Gothic"/>
          <w:color w:val="1A1A1A"/>
          <w:sz w:val="20"/>
        </w:rPr>
        <w:t xml:space="preserve"> (영문): https://platform.openai.com/docs/api-reference/chat</w:t>
      </w:r>
    </w:p>
    <w:p w14:paraId="065236C3" w14:textId="77777777" w:rsidR="00226CAC" w:rsidRDefault="00000000">
      <w:pPr>
        <w:spacing w:before="60" w:after="60"/>
      </w:pPr>
      <w:r>
        <w:rPr>
          <w:rFonts w:ascii="Nanum Gothic" w:eastAsia="Nanum Gothic" w:hAnsi="Nanum Gothic" w:cs="Nanum Gothic"/>
          <w:b/>
          <w:color w:val="1A1A1A"/>
          <w:sz w:val="20"/>
        </w:rPr>
        <w:lastRenderedPageBreak/>
        <w:t>Google AI Studio (무료 Gemini API 키 발급)</w:t>
      </w:r>
      <w:r>
        <w:rPr>
          <w:rFonts w:ascii="Nanum Gothic" w:eastAsia="Nanum Gothic" w:hAnsi="Nanum Gothic" w:cs="Nanum Gothic"/>
          <w:color w:val="1A1A1A"/>
          <w:sz w:val="20"/>
        </w:rPr>
        <w:t>: https://aistudio.google.com</w:t>
      </w:r>
    </w:p>
    <w:p w14:paraId="1B0B9688"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python-dotenv (API 키 안전 관리 라이브러리)</w:t>
      </w:r>
      <w:r>
        <w:rPr>
          <w:rFonts w:ascii="Nanum Gothic" w:eastAsia="Nanum Gothic" w:hAnsi="Nanum Gothic" w:cs="Nanum Gothic"/>
          <w:color w:val="1A1A1A"/>
          <w:sz w:val="20"/>
          <w:lang w:eastAsia="ko-KR"/>
        </w:rPr>
        <w:t>: https://pypi.org/project/python-dotenv/</w:t>
      </w:r>
    </w:p>
    <w:p w14:paraId="269AA205" w14:textId="77777777" w:rsidR="00226CAC" w:rsidRDefault="00226CAC">
      <w:pPr>
        <w:spacing w:before="60" w:after="60"/>
        <w:rPr>
          <w:rFonts w:eastAsia="Nanum Gothic"/>
          <w:lang w:eastAsia="ko-KR"/>
        </w:rPr>
      </w:pP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8. 멀티모달 입력과 프롬프트</w:t>
            </w:r>
          </w:p>
          <w:p>
            <w:pPr>
              <w:spacing w:before="0" w:after="200" w:line="340" w:lineRule="exact"/>
            </w:pPr>
            <w:r>
              <w:rPr>
                <w:rFonts w:ascii="Nanum Gothic" w:hAnsi="Nanum Gothic" w:eastAsia="Nanum Gothic" w:cs="Nanum Gothic"/>
                <w:b w:val="0"/>
                <w:i/>
                <w:color w:val="C9E0FC"/>
                <w:sz w:val="26"/>
              </w:rPr>
              <w:t>이미지와 텍스트를 함께 사용하고 결과를 원본과 대조한다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안전 확인</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이미지 분석</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반복 개선</w:t>
            </w:r>
          </w:p>
        </w:tc>
      </w:tr>
    </w:tbl>
    <w:p/>
    <w:tbl>
      <w:tblPr>
        <w:tblStyle w:val="af9"/>
        <w:tblW w:w="0" w:type="auto"/>
        <w:tblLayout w:type="fixed"/>
        <w:tblLook w:val="04A0" w:firstRow="1" w:lastRow="0" w:firstColumn="1" w:lastColumn="0" w:noHBand="0" w:noVBand="1"/>
      </w:tblPr>
      <w:tblGrid>
        <w:gridCol w:w="400"/>
        <w:gridCol w:w="8672"/>
      </w:tblGrid>
      <w:tr w:rsidR="00226CAC" w14:paraId="1C6FF2FA" w14:textId="77777777">
        <w:tc>
          <w:tcPr>
            <w:tcW w:w="400" w:type="dxa"/>
            <w:shd w:val="clear" w:color="auto" w:fill="C05621"/>
          </w:tcPr>
          <w:p w14:paraId="15465FA7" w14:textId="77777777" w:rsidR="00226CAC" w:rsidRDefault="00226CAC">
            <w:pPr>
              <w:spacing w:before="80" w:after="80"/>
              <w:rPr>
                <w:rFonts w:eastAsia="Nanum Gothic"/>
                <w:lang w:eastAsia="ko-KR"/>
              </w:rPr>
            </w:pPr>
          </w:p>
        </w:tc>
        <w:tc>
          <w:tcPr>
            <w:tcW w:w="8672" w:type="dxa"/>
            <w:shd w:val="clear" w:color="auto" w:fill="FFF7E6"/>
          </w:tcPr>
          <w:p w14:paraId="47D0483C" w14:textId="77777777" w:rsidR="00226CAC" w:rsidRDefault="00000000">
            <w:pPr>
              <w:spacing w:before="80" w:after="80"/>
            </w:pPr>
            <w:r>
              <w:rPr>
                <w:rFonts w:ascii="Nanum Gothic" w:eastAsia="Nanum Gothic" w:hAnsi="Nanum Gothic" w:cs="Nanum Gothic"/>
                <w:b/>
                <w:color w:val="C05621"/>
                <w:sz w:val="20"/>
                <w:lang w:eastAsia="ko-KR"/>
              </w:rPr>
              <w:t>⚠️ 주의</w:t>
            </w:r>
            <w:r>
              <w:rPr>
                <w:rFonts w:ascii="Apple SD Gothic Neo" w:eastAsia="Nanum Gothic" w:hAnsi="Apple SD Gothic Neo" w:cs="Apple SD Gothic Neo"/>
                <w:b/>
                <w:color w:val="C05621"/>
                <w:sz w:val="20"/>
                <w:lang w:eastAsia="ko-KR"/>
              </w:rPr>
              <w:br/>
            </w:r>
            <w:r>
              <w:rPr>
                <w:rFonts w:ascii="Nanum Gothic" w:eastAsia="Nanum Gothic" w:hAnsi="Nanum Gothic" w:cs="Nanum Gothic"/>
                <w:color w:val="1A1A1A"/>
                <w:sz w:val="20"/>
                <w:lang w:eastAsia="ko-KR"/>
              </w:rPr>
              <w:t xml:space="preserve">AI 사용 경계 - ✅ 허용: 이미지 첨부 챌린지, 프롬프트 반복 개선 실험 - ❌ 금지: 회사 기밀·타인 개인정보가 담긴 자료 업로드 (절대 금지) - ❌ 금지: 자체 평가표를 AI에 채워달라고 하기 ("이 결과 좋아?" </w:t>
            </w:r>
            <w:r>
              <w:rPr>
                <w:rFonts w:ascii="Nanum Gothic" w:eastAsia="Nanum Gothic" w:hAnsi="Nanum Gothic" w:cs="Nanum Gothic"/>
                <w:color w:val="1A1A1A"/>
                <w:sz w:val="20"/>
              </w:rPr>
              <w:t>AI에게 묻는 것)</w:t>
            </w:r>
          </w:p>
        </w:tc>
      </w:tr>
    </w:tbl>
    <w:p w14:paraId="0DC917BF" w14:textId="77777777" w:rsidR="00226CAC" w:rsidRDefault="00226CAC"/>
    <w:tbl>
      <w:tblPr>
        <w:tblStyle w:val="af9"/>
        <w:tblW w:w="0" w:type="auto"/>
        <w:tblLayout w:type="fixed"/>
        <w:tblLook w:val="04A0" w:firstRow="1" w:lastRow="0" w:firstColumn="1" w:lastColumn="0" w:noHBand="0" w:noVBand="1"/>
      </w:tblPr>
      <w:tblGrid>
        <w:gridCol w:w="400"/>
        <w:gridCol w:w="8672"/>
      </w:tblGrid>
      <w:tr w:rsidR="00226CAC" w14:paraId="15506A7D" w14:textId="77777777">
        <w:tc>
          <w:tcPr>
            <w:tcW w:w="400" w:type="dxa"/>
            <w:shd w:val="clear" w:color="auto" w:fill="4A5568"/>
          </w:tcPr>
          <w:p w14:paraId="76A0B354" w14:textId="77777777" w:rsidR="00226CAC" w:rsidRDefault="00226CAC">
            <w:pPr>
              <w:spacing w:before="80" w:after="80"/>
            </w:pPr>
          </w:p>
        </w:tc>
        <w:tc>
          <w:tcPr>
            <w:tcW w:w="8672" w:type="dxa"/>
            <w:shd w:val="clear" w:color="auto" w:fill="F7F7F7"/>
          </w:tcPr>
          <w:p w14:paraId="0E0C9F85" w14:textId="77777777" w:rsidR="00226CAC" w:rsidRDefault="00000000">
            <w:pPr>
              <w:spacing w:before="80" w:after="80"/>
            </w:pPr>
            <w:r>
              <w:rPr>
                <w:rFonts w:ascii="Nanum Gothic" w:eastAsia="Nanum Gothic" w:hAnsi="Nanum Gothic" w:cs="Nanum Gothic"/>
                <w:b/>
                <w:color w:val="4A5568"/>
                <w:sz w:val="20"/>
                <w:lang w:eastAsia="ko-KR"/>
              </w:rPr>
              <w:t>📌 Note</w:t>
            </w:r>
            <w:r>
              <w:rPr>
                <w:rFonts w:ascii="Apple SD Gothic Neo" w:eastAsia="Nanum Gothic" w:hAnsi="Apple SD Gothic Neo" w:cs="Apple SD Gothic Neo"/>
                <w:b/>
                <w:color w:val="4A5568"/>
                <w:sz w:val="20"/>
                <w:lang w:eastAsia="ko-KR"/>
              </w:rPr>
              <w:br/>
            </w:r>
            <w:r>
              <w:rPr>
                <w:rFonts w:ascii="Nanum Gothic" w:eastAsia="Nanum Gothic" w:hAnsi="Nanum Gothic" w:cs="Nanum Gothic"/>
                <w:color w:val="1A1A1A"/>
                <w:sz w:val="20"/>
                <w:lang w:eastAsia="ko-KR"/>
              </w:rPr>
              <w:t xml:space="preserve">텍스트+이미지 결합 프롬프트 기법은 AIR Chat에 한정되지 않는다. </w:t>
            </w:r>
            <w:r>
              <w:rPr>
                <w:rFonts w:ascii="Nanum Gothic" w:eastAsia="Nanum Gothic" w:hAnsi="Nanum Gothic" w:cs="Nanum Gothic"/>
                <w:color w:val="1A1A1A"/>
                <w:sz w:val="20"/>
              </w:rPr>
              <w:t xml:space="preserve">GPT-4o·Gemini 1.5 Pro·Claude 3.5 Sonnet 등 </w:t>
            </w:r>
            <w:r>
              <w:rPr>
                <w:rFonts w:ascii="Nanum Gothic" w:eastAsia="Nanum Gothic" w:hAnsi="Nanum Gothic" w:cs="Nanum Gothic"/>
                <w:b/>
                <w:color w:val="1A1A1A"/>
                <w:sz w:val="20"/>
              </w:rPr>
              <w:t>멀티모달 LLM 전반에 동일하게 적용</w:t>
            </w:r>
            <w:r>
              <w:rPr>
                <w:rFonts w:ascii="Nanum Gothic" w:eastAsia="Nanum Gothic" w:hAnsi="Nanum Gothic" w:cs="Nanum Gothic"/>
                <w:color w:val="1A1A1A"/>
                <w:sz w:val="20"/>
              </w:rPr>
              <w:t xml:space="preserve"> 가능. AIR Chat은 1차 실습 환경일 뿐이다.</w:t>
            </w:r>
          </w:p>
        </w:tc>
      </w:tr>
    </w:tbl>
    <w:p w14:paraId="49120797" w14:textId="77777777" w:rsidR="00226CAC" w:rsidRDefault="00226CAC"/>
    <w:p w14:paraId="53B9FEF3" w14:textId="77777777" w:rsidR="00226CAC" w:rsidRDefault="00000000">
      <w:pPr>
        <w:pBdr>
          <w:bottom w:val="single" w:sz="4" w:space="1" w:color="024AD8"/>
        </w:pBdr>
        <w:spacing w:before="280" w:after="80"/>
      </w:pPr>
      <w:r>
        <w:rPr>
          <w:rFonts w:ascii="Nanum Gothic" w:eastAsia="Nanum Gothic" w:hAnsi="Nanum Gothic" w:cs="Nanum Gothic"/>
          <w:b/>
          <w:color w:val="024AD8"/>
          <w:sz w:val="36"/>
        </w:rPr>
        <w:t>8.1 학습 목표</w:t>
      </w:r>
    </w:p>
    <w:tbl>
      <w:tblPr>
        <w:tblStyle w:val="af9"/>
        <w:tblW w:w="0" w:type="auto"/>
        <w:tblLook w:val="04A0" w:firstRow="1" w:lastRow="0" w:firstColumn="1" w:lastColumn="0" w:noHBand="0" w:noVBand="1"/>
      </w:tblPr>
      <w:tblGrid>
        <w:gridCol w:w="4536"/>
        <w:gridCol w:w="4536"/>
      </w:tblGrid>
      <w:tr w:rsidR="00226CAC" w14:paraId="2E2435D4" w14:textId="77777777">
        <w:tc>
          <w:tcPr>
            <w:tcW w:w="4536" w:type="dxa"/>
            <w:shd w:val="clear" w:color="auto" w:fill="024AD8"/>
          </w:tcPr>
          <w:p w14:paraId="21769AFA" w14:textId="77777777" w:rsidR="00226CAC" w:rsidRDefault="00000000">
            <w:pPr>
              <w:spacing w:before="60" w:after="60"/>
            </w:pPr>
            <w:r>
              <w:rPr>
                <w:rFonts w:ascii="Nanum Gothic" w:eastAsia="Nanum Gothic" w:hAnsi="Nanum Gothic" w:cs="Nanum Gothic"/>
                <w:b/>
                <w:color w:val="FFFFFF"/>
                <w:sz w:val="20"/>
              </w:rPr>
              <w:t>계층</w:t>
            </w:r>
          </w:p>
        </w:tc>
        <w:tc>
          <w:tcPr>
            <w:tcW w:w="4536" w:type="dxa"/>
            <w:shd w:val="clear" w:color="auto" w:fill="024AD8"/>
          </w:tcPr>
          <w:p w14:paraId="5E243578" w14:textId="77777777" w:rsidR="00226CAC" w:rsidRDefault="00000000">
            <w:pPr>
              <w:spacing w:before="60" w:after="60"/>
            </w:pPr>
            <w:r>
              <w:rPr>
                <w:rFonts w:ascii="Nanum Gothic" w:eastAsia="Nanum Gothic" w:hAnsi="Nanum Gothic" w:cs="Nanum Gothic"/>
                <w:b/>
                <w:color w:val="FFFFFF"/>
                <w:sz w:val="20"/>
              </w:rPr>
              <w:t>목표</w:t>
            </w:r>
          </w:p>
        </w:tc>
      </w:tr>
      <w:tr w:rsidR="00226CAC" w14:paraId="05CCA8BB" w14:textId="77777777">
        <w:tc>
          <w:tcPr>
            <w:tcW w:w="4536" w:type="dxa"/>
          </w:tcPr>
          <w:p w14:paraId="3E31DBCF" w14:textId="77777777" w:rsidR="00226CAC" w:rsidRDefault="00000000">
            <w:pPr>
              <w:spacing w:before="60" w:after="60"/>
            </w:pPr>
            <w:r>
              <w:rPr>
                <w:rFonts w:ascii="Nanum Gothic" w:eastAsia="Nanum Gothic" w:hAnsi="Nanum Gothic" w:cs="Nanum Gothic"/>
                <w:b/>
                <w:color w:val="1A1A1A"/>
                <w:sz w:val="20"/>
              </w:rPr>
              <w:t>전이</w:t>
            </w:r>
          </w:p>
        </w:tc>
        <w:tc>
          <w:tcPr>
            <w:tcW w:w="4536" w:type="dxa"/>
          </w:tcPr>
          <w:p w14:paraId="19CA6D3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멀티모달 LLM을 업무 상황(이미지·문서·음성 결합)에 적용하고, 정확성 리스크를 인식하여 검증 절차를 설계할 수 있다</w:t>
            </w:r>
          </w:p>
        </w:tc>
      </w:tr>
      <w:tr w:rsidR="00226CAC" w14:paraId="0E34E9CE" w14:textId="77777777">
        <w:tc>
          <w:tcPr>
            <w:tcW w:w="4536" w:type="dxa"/>
          </w:tcPr>
          <w:p w14:paraId="1771C7EE" w14:textId="77777777" w:rsidR="00226CAC" w:rsidRDefault="00000000">
            <w:pPr>
              <w:spacing w:before="60" w:after="60"/>
            </w:pPr>
            <w:r>
              <w:rPr>
                <w:rFonts w:ascii="Nanum Gothic" w:eastAsia="Nanum Gothic" w:hAnsi="Nanum Gothic" w:cs="Nanum Gothic"/>
                <w:b/>
                <w:color w:val="1A1A1A"/>
                <w:sz w:val="20"/>
              </w:rPr>
              <w:t>이해</w:t>
            </w:r>
          </w:p>
        </w:tc>
        <w:tc>
          <w:tcPr>
            <w:tcW w:w="4536" w:type="dxa"/>
          </w:tcPr>
          <w:p w14:paraId="030FBF9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AI가 이미지에서 틀린 정보를 추출하는 이유를 핵심 개념(토큰·임베딩·컨텍스트)과 연결하여 설명할 수 있다</w:t>
            </w:r>
          </w:p>
        </w:tc>
      </w:tr>
      <w:tr w:rsidR="00226CAC" w14:paraId="5846545E" w14:textId="77777777">
        <w:tc>
          <w:tcPr>
            <w:tcW w:w="4536" w:type="dxa"/>
          </w:tcPr>
          <w:p w14:paraId="1EFA4C4C" w14:textId="77777777" w:rsidR="00226CAC" w:rsidRDefault="00000000">
            <w:pPr>
              <w:spacing w:before="60" w:after="60"/>
            </w:pPr>
            <w:r>
              <w:rPr>
                <w:rFonts w:ascii="Nanum Gothic" w:eastAsia="Nanum Gothic" w:hAnsi="Nanum Gothic" w:cs="Nanum Gothic"/>
                <w:b/>
                <w:color w:val="1A1A1A"/>
                <w:sz w:val="20"/>
              </w:rPr>
              <w:t>지식·기능</w:t>
            </w:r>
          </w:p>
        </w:tc>
        <w:tc>
          <w:tcPr>
            <w:tcW w:w="4536" w:type="dxa"/>
          </w:tcPr>
          <w:p w14:paraId="034DBC8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이미지 첨부 프롬프트 전송 / 프롬프트 반복 개선 / 3기준(정확성·비용·활용성) 자체 평가 / 5가지 챌린지 중 2가지 완성</w:t>
            </w:r>
          </w:p>
        </w:tc>
      </w:tr>
    </w:tbl>
    <w:p w14:paraId="1D1F8560" w14:textId="77777777" w:rsidR="00226CAC" w:rsidRDefault="00226CAC">
      <w:pPr>
        <w:rPr>
          <w:rFonts w:eastAsia="Nanum Gothic"/>
          <w:lang w:eastAsia="ko-KR"/>
        </w:rPr>
      </w:pPr>
    </w:p>
    <w:p w14:paraId="5D4C7B94"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8.2 안전 안내 (실습 전 필수 고지)</w:t>
      </w:r>
    </w:p>
    <w:p w14:paraId="5A2DD673"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사용 금지 자료</w:t>
      </w:r>
      <w:r>
        <w:rPr>
          <w:rFonts w:ascii="Nanum Gothic" w:eastAsia="Nanum Gothic" w:hAnsi="Nanum Gothic" w:cs="Nanum Gothic"/>
          <w:color w:val="1A1A1A"/>
          <w:sz w:val="20"/>
          <w:lang w:eastAsia="ko-KR"/>
        </w:rPr>
        <w:t>:</w:t>
      </w:r>
    </w:p>
    <w:p w14:paraId="2B88D30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회사 기밀 문서·내부 보고서·미공개 제품 정보</w:t>
      </w:r>
    </w:p>
    <w:p w14:paraId="3B14271B"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타인의 개인정보 (주민번호·계좌번호·연락처·얼굴 사진 포함 자료)</w:t>
      </w:r>
    </w:p>
    <w:p w14:paraId="0F2D0ACE"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저작권이 있는 이미지 (인터넷 이미지 무단 사용)</w:t>
      </w:r>
    </w:p>
    <w:p w14:paraId="4E044C10"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환자 의료 정보·법적 비밀 사항</w:t>
      </w:r>
    </w:p>
    <w:p w14:paraId="15E6E9BE"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허용 자료</w:t>
      </w:r>
      <w:r>
        <w:rPr>
          <w:rFonts w:ascii="Nanum Gothic" w:eastAsia="Nanum Gothic" w:hAnsi="Nanum Gothic" w:cs="Nanum Gothic"/>
          <w:color w:val="1A1A1A"/>
          <w:sz w:val="20"/>
          <w:lang w:eastAsia="ko-KR"/>
        </w:rPr>
        <w:t>:</w:t>
      </w:r>
    </w:p>
    <w:p w14:paraId="56A1CF07"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강사가 배포한 샘플 이미지 (개인정보 제거 완료)</w:t>
      </w:r>
    </w:p>
    <w:p w14:paraId="18901171"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본인이 직접 생성한 자료</w:t>
      </w:r>
    </w:p>
    <w:p w14:paraId="69F9E3FB"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공개 도메인 이미지 (CC0 라이선스 등)</w:t>
      </w:r>
    </w:p>
    <w:p w14:paraId="32ABFC6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일반 사물 사진 (책상·음식·손글씨 메모 등)</w:t>
      </w:r>
    </w:p>
    <w:p w14:paraId="0AFF1506"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lastRenderedPageBreak/>
        <w:t>이유</w:t>
      </w:r>
      <w:r>
        <w:rPr>
          <w:rFonts w:ascii="Nanum Gothic" w:eastAsia="Nanum Gothic" w:hAnsi="Nanum Gothic" w:cs="Nanum Gothic"/>
          <w:color w:val="1A1A1A"/>
          <w:sz w:val="20"/>
          <w:lang w:eastAsia="ko-KR"/>
        </w:rPr>
        <w:t>: "실습에서 사용한 이미지는 AI 서버에 업로드됩니다. 회사 기밀이나 타인 정보가 포함된 자료는 서비스 약관 위반이며, 데이터 보안 사고의 원인이 될 수 있습니다."</w:t>
      </w:r>
    </w:p>
    <w:p w14:paraId="76D6489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강사: "이 안내 이해하셨으면 고개를 끄덕여 확인해주세요."</w:t>
      </w:r>
    </w:p>
    <w:p w14:paraId="15ABB8A7" w14:textId="77777777" w:rsidR="00226CAC" w:rsidRDefault="00000000">
      <w:pPr>
        <w:pBdr>
          <w:bottom w:val="single" w:sz="4" w:space="1" w:color="024AD8"/>
        </w:pBdr>
        <w:spacing w:before="280" w:after="80"/>
      </w:pPr>
      <w:r>
        <w:rPr>
          <w:rFonts w:ascii="Nanum Gothic" w:eastAsia="Nanum Gothic" w:hAnsi="Nanum Gothic" w:cs="Nanum Gothic"/>
          <w:b/>
          <w:color w:val="024AD8"/>
          <w:sz w:val="36"/>
        </w:rPr>
        <w:t>8.3 AI의 오류를 고려한 활용 방법 생각해보기</w:t>
      </w:r>
    </w:p>
    <w:tbl>
      <w:tblPr>
        <w:tblStyle w:val="af9"/>
        <w:tblW w:w="0" w:type="auto"/>
        <w:tblLayout w:type="fixed"/>
        <w:tblLook w:val="04A0" w:firstRow="1" w:lastRow="0" w:firstColumn="1" w:lastColumn="0" w:noHBand="0" w:noVBand="1"/>
      </w:tblPr>
      <w:tblGrid>
        <w:gridCol w:w="400"/>
        <w:gridCol w:w="8672"/>
      </w:tblGrid>
      <w:tr w:rsidR="00226CAC" w14:paraId="10B0447E" w14:textId="77777777">
        <w:tc>
          <w:tcPr>
            <w:tcW w:w="400" w:type="dxa"/>
            <w:shd w:val="clear" w:color="auto" w:fill="6B46C1"/>
          </w:tcPr>
          <w:p w14:paraId="77D79271" w14:textId="77777777" w:rsidR="00226CAC" w:rsidRDefault="00226CAC">
            <w:pPr>
              <w:spacing w:before="80" w:after="80"/>
            </w:pPr>
          </w:p>
        </w:tc>
        <w:tc>
          <w:tcPr>
            <w:tcW w:w="8672" w:type="dxa"/>
            <w:shd w:val="clear" w:color="auto" w:fill="F3EEFB"/>
          </w:tcPr>
          <w:p w14:paraId="2419E699" w14:textId="7777777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"AI가 이미지를 틀리게 분석한다면, 그 AI를 쓸 수 있을까요? 없을까요?"</w:t>
            </w:r>
          </w:p>
        </w:tc>
      </w:tr>
    </w:tbl>
    <w:p w14:paraId="55403F22" w14:textId="77777777" w:rsidR="00226CAC" w:rsidRDefault="00226CAC">
      <w:pPr>
        <w:rPr>
          <w:rFonts w:eastAsia="Nanum Gothic"/>
          <w:lang w:eastAsia="ko-KR"/>
        </w:rPr>
      </w:pPr>
    </w:p>
    <w:p w14:paraId="1CC2DF6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전형적인 반응:</w:t>
      </w:r>
    </w:p>
    <w:p w14:paraId="7B0078E2"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"틀리면 못 쓴다" → 너무 좁은 관점</w:t>
      </w:r>
    </w:p>
    <w:p w14:paraId="5C2A5E7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"어느 정도 틀려도 된다" → 어느 정도가 기준인가?</w:t>
      </w:r>
    </w:p>
    <w:p w14:paraId="6077493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 세션의 답: AI가 틀릴 수 있다는 사실만으로 도구를 포기할 필요는 없습니다. 먼저 결과에서 오류가 발생하면 안 되는 항목을 정하고, 사람이 원본과 대조하는 절차를 둡니다. 예를 들어 AI가 영수증 금액을 잘못 읽을 수 있으므로 최종 금액은 원본 영수증과 다시 확인합니다. 이처럼 오류가 날 수 있는 지점을 정하고 확인 절차를 마련해야 AI 결과를 업무에 안전하게 활용할 수 있습니다.</w:t>
      </w:r>
    </w:p>
    <w:p w14:paraId="7CD90F3C"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8.4 멀티모달이란 무엇인가</w:t>
      </w:r>
    </w:p>
    <w:p w14:paraId="2E2A7E56"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8.4.1 정의</w:t>
      </w:r>
    </w:p>
    <w:tbl>
      <w:tblPr>
        <w:tblStyle w:val="af9"/>
        <w:tblW w:w="0" w:type="auto"/>
        <w:tblLayout w:type="fixed"/>
        <w:tblLook w:val="04A0" w:firstRow="1" w:lastRow="0" w:firstColumn="1" w:lastColumn="0" w:noHBand="0" w:noVBand="1"/>
      </w:tblPr>
      <w:tblGrid>
        <w:gridCol w:w="400"/>
        <w:gridCol w:w="8672"/>
      </w:tblGrid>
      <w:tr w:rsidR="00226CAC" w14:paraId="419F9E95" w14:textId="77777777">
        <w:tc>
          <w:tcPr>
            <w:tcW w:w="400" w:type="dxa"/>
            <w:shd w:val="clear" w:color="auto" w:fill="024AD8"/>
          </w:tcPr>
          <w:p w14:paraId="2F3D87BA" w14:textId="77777777" w:rsidR="00226CAC" w:rsidRDefault="00226CAC">
            <w:pPr>
              <w:spacing w:before="80" w:after="80"/>
              <w:rPr>
                <w:rFonts w:eastAsia="Nanum Gothic"/>
                <w:lang w:eastAsia="ko-KR"/>
              </w:rPr>
            </w:pPr>
          </w:p>
        </w:tc>
        <w:tc>
          <w:tcPr>
            <w:tcW w:w="8672" w:type="dxa"/>
            <w:shd w:val="clear" w:color="auto" w:fill="F0F6FF"/>
          </w:tcPr>
          <w:p w14:paraId="668CC648" w14:textId="77777777" w:rsidR="00226CAC" w:rsidRDefault="00000000">
            <w:pPr>
              <w:spacing w:before="80" w:after="80"/>
              <w:rPr>
                <w:rFonts w:eastAsia="Nanum Gothic"/>
                <w:lang w:eastAsia="ko-KR"/>
              </w:rPr>
            </w:pPr>
            <w:r>
              <w:rPr>
                <w:rFonts w:ascii="Nanum Gothic" w:eastAsia="Nanum Gothic" w:hAnsi="Nanum Gothic" w:cs="Nanum Gothic"/>
                <w:b/>
                <w:color w:val="024AD8"/>
                <w:sz w:val="20"/>
                <w:lang w:eastAsia="ko-KR"/>
              </w:rPr>
              <w:t>⭐ 핵심</w:t>
            </w:r>
            <w:r>
              <w:rPr>
                <w:rFonts w:ascii="Apple SD Gothic Neo" w:eastAsia="Nanum Gothic" w:hAnsi="Apple SD Gothic Neo" w:cs="Apple SD Gothic Neo"/>
                <w:b/>
                <w:color w:val="024AD8"/>
                <w:sz w:val="20"/>
                <w:lang w:eastAsia="ko-KR"/>
              </w:rPr>
              <w:br/>
            </w:r>
            <w:r>
              <w:rPr>
                <w:rFonts w:ascii="Nanum Gothic" w:eastAsia="Nanum Gothic" w:hAnsi="Nanum Gothic" w:cs="Nanum Gothic"/>
                <w:color w:val="1A1A1A"/>
                <w:sz w:val="20"/>
                <w:lang w:eastAsia="ko-KR"/>
              </w:rPr>
              <w:t>멀티모달(Multimodal) — 텍스트만이 아니라 이미지·음성·영상 등 복수의 데이터 유형(모달리티, modality)을 동시에 처리하는 AI 능력.</w:t>
            </w:r>
          </w:p>
        </w:tc>
      </w:tr>
    </w:tbl>
    <w:p w14:paraId="23939F95" w14:textId="77777777" w:rsidR="00226CAC" w:rsidRDefault="00226CAC">
      <w:pPr>
        <w:rPr>
          <w:rFonts w:eastAsia="Nanum Gothic"/>
          <w:lang w:eastAsia="ko-KR"/>
        </w:rPr>
      </w:pPr>
    </w:p>
    <w:p w14:paraId="715DEEB8" w14:textId="5FD9E59C" w:rsidR="00226CAC" w:rsidRDefault="00787EB8">
      <w:pPr>
        <w:spacing w:before="60" w:after="60"/>
        <w:rPr>
          <w:rFonts w:eastAsia="Nanum Gothic"/>
          <w:lang w:eastAsia="ko-KR"/>
        </w:rPr>
      </w:pPr>
      <w:r w:rsidRPr="00787EB8">
        <w:rPr>
          <w:rFonts w:ascii="Nanum Gothic" w:eastAsia="Nanum Gothic" w:hAnsi="Nanum Gothic" w:cs="Nanum Gothic"/>
          <w:color w:val="1A1A1A"/>
          <w:sz w:val="20"/>
          <w:lang w:eastAsia="ko-KR"/>
        </w:rPr>
        <w:t>앞서 API로 텍스트를 주고받았다면, 이번에는 이미지를 추가합니다</w:t>
      </w:r>
      <w:r>
        <w:rPr>
          <w:rFonts w:ascii="Nanum Gothic" w:eastAsia="Nanum Gothic" w:hAnsi="Nanum Gothic" w:cs="Nanum Gothic"/>
          <w:color w:val="1A1A1A"/>
          <w:sz w:val="20"/>
          <w:lang w:eastAsia="ko-KR"/>
        </w:rPr>
        <w:t>. 같은 엔드포인트, 같은 요청 스키마 구조를 사용하지만,</w:t>
      </w:r>
    </w:p>
    <w:p w14:paraId="3B9BEFA5" w14:textId="77777777" w:rsidR="00226CAC" w:rsidRDefault="00000000">
      <w:pPr>
        <w:spacing w:before="60" w:after="60"/>
        <w:rPr>
          <w:rFonts w:eastAsia="Nanum Gothic"/>
          <w:lang w:eastAsia="ko-KR"/>
        </w:rPr>
      </w:pPr>
      <w:r>
        <w:rPr>
          <w:rFonts w:ascii="D2Coding" w:hAnsi="D2Coding" w:eastAsia="D2Coding" w:cs="D2Coding"/>
          <w:color w:val="1A1A1A"/>
          <w:sz w:val="19"/>
          <w:lang w:eastAsia="ko-KR"/>
        </w:rPr>
        <w:t>messages</w:t>
      </w:r>
      <w:r>
        <w:rPr>
          <w:rFonts w:ascii="Nanum Gothic" w:eastAsia="Nanum Gothic" w:hAnsi="Nanum Gothic" w:cs="Nanum Gothic"/>
          <w:color w:val="1A1A1A"/>
          <w:sz w:val="20"/>
          <w:lang w:eastAsia="ko-KR"/>
        </w:rPr>
        <w:t xml:space="preserve"> 배열의 </w:t>
      </w:r>
      <w:r>
        <w:rPr>
          <w:rFonts w:ascii="D2Coding" w:hAnsi="D2Coding" w:eastAsia="D2Coding" w:cs="D2Coding"/>
          <w:color w:val="1A1A1A"/>
          <w:sz w:val="19"/>
          <w:lang w:eastAsia="ko-KR"/>
        </w:rPr>
        <w:t>content</w:t>
      </w:r>
      <w:r>
        <w:rPr>
          <w:rFonts w:ascii="Nanum Gothic" w:eastAsia="Nanum Gothic" w:hAnsi="Nanum Gothic" w:cs="Nanum Gothic"/>
          <w:color w:val="1A1A1A"/>
          <w:sz w:val="20"/>
          <w:lang w:eastAsia="ko-KR"/>
        </w:rPr>
        <w:t>에 이미지 데이터가 추가되는 것입니다.</w:t>
      </w:r>
    </w:p>
    <w:p w14:paraId="68456EDF"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8.4.2 API 수준에서 이미지는 어떻게 전달되는가</w:t>
      </w:r>
    </w:p>
    <w:p w14:paraId="4ABB4A5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텍스트 전용 API 요청 (간단):</w:t>
      </w:r>
    </w:p>
    <w:tbl>
      <w:tblPr>
        <w:tblStyle w:val="af9"/>
        <w:tblW w:w="0" w:type="auto"/>
        <w:tblLook w:val="04A0" w:firstRow="1" w:lastRow="0" w:firstColumn="1" w:lastColumn="0" w:noHBand="0" w:noVBand="1"/>
      </w:tblPr>
      <w:tblGrid>
        <w:gridCol w:w="9072"/>
      </w:tblGrid>
      <w:tr w:rsidR="00226CAC" w14:paraId="68F64781" w14:textId="77777777">
        <w:tc>
          <w:tcPr>
            <w:tcW w:w="9072" w:type="dxa"/>
            <w:shd w:val="clear" w:color="auto" w:fill="F7F7F7"/>
          </w:tcPr>
          <w:p w14:paraId="0E20941A" w14:textId="77777777" w:rsidR="00226CAC" w:rsidRDefault="00000000">
            <w:pPr>
              <w:spacing w:before="20" w:after="20" w:line="220" w:lineRule="exact"/>
            </w:pPr>
            <w:r>
              <w:rPr>
                <w:rFonts w:ascii="Nanum Gothic" w:hAnsi="Nanum Gothic" w:eastAsia="Nanum Gothic" w:cs="Nanum Gothic"/>
                <w:color w:val="1A1A1A"/>
                <w:sz w:val="19"/>
              </w:rPr>
              <w:t>{</w:t>
              <w:br/>
              <w:t xml:space="preserve">  "messages": [</w:t>
              <w:br/>
              <w:t xml:space="preserve">    {</w:t>
              <w:br/>
              <w:t xml:space="preserve">      "role": "user",</w:t>
              <w:br/>
              <w:t xml:space="preserve">      "content": "영수증을 분석해줘"</w:t>
              <w:br/>
              <w:t xml:space="preserve">    }</w:t>
              <w:br/>
              <w:t xml:space="preserve">  ]</w:t>
              <w:br/>
              <w:t>}</w:t>
            </w:r>
          </w:p>
        </w:tc>
      </w:tr>
    </w:tbl>
    <w:p w14:paraId="4B221A5F" w14:textId="77777777" w:rsidR="00226CAC" w:rsidRDefault="00226CAC"/>
    <w:p w14:paraId="765A87A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멀티모달 API 요청 (이미지 포함):</w:t>
      </w:r>
    </w:p>
    <w:tbl>
      <w:tblPr>
        <w:tblStyle w:val="af9"/>
        <w:tblW w:w="0" w:type="auto"/>
        <w:tblLook w:val="04A0" w:firstRow="1" w:lastRow="0" w:firstColumn="1" w:lastColumn="0" w:noHBand="0" w:noVBand="1"/>
      </w:tblPr>
      <w:tblGrid>
        <w:gridCol w:w="9072"/>
      </w:tblGrid>
      <w:tr w:rsidR="00226CAC" w14:paraId="68E73009" w14:textId="77777777">
        <w:tc>
          <w:tcPr>
            <w:tcW w:w="9072" w:type="dxa"/>
            <w:shd w:val="clear" w:color="auto" w:fill="F7F7F7"/>
          </w:tcPr>
          <w:p w14:paraId="0A13D789" w14:textId="77777777" w:rsidR="00226CAC" w:rsidRDefault="00000000">
            <w:pPr>
              <w:spacing w:before="20" w:after="20" w:line="220" w:lineRule="exact"/>
            </w:pPr>
            <w:r>
              <w:rPr>
                <w:rFonts w:ascii="Nanum Gothic" w:hAnsi="Nanum Gothic" w:eastAsia="Nanum Gothic" w:cs="Nanum Gothic"/>
                <w:color w:val="1A1A1A"/>
                <w:sz w:val="19"/>
              </w:rPr>
              <w:t>{</w:t>
              <w:br/>
              <w:t xml:space="preserve">  "messages": [</w:t>
              <w:br/>
              <w:t xml:space="preserve">    {</w:t>
              <w:br/>
              <w:t xml:space="preserve">      "role": "user",</w:t>
              <w:br/>
              <w:t xml:space="preserve">      "content": [</w:t>
              <w:br/>
              <w:t xml:space="preserve">        {</w:t>
              <w:br/>
              <w:t xml:space="preserve">          "type": "text",</w:t>
              <w:br/>
              <w:t xml:space="preserve">          "text": "이 영수증의 항목과 금액을 정리해줘"</w:t>
              <w:br/>
              <w:t xml:space="preserve">        },</w:t>
              <w:br/>
              <w:t xml:space="preserve">        {</w:t>
              <w:br/>
              <w:t xml:space="preserve">          "type": "image_url",</w:t>
              <w:br/>
              <w:t xml:space="preserve">          "image_url": {</w:t>
              <w:br/>
              <w:t xml:space="preserve">            "url": "data:image/jpeg;base64,/9j/4AAQSkZJRg..."</w:t>
              <w:br/>
              <w:t xml:space="preserve">          }</w:t>
              <w:br/>
              <w:t xml:space="preserve">        }</w:t>
              <w:br/>
              <w:t xml:space="preserve">      ]</w:t>
              <w:br/>
              <w:t xml:space="preserve">    }</w:t>
              <w:br/>
              <w:t xml:space="preserve">  ]</w:t>
              <w:br/>
              <w:t>}</w:t>
            </w:r>
          </w:p>
        </w:tc>
      </w:tr>
    </w:tbl>
    <w:p w14:paraId="082ACA99" w14:textId="77777777" w:rsidR="00226CAC" w:rsidRDefault="00226CAC"/>
    <w:p w14:paraId="6CAB16B0" w14:textId="77777777" w:rsidR="00226CAC" w:rsidRDefault="00000000">
      <w:pPr>
        <w:spacing w:before="60" w:after="60"/>
      </w:pPr>
      <w:r>
        <w:rPr>
          <w:rFonts w:ascii="Nanum Gothic" w:eastAsia="Nanum Gothic" w:hAnsi="Nanum Gothic" w:cs="Nanum Gothic"/>
          <w:color w:val="1A1A1A"/>
          <w:sz w:val="20"/>
        </w:rPr>
        <w:t>차이:</w:t>
      </w:r>
    </w:p>
    <w:p w14:paraId="7A92463C"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 </w:t>
      </w:r>
      <w:r>
        <w:rPr>
          <w:rFonts w:ascii="D2Coding" w:hAnsi="D2Coding" w:eastAsia="D2Coding" w:cs="D2Coding"/>
          <w:color w:val="1A1A1A"/>
          <w:sz w:val="19"/>
          <w:lang w:eastAsia="ko-KR"/>
        </w:rPr>
        <w:t>content</w:t>
      </w:r>
      <w:r>
        <w:rPr>
          <w:rFonts w:ascii="Nanum Gothic" w:eastAsia="Nanum Gothic" w:hAnsi="Nanum Gothic" w:cs="Nanum Gothic"/>
          <w:color w:val="1A1A1A"/>
          <w:sz w:val="20"/>
          <w:lang w:eastAsia="ko-KR"/>
        </w:rPr>
        <w:t>가 단순 문자열 → 배열(텍스트 + 이미지 객체)로 바뀜</w:t>
      </w:r>
    </w:p>
    <w:p w14:paraId="589D6601"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이미지는 Base64 인코딩 또는 URL로 전달</w:t>
      </w:r>
    </w:p>
    <w:p w14:paraId="295F1818"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나머지 개념(엔드포인트·인증·응답 스키마·토큰·온도)은 동일</w:t>
      </w:r>
    </w:p>
    <w:tbl>
      <w:tblPr>
        <w:tblStyle w:val="af9"/>
        <w:tblW w:w="0" w:type="auto"/>
        <w:tblLayout w:type="fixed"/>
        <w:tblLook w:val="04A0" w:firstRow="1" w:lastRow="0" w:firstColumn="1" w:lastColumn="0" w:noHBand="0" w:noVBand="1"/>
      </w:tblPr>
      <w:tblGrid>
        <w:gridCol w:w="400"/>
        <w:gridCol w:w="8672"/>
      </w:tblGrid>
      <w:tr w:rsidR="00226CAC" w14:paraId="40567D62" w14:textId="77777777">
        <w:tc>
          <w:tcPr>
            <w:tcW w:w="400" w:type="dxa"/>
            <w:shd w:val="clear" w:color="auto" w:fill="024AD8"/>
          </w:tcPr>
          <w:p w14:paraId="402C217E" w14:textId="77777777" w:rsidR="00226CAC" w:rsidRDefault="00226CAC">
            <w:pPr>
              <w:spacing w:before="80" w:after="80"/>
              <w:rPr>
                <w:rFonts w:eastAsia="Nanum Gothic"/>
                <w:lang w:eastAsia="ko-KR"/>
              </w:rPr>
            </w:pPr>
          </w:p>
        </w:tc>
        <w:tc>
          <w:tcPr>
            <w:tcW w:w="8672" w:type="dxa"/>
            <w:shd w:val="clear" w:color="auto" w:fill="F0F6FF"/>
          </w:tcPr>
          <w:p w14:paraId="780DB144" w14:textId="65157EB1" w:rsidR="00226CAC" w:rsidRDefault="00000000">
            <w:pPr>
              <w:spacing w:before="80" w:after="80"/>
              <w:rPr>
                <w:rFonts w:eastAsia="Nanum Gothic"/>
                <w:lang w:eastAsia="ko-KR"/>
              </w:rPr>
            </w:pPr>
            <w:r>
              <w:rPr>
                <w:rFonts w:ascii="Nanum Gothic" w:eastAsia="Nanum Gothic" w:hAnsi="Nanum Gothic" w:cs="Nanum Gothic"/>
                <w:b/>
                <w:color w:val="024AD8"/>
                <w:sz w:val="20"/>
                <w:lang w:eastAsia="ko-KR"/>
              </w:rPr>
              <w:t>⭐ 핵심</w:t>
            </w:r>
            <w:r>
              <w:rPr>
                <w:rFonts w:ascii="Apple SD Gothic Neo" w:eastAsia="Nanum Gothic" w:hAnsi="Apple SD Gothic Neo" w:cs="Apple SD Gothic Neo"/>
                <w:b/>
                <w:color w:val="024AD8"/>
                <w:sz w:val="20"/>
                <w:lang w:eastAsia="ko-KR"/>
              </w:rPr>
              <w:br/>
            </w:r>
            <w:r>
              <w:rPr>
                <w:rFonts w:ascii="Nanum Gothic" w:eastAsia="Nanum Gothic" w:hAnsi="Nanum Gothic" w:cs="Nanum Gothic"/>
                <w:color w:val="1A1A1A"/>
                <w:sz w:val="20"/>
                <w:lang w:eastAsia="ko-KR"/>
              </w:rPr>
              <w:t xml:space="preserve">"이미지를 처리하는 것도 결국 API 요청 하나입니다. 방식이 조금 달라질 뿐, </w:t>
            </w:r>
            <w:r w:rsidR="00F7714C">
              <w:rPr>
                <w:rFonts w:ascii="Nanum Gothic" w:eastAsia="Nanum Gothic" w:hAnsi="Nanum Gothic" w:cs="Nanum Gothic" w:hint="eastAsia"/>
                <w:color w:val="1A1A1A"/>
                <w:sz w:val="20"/>
                <w:lang w:eastAsia="ko-KR"/>
              </w:rPr>
              <w:t>오늘</w:t>
            </w:r>
            <w:r>
              <w:rPr>
                <w:rFonts w:ascii="Nanum Gothic" w:eastAsia="Nanum Gothic" w:hAnsi="Nanum Gothic" w:cs="Nanum Gothic"/>
                <w:color w:val="1A1A1A"/>
                <w:sz w:val="20"/>
                <w:lang w:eastAsia="ko-KR"/>
              </w:rPr>
              <w:t xml:space="preserve"> 배운 7대 개념이 그대로 적용됩니다."</w:t>
            </w:r>
          </w:p>
        </w:tc>
      </w:tr>
    </w:tbl>
    <w:p w14:paraId="5114DFDC" w14:textId="77777777" w:rsidR="00226CAC" w:rsidRDefault="00226CAC">
      <w:pPr>
        <w:rPr>
          <w:rFonts w:eastAsia="Nanum Gothic"/>
          <w:lang w:eastAsia="ko-KR"/>
        </w:rPr>
      </w:pPr>
    </w:p>
    <w:p w14:paraId="28DCCACC"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8.4.3 이미지 처리 내부 원리 (직관 수준)</w:t>
      </w:r>
    </w:p>
    <w:p w14:paraId="395CBFB6"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이미지가 LLM에 입력되면 어떻게 처리되는가:</w:t>
      </w:r>
    </w:p>
    <w:p w14:paraId="36338D8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1. </w:t>
      </w:r>
      <w:r>
        <w:rPr>
          <w:rFonts w:ascii="Nanum Gothic" w:eastAsia="Nanum Gothic" w:hAnsi="Nanum Gothic" w:cs="Nanum Gothic"/>
          <w:b/>
          <w:color w:val="1A1A1A"/>
          <w:sz w:val="20"/>
          <w:lang w:eastAsia="ko-KR"/>
        </w:rPr>
        <w:t>이미지 패치 분할</w:t>
      </w:r>
      <w:r>
        <w:rPr>
          <w:rFonts w:ascii="Nanum Gothic" w:eastAsia="Nanum Gothic" w:hAnsi="Nanum Gothic" w:cs="Nanum Gothic"/>
          <w:color w:val="1A1A1A"/>
          <w:sz w:val="20"/>
          <w:lang w:eastAsia="ko-KR"/>
        </w:rPr>
        <w:t>: 이미지를 작은 조각(패치)으로 분할</w:t>
      </w:r>
    </w:p>
    <w:p w14:paraId="72C91070"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2. </w:t>
      </w:r>
      <w:r>
        <w:rPr>
          <w:rFonts w:ascii="Nanum Gothic" w:eastAsia="Nanum Gothic" w:hAnsi="Nanum Gothic" w:cs="Nanum Gothic"/>
          <w:b/>
          <w:color w:val="1A1A1A"/>
          <w:sz w:val="20"/>
          <w:lang w:eastAsia="ko-KR"/>
        </w:rPr>
        <w:t>패치 임베딩</w:t>
      </w:r>
      <w:r>
        <w:rPr>
          <w:rFonts w:ascii="Nanum Gothic" w:eastAsia="Nanum Gothic" w:hAnsi="Nanum Gothic" w:cs="Nanum Gothic"/>
          <w:color w:val="1A1A1A"/>
          <w:sz w:val="20"/>
          <w:lang w:eastAsia="ko-KR"/>
        </w:rPr>
        <w:t>: 각 패치를 숫자 벡터로 변환</w:t>
      </w:r>
    </w:p>
    <w:p w14:paraId="268892D3"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3. </w:t>
      </w:r>
      <w:r>
        <w:rPr>
          <w:rFonts w:ascii="Nanum Gothic" w:eastAsia="Nanum Gothic" w:hAnsi="Nanum Gothic" w:cs="Nanum Gothic"/>
          <w:b/>
          <w:color w:val="1A1A1A"/>
          <w:sz w:val="20"/>
          <w:lang w:eastAsia="ko-KR"/>
        </w:rPr>
        <w:t>텍스트-이미지 통합</w:t>
      </w:r>
      <w:r>
        <w:rPr>
          <w:rFonts w:ascii="Nanum Gothic" w:eastAsia="Nanum Gothic" w:hAnsi="Nanum Gothic" w:cs="Nanum Gothic"/>
          <w:color w:val="1A1A1A"/>
          <w:sz w:val="20"/>
          <w:lang w:eastAsia="ko-KR"/>
        </w:rPr>
        <w:t>: 텍스트 토큰과 이미지 패치 임베딩을 함께 처리</w:t>
      </w:r>
    </w:p>
    <w:p w14:paraId="60755EF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4. </w:t>
      </w:r>
      <w:r>
        <w:rPr>
          <w:rFonts w:ascii="Nanum Gothic" w:eastAsia="Nanum Gothic" w:hAnsi="Nanum Gothic" w:cs="Nanum Gothic"/>
          <w:b/>
          <w:color w:val="1A1A1A"/>
          <w:sz w:val="20"/>
          <w:lang w:eastAsia="ko-KR"/>
        </w:rPr>
        <w:t>응답 생성</w:t>
      </w:r>
      <w:r>
        <w:rPr>
          <w:rFonts w:ascii="Nanum Gothic" w:eastAsia="Nanum Gothic" w:hAnsi="Nanum Gothic" w:cs="Nanum Gothic"/>
          <w:color w:val="1A1A1A"/>
          <w:sz w:val="20"/>
          <w:lang w:eastAsia="ko-KR"/>
        </w:rPr>
        <w:t>: 통합된 정보를 바탕으로 텍스트 응답 생성</w:t>
      </w:r>
    </w:p>
    <w:p w14:paraId="11C96AC0"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 과정에서 이미지 해상도가 높을수록 → 패치 수 증가 → 토큰 소비 증가.</w:t>
      </w:r>
    </w:p>
    <w:p w14:paraId="7710F7A0"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8.4.4 멀티모달의 실무 활용 범위</w:t>
      </w:r>
    </w:p>
    <w:tbl>
      <w:tblPr>
        <w:tblStyle w:val="af9"/>
        <w:tblW w:w="0" w:type="auto"/>
        <w:tblLook w:val="04A0" w:firstRow="1" w:lastRow="0" w:firstColumn="1" w:lastColumn="0" w:noHBand="0" w:noVBand="1"/>
      </w:tblPr>
      <w:tblGrid>
        <w:gridCol w:w="3024"/>
        <w:gridCol w:w="3024"/>
        <w:gridCol w:w="3024"/>
      </w:tblGrid>
      <w:tr w:rsidR="00226CAC" w14:paraId="605D5D56" w14:textId="77777777">
        <w:tc>
          <w:tcPr>
            <w:tcW w:w="3024" w:type="dxa"/>
            <w:shd w:val="clear" w:color="auto" w:fill="024AD8"/>
          </w:tcPr>
          <w:p w14:paraId="60F8B7F3" w14:textId="77777777" w:rsidR="00226CAC" w:rsidRDefault="00000000">
            <w:pPr>
              <w:spacing w:before="60" w:after="60"/>
            </w:pPr>
            <w:r>
              <w:rPr>
                <w:rFonts w:ascii="Nanum Gothic" w:eastAsia="Nanum Gothic" w:hAnsi="Nanum Gothic" w:cs="Nanum Gothic"/>
                <w:b/>
                <w:color w:val="FFFFFF"/>
                <w:sz w:val="20"/>
              </w:rPr>
              <w:t>입력 유형</w:t>
            </w:r>
          </w:p>
        </w:tc>
        <w:tc>
          <w:tcPr>
            <w:tcW w:w="3024" w:type="dxa"/>
            <w:shd w:val="clear" w:color="auto" w:fill="024AD8"/>
          </w:tcPr>
          <w:p w14:paraId="40B5C4A9" w14:textId="77777777" w:rsidR="00226CAC" w:rsidRDefault="00000000">
            <w:pPr>
              <w:spacing w:before="60" w:after="60"/>
            </w:pPr>
            <w:r>
              <w:rPr>
                <w:rFonts w:ascii="Nanum Gothic" w:eastAsia="Nanum Gothic" w:hAnsi="Nanum Gothic" w:cs="Nanum Gothic"/>
                <w:b/>
                <w:color w:val="FFFFFF"/>
                <w:sz w:val="20"/>
              </w:rPr>
              <w:t>처리 예시</w:t>
            </w:r>
          </w:p>
        </w:tc>
        <w:tc>
          <w:tcPr>
            <w:tcW w:w="3024" w:type="dxa"/>
            <w:shd w:val="clear" w:color="auto" w:fill="024AD8"/>
          </w:tcPr>
          <w:p w14:paraId="18466A01" w14:textId="77777777" w:rsidR="00226CAC" w:rsidRDefault="00000000">
            <w:pPr>
              <w:spacing w:before="60" w:after="60"/>
            </w:pPr>
            <w:r>
              <w:rPr>
                <w:rFonts w:ascii="Nanum Gothic" w:eastAsia="Nanum Gothic" w:hAnsi="Nanum Gothic" w:cs="Nanum Gothic"/>
                <w:b/>
                <w:color w:val="FFFFFF"/>
                <w:sz w:val="20"/>
              </w:rPr>
              <w:t>업무 적용</w:t>
            </w:r>
          </w:p>
        </w:tc>
      </w:tr>
      <w:tr w:rsidR="00226CAC" w14:paraId="6F737D79" w14:textId="77777777">
        <w:tc>
          <w:tcPr>
            <w:tcW w:w="3024" w:type="dxa"/>
          </w:tcPr>
          <w:p w14:paraId="78D29630" w14:textId="77777777" w:rsidR="00226CAC" w:rsidRDefault="00000000">
            <w:pPr>
              <w:spacing w:before="60" w:after="60"/>
            </w:pPr>
            <w:r>
              <w:rPr>
                <w:rFonts w:ascii="Nanum Gothic" w:eastAsia="Nanum Gothic" w:hAnsi="Nanum Gothic" w:cs="Nanum Gothic"/>
                <w:b/>
                <w:color w:val="1A1A1A"/>
                <w:sz w:val="20"/>
              </w:rPr>
              <w:t>이미지 + 텍스트</w:t>
            </w:r>
          </w:p>
        </w:tc>
        <w:tc>
          <w:tcPr>
            <w:tcW w:w="3024" w:type="dxa"/>
          </w:tcPr>
          <w:p w14:paraId="41D8A97F" w14:textId="77777777" w:rsidR="00226CAC" w:rsidRDefault="00000000">
            <w:pPr>
              <w:spacing w:before="60" w:after="60"/>
            </w:pPr>
            <w:r>
              <w:rPr>
                <w:rFonts w:ascii="Nanum Gothic" w:eastAsia="Nanum Gothic" w:hAnsi="Nanum Gothic" w:cs="Nanum Gothic"/>
                <w:color w:val="1A1A1A"/>
                <w:sz w:val="20"/>
              </w:rPr>
              <w:t>영수증 → 금액 추출</w:t>
            </w:r>
          </w:p>
        </w:tc>
        <w:tc>
          <w:tcPr>
            <w:tcW w:w="3024" w:type="dxa"/>
          </w:tcPr>
          <w:p w14:paraId="2FEB42EE" w14:textId="77777777" w:rsidR="00226CAC" w:rsidRDefault="00000000">
            <w:pPr>
              <w:spacing w:before="60" w:after="60"/>
            </w:pPr>
            <w:r>
              <w:rPr>
                <w:rFonts w:ascii="Nanum Gothic" w:eastAsia="Nanum Gothic" w:hAnsi="Nanum Gothic" w:cs="Nanum Gothic"/>
                <w:color w:val="1A1A1A"/>
                <w:sz w:val="20"/>
              </w:rPr>
              <w:t>경비 정산, OCR 대체</w:t>
            </w:r>
          </w:p>
        </w:tc>
      </w:tr>
      <w:tr w:rsidR="00226CAC" w14:paraId="62EC8F64" w14:textId="77777777">
        <w:tc>
          <w:tcPr>
            <w:tcW w:w="3024" w:type="dxa"/>
          </w:tcPr>
          <w:p w14:paraId="3CA18311" w14:textId="77777777" w:rsidR="00226CAC" w:rsidRDefault="00000000">
            <w:pPr>
              <w:spacing w:before="60" w:after="60"/>
            </w:pPr>
            <w:r>
              <w:rPr>
                <w:rFonts w:ascii="Nanum Gothic" w:eastAsia="Nanum Gothic" w:hAnsi="Nanum Gothic" w:cs="Nanum Gothic"/>
                <w:b/>
                <w:color w:val="1A1A1A"/>
                <w:sz w:val="20"/>
              </w:rPr>
              <w:t>이미지 + 텍스트</w:t>
            </w:r>
          </w:p>
        </w:tc>
        <w:tc>
          <w:tcPr>
            <w:tcW w:w="3024" w:type="dxa"/>
          </w:tcPr>
          <w:p w14:paraId="1B2E039C" w14:textId="77777777" w:rsidR="00226CAC" w:rsidRDefault="00000000">
            <w:pPr>
              <w:spacing w:before="60" w:after="60"/>
            </w:pPr>
            <w:r>
              <w:rPr>
                <w:rFonts w:ascii="Nanum Gothic" w:eastAsia="Nanum Gothic" w:hAnsi="Nanum Gothic" w:cs="Nanum Gothic"/>
                <w:color w:val="1A1A1A"/>
                <w:sz w:val="20"/>
              </w:rPr>
              <w:t>차트 → 인사이트</w:t>
            </w:r>
          </w:p>
        </w:tc>
        <w:tc>
          <w:tcPr>
            <w:tcW w:w="3024" w:type="dxa"/>
          </w:tcPr>
          <w:p w14:paraId="4F4D48BE" w14:textId="77777777" w:rsidR="00226CAC" w:rsidRDefault="00000000">
            <w:pPr>
              <w:spacing w:before="60" w:after="60"/>
            </w:pPr>
            <w:r>
              <w:rPr>
                <w:rFonts w:ascii="Nanum Gothic" w:eastAsia="Nanum Gothic" w:hAnsi="Nanum Gothic" w:cs="Nanum Gothic"/>
                <w:color w:val="1A1A1A"/>
                <w:sz w:val="20"/>
              </w:rPr>
              <w:t>보고서 분석</w:t>
            </w:r>
          </w:p>
        </w:tc>
      </w:tr>
      <w:tr w:rsidR="00226CAC" w14:paraId="231A0B3B" w14:textId="77777777">
        <w:tc>
          <w:tcPr>
            <w:tcW w:w="3024" w:type="dxa"/>
          </w:tcPr>
          <w:p w14:paraId="2845DE86" w14:textId="77777777" w:rsidR="00226CAC" w:rsidRDefault="00000000">
            <w:pPr>
              <w:spacing w:before="60" w:after="60"/>
            </w:pPr>
            <w:r>
              <w:rPr>
                <w:rFonts w:ascii="Nanum Gothic" w:eastAsia="Nanum Gothic" w:hAnsi="Nanum Gothic" w:cs="Nanum Gothic"/>
                <w:b/>
                <w:color w:val="1A1A1A"/>
                <w:sz w:val="20"/>
              </w:rPr>
              <w:t>이미지 + 텍스트</w:t>
            </w:r>
          </w:p>
        </w:tc>
        <w:tc>
          <w:tcPr>
            <w:tcW w:w="3024" w:type="dxa"/>
          </w:tcPr>
          <w:p w14:paraId="1B768370"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손글씨 → 디지털 텍스트</w:t>
            </w:r>
          </w:p>
        </w:tc>
        <w:tc>
          <w:tcPr>
            <w:tcW w:w="3024" w:type="dxa"/>
          </w:tcPr>
          <w:p w14:paraId="2C9D217A" w14:textId="77777777" w:rsidR="00226CAC" w:rsidRDefault="00000000">
            <w:pPr>
              <w:spacing w:before="60" w:after="60"/>
            </w:pPr>
            <w:r>
              <w:rPr>
                <w:rFonts w:ascii="Nanum Gothic" w:eastAsia="Nanum Gothic" w:hAnsi="Nanum Gothic" w:cs="Nanum Gothic"/>
                <w:color w:val="1A1A1A"/>
                <w:sz w:val="20"/>
              </w:rPr>
              <w:t>회의록 디지털화</w:t>
            </w:r>
          </w:p>
        </w:tc>
      </w:tr>
      <w:tr w:rsidR="00226CAC" w14:paraId="39B17605" w14:textId="77777777">
        <w:tc>
          <w:tcPr>
            <w:tcW w:w="3024" w:type="dxa"/>
          </w:tcPr>
          <w:p w14:paraId="392D9BF8" w14:textId="77777777" w:rsidR="00226CAC" w:rsidRDefault="00000000">
            <w:pPr>
              <w:spacing w:before="60" w:after="60"/>
            </w:pPr>
            <w:r>
              <w:rPr>
                <w:rFonts w:ascii="Nanum Gothic" w:eastAsia="Nanum Gothic" w:hAnsi="Nanum Gothic" w:cs="Nanum Gothic"/>
                <w:b/>
                <w:color w:val="1A1A1A"/>
                <w:sz w:val="20"/>
              </w:rPr>
              <w:t>문서 이미지 + 텍스트</w:t>
            </w:r>
          </w:p>
        </w:tc>
        <w:tc>
          <w:tcPr>
            <w:tcW w:w="3024" w:type="dxa"/>
          </w:tcPr>
          <w:p w14:paraId="25C54227" w14:textId="77777777" w:rsidR="00226CAC" w:rsidRDefault="00000000">
            <w:pPr>
              <w:spacing w:before="60" w:after="60"/>
            </w:pPr>
            <w:r>
              <w:rPr>
                <w:rFonts w:ascii="Nanum Gothic" w:eastAsia="Nanum Gothic" w:hAnsi="Nanum Gothic" w:cs="Nanum Gothic"/>
                <w:color w:val="1A1A1A"/>
                <w:sz w:val="20"/>
              </w:rPr>
              <w:t>PDF 캡처 → 요약</w:t>
            </w:r>
          </w:p>
        </w:tc>
        <w:tc>
          <w:tcPr>
            <w:tcW w:w="3024" w:type="dxa"/>
          </w:tcPr>
          <w:p w14:paraId="1B87897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논문·보고서 빠른 이해</w:t>
            </w:r>
          </w:p>
        </w:tc>
      </w:tr>
      <w:tr w:rsidR="00226CAC" w14:paraId="077D2EFE" w14:textId="77777777">
        <w:tc>
          <w:tcPr>
            <w:tcW w:w="3024" w:type="dxa"/>
          </w:tcPr>
          <w:p w14:paraId="680964D9" w14:textId="77777777" w:rsidR="00226CAC" w:rsidRDefault="00000000">
            <w:pPr>
              <w:spacing w:before="60" w:after="60"/>
            </w:pPr>
            <w:r>
              <w:rPr>
                <w:rFonts w:ascii="Nanum Gothic" w:eastAsia="Nanum Gothic" w:hAnsi="Nanum Gothic" w:cs="Nanum Gothic"/>
                <w:b/>
                <w:color w:val="1A1A1A"/>
                <w:sz w:val="20"/>
              </w:rPr>
              <w:t>음성 → 텍스트 + 분석</w:t>
            </w:r>
          </w:p>
        </w:tc>
        <w:tc>
          <w:tcPr>
            <w:tcW w:w="3024" w:type="dxa"/>
          </w:tcPr>
          <w:p w14:paraId="4B6EBA2A" w14:textId="77777777" w:rsidR="00226CAC" w:rsidRDefault="00000000">
            <w:pPr>
              <w:spacing w:before="60" w:after="60"/>
            </w:pPr>
            <w:r>
              <w:rPr>
                <w:rFonts w:ascii="Nanum Gothic" w:eastAsia="Nanum Gothic" w:hAnsi="Nanum Gothic" w:cs="Nanum Gothic"/>
                <w:color w:val="1A1A1A"/>
                <w:sz w:val="20"/>
              </w:rPr>
              <w:t>녹음 → 회의록 + 요약</w:t>
            </w:r>
          </w:p>
        </w:tc>
        <w:tc>
          <w:tcPr>
            <w:tcW w:w="3024" w:type="dxa"/>
          </w:tcPr>
          <w:p w14:paraId="71E8B539" w14:textId="77777777" w:rsidR="00226CAC" w:rsidRDefault="00000000">
            <w:pPr>
              <w:spacing w:before="60" w:after="60"/>
            </w:pPr>
            <w:r>
              <w:rPr>
                <w:rFonts w:ascii="Nanum Gothic" w:eastAsia="Nanum Gothic" w:hAnsi="Nanum Gothic" w:cs="Nanum Gothic"/>
                <w:color w:val="1A1A1A"/>
                <w:sz w:val="20"/>
              </w:rPr>
              <w:t>회의 자동 기록</w:t>
            </w:r>
          </w:p>
        </w:tc>
      </w:tr>
    </w:tbl>
    <w:p w14:paraId="68806D4F" w14:textId="77777777" w:rsidR="00226CAC" w:rsidRDefault="00226CAC"/>
    <w:p w14:paraId="21EE61E4" w14:textId="77777777" w:rsidR="00226CAC" w:rsidRDefault="00000000">
      <w:pPr>
        <w:pBdr>
          <w:bottom w:val="single" w:sz="4" w:space="1" w:color="024AD8"/>
        </w:pBdr>
        <w:spacing w:before="280" w:after="80"/>
      </w:pPr>
      <w:r>
        <w:rPr>
          <w:rFonts w:ascii="Nanum Gothic" w:eastAsia="Nanum Gothic" w:hAnsi="Nanum Gothic" w:cs="Nanum Gothic"/>
          <w:b/>
          <w:color w:val="024AD8"/>
          <w:sz w:val="36"/>
        </w:rPr>
        <w:t>8.5 5가지 미니 챌린지 (A~E)</w:t>
      </w:r>
    </w:p>
    <w:tbl>
      <w:tblPr>
        <w:tblStyle w:val="af9"/>
        <w:tblW w:w="0" w:type="auto"/>
        <w:tblLayout w:type="fixed"/>
        <w:tblLook w:val="04A0" w:firstRow="1" w:lastRow="0" w:firstColumn="1" w:lastColumn="0" w:noHBand="0" w:noVBand="1"/>
      </w:tblPr>
      <w:tblGrid>
        <w:gridCol w:w="400"/>
        <w:gridCol w:w="8672"/>
      </w:tblGrid>
      <w:tr w:rsidR="00226CAC" w14:paraId="6DE84D31" w14:textId="77777777">
        <w:tc>
          <w:tcPr>
            <w:tcW w:w="400" w:type="dxa"/>
            <w:shd w:val="clear" w:color="auto" w:fill="4A5568"/>
          </w:tcPr>
          <w:p w14:paraId="512E3AC6" w14:textId="77777777" w:rsidR="00226CAC" w:rsidRDefault="00226CAC">
            <w:pPr>
              <w:spacing w:before="80" w:after="80"/>
            </w:pPr>
          </w:p>
        </w:tc>
        <w:tc>
          <w:tcPr>
            <w:tcW w:w="8672" w:type="dxa"/>
            <w:shd w:val="clear" w:color="auto" w:fill="F7F7F7"/>
          </w:tcPr>
          <w:p w14:paraId="75919AB0" w14:textId="77777777" w:rsidR="00226CAC" w:rsidRDefault="00000000">
            <w:pPr>
              <w:spacing w:before="80" w:after="80"/>
              <w:rPr>
                <w:rFonts w:eastAsia="Nanum Gothic"/>
                <w:lang w:eastAsia="ko-KR"/>
              </w:rPr>
            </w:pPr>
            <w:r>
              <w:rPr>
                <w:rFonts w:ascii="Nanum Gothic" w:eastAsia="Nanum Gothic" w:hAnsi="Nanum Gothic" w:cs="Nanum Gothic"/>
                <w:b/>
                <w:color w:val="4A5568"/>
                <w:sz w:val="20"/>
                <w:lang w:eastAsia="ko-KR"/>
              </w:rPr>
              <w:t>선택 규칙 — 페어가 합의하여 2가지를 선택합니다. 최소 1가지는 이미지 첨부 활동(A·B·C·D 중 하나)으로 진행합니다. 첫 프롬프트는 직접 작성하고, 결과가 목표에 미치지 못하면 수정하여 다시 실행합니다.</w:t>
            </w:r>
          </w:p>
        </w:tc>
      </w:tr>
    </w:tbl>
    <w:tbl>
      <w:tblPr>
        <w:tblStyle w:val="af9"/>
        <w:tblW w:w="0" w:type="auto"/>
        <w:tblLook w:val="04A0" w:firstRow="1" w:lastRow="0" w:firstColumn="1" w:lastColumn="0" w:noHBand="0" w:noVBand="1"/>
      </w:tblPr>
      <w:tblGrid>
        <w:gridCol w:w="2268"/>
        <w:gridCol w:w="2268"/>
        <w:gridCol w:w="2268"/>
        <w:gridCol w:w="2268"/>
      </w:tblGrid>
      <w:tr w:rsidR="00226CAC" w14:paraId="1AA4BDB7" w14:textId="77777777">
        <w:tc>
          <w:tcPr>
            <w:tcW w:w="2268" w:type="dxa"/>
            <w:shd w:val="clear" w:color="auto" w:fill="024AD8"/>
          </w:tcPr>
          <w:p w14:paraId="3499324D" w14:textId="77777777" w:rsidR="00226CAC" w:rsidRDefault="00000000">
            <w:pPr>
              <w:spacing w:before="60" w:after="60"/>
            </w:pPr>
            <w:r>
              <w:rPr>
                <w:rFonts w:ascii="Nanum Gothic" w:eastAsia="Nanum Gothic" w:hAnsi="Nanum Gothic" w:cs="Nanum Gothic"/>
                <w:b/>
                <w:color w:val="FFFFFF"/>
                <w:sz w:val="20"/>
              </w:rPr>
              <w:t>챌린지</w:t>
            </w:r>
          </w:p>
        </w:tc>
        <w:tc>
          <w:tcPr>
            <w:tcW w:w="2268" w:type="dxa"/>
            <w:shd w:val="clear" w:color="auto" w:fill="024AD8"/>
          </w:tcPr>
          <w:p w14:paraId="742B92AE" w14:textId="77777777" w:rsidR="00226CAC" w:rsidRDefault="00000000">
            <w:pPr>
              <w:spacing w:before="60" w:after="60"/>
            </w:pPr>
            <w:r>
              <w:rPr>
                <w:rFonts w:ascii="Nanum Gothic" w:eastAsia="Nanum Gothic" w:hAnsi="Nanum Gothic" w:cs="Nanum Gothic"/>
                <w:b/>
                <w:color w:val="FFFFFF"/>
                <w:sz w:val="20"/>
              </w:rPr>
              <w:t>제목</w:t>
            </w:r>
          </w:p>
        </w:tc>
        <w:tc>
          <w:tcPr>
            <w:tcW w:w="2268" w:type="dxa"/>
            <w:shd w:val="clear" w:color="auto" w:fill="024AD8"/>
          </w:tcPr>
          <w:p w14:paraId="46A70DD4" w14:textId="77777777" w:rsidR="00226CAC" w:rsidRDefault="00000000">
            <w:pPr>
              <w:spacing w:before="60" w:after="60"/>
            </w:pPr>
            <w:r>
              <w:rPr>
                <w:rFonts w:ascii="Nanum Gothic" w:eastAsia="Nanum Gothic" w:hAnsi="Nanum Gothic" w:cs="Nanum Gothic"/>
                <w:b/>
                <w:color w:val="FFFFFF"/>
                <w:sz w:val="20"/>
              </w:rPr>
              <w:t>이미지</w:t>
            </w:r>
          </w:p>
        </w:tc>
        <w:tc>
          <w:tcPr>
            <w:tcW w:w="2268" w:type="dxa"/>
            <w:shd w:val="clear" w:color="auto" w:fill="024AD8"/>
          </w:tcPr>
          <w:p w14:paraId="11CA5828" w14:textId="77777777" w:rsidR="00226CAC" w:rsidRDefault="00000000">
            <w:pPr>
              <w:spacing w:before="60" w:after="60"/>
            </w:pPr>
            <w:r>
              <w:rPr>
                <w:rFonts w:ascii="Nanum Gothic" w:eastAsia="Nanum Gothic" w:hAnsi="Nanum Gothic" w:cs="Nanum Gothic"/>
                <w:b/>
                <w:color w:val="FFFFFF"/>
                <w:sz w:val="20"/>
              </w:rPr>
              <w:t>난이도</w:t>
            </w:r>
          </w:p>
        </w:tc>
      </w:tr>
      <w:tr w:rsidR="00226CAC" w14:paraId="65146D1E" w14:textId="77777777">
        <w:tc>
          <w:tcPr>
            <w:tcW w:w="2268" w:type="dxa"/>
          </w:tcPr>
          <w:p w14:paraId="3D0EDE63" w14:textId="77777777" w:rsidR="00226CAC" w:rsidRDefault="00000000">
            <w:pPr>
              <w:spacing w:before="60" w:after="60"/>
            </w:pPr>
            <w:r>
              <w:rPr>
                <w:rFonts w:ascii="Nanum Gothic" w:eastAsia="Nanum Gothic" w:hAnsi="Nanum Gothic" w:cs="Nanum Gothic"/>
                <w:b/>
                <w:color w:val="1A1A1A"/>
                <w:sz w:val="20"/>
              </w:rPr>
              <w:t>A</w:t>
            </w:r>
          </w:p>
        </w:tc>
        <w:tc>
          <w:tcPr>
            <w:tcW w:w="2268" w:type="dxa"/>
          </w:tcPr>
          <w:p w14:paraId="7E764BAF" w14:textId="77777777" w:rsidR="00226CAC" w:rsidRDefault="00000000">
            <w:pPr>
              <w:spacing w:before="60" w:after="60"/>
            </w:pPr>
            <w:r>
              <w:rPr>
                <w:rFonts w:ascii="Nanum Gothic" w:eastAsia="Nanum Gothic" w:hAnsi="Nanum Gothic" w:cs="Nanum Gothic"/>
                <w:color w:val="1A1A1A"/>
                <w:sz w:val="20"/>
              </w:rPr>
              <w:t>책상 위 물건 → 추천</w:t>
            </w:r>
          </w:p>
        </w:tc>
        <w:tc>
          <w:tcPr>
            <w:tcW w:w="2268" w:type="dxa"/>
          </w:tcPr>
          <w:p w14:paraId="1B4282F8" w14:textId="77777777" w:rsidR="00226CAC" w:rsidRDefault="00000000">
            <w:pPr>
              <w:spacing w:before="60" w:after="60"/>
            </w:pPr>
            <w:r>
              <w:rPr>
                <w:rFonts w:ascii="Nanum Gothic" w:eastAsia="Nanum Gothic" w:hAnsi="Nanum Gothic" w:cs="Nanum Gothic"/>
                <w:color w:val="1A1A1A"/>
                <w:sz w:val="20"/>
              </w:rPr>
              <w:t>✅ 필수</w:t>
            </w:r>
          </w:p>
        </w:tc>
        <w:tc>
          <w:tcPr>
            <w:tcW w:w="2268" w:type="dxa"/>
          </w:tcPr>
          <w:p w14:paraId="61A72A73" w14:textId="77777777" w:rsidR="00226CAC" w:rsidRDefault="00000000">
            <w:pPr>
              <w:spacing w:before="60" w:after="60"/>
            </w:pPr>
            <w:r>
              <w:rPr>
                <w:rFonts w:ascii="Nanum Gothic" w:eastAsia="Nanum Gothic" w:hAnsi="Nanum Gothic" w:cs="Nanum Gothic"/>
                <w:color w:val="1A1A1A"/>
                <w:sz w:val="20"/>
              </w:rPr>
              <w:t>★☆☆</w:t>
            </w:r>
          </w:p>
        </w:tc>
      </w:tr>
      <w:tr w:rsidR="00226CAC" w14:paraId="37921C6D" w14:textId="77777777">
        <w:tc>
          <w:tcPr>
            <w:tcW w:w="2268" w:type="dxa"/>
          </w:tcPr>
          <w:p w14:paraId="5BAB14F4" w14:textId="77777777" w:rsidR="00226CAC" w:rsidRDefault="00000000">
            <w:pPr>
              <w:spacing w:before="60" w:after="60"/>
            </w:pPr>
            <w:r>
              <w:rPr>
                <w:rFonts w:ascii="Nanum Gothic" w:eastAsia="Nanum Gothic" w:hAnsi="Nanum Gothic" w:cs="Nanum Gothic"/>
                <w:b/>
                <w:color w:val="1A1A1A"/>
                <w:sz w:val="20"/>
              </w:rPr>
              <w:t>B</w:t>
            </w:r>
          </w:p>
        </w:tc>
        <w:tc>
          <w:tcPr>
            <w:tcW w:w="2268" w:type="dxa"/>
          </w:tcPr>
          <w:p w14:paraId="4D4FB48C" w14:textId="77777777" w:rsidR="00226CAC" w:rsidRDefault="00000000">
            <w:pPr>
              <w:spacing w:before="60" w:after="60"/>
            </w:pPr>
            <w:r>
              <w:rPr>
                <w:rFonts w:ascii="Nanum Gothic" w:eastAsia="Nanum Gothic" w:hAnsi="Nanum Gothic" w:cs="Nanum Gothic"/>
                <w:color w:val="1A1A1A"/>
                <w:sz w:val="20"/>
              </w:rPr>
              <w:t>음식 사진 → 영양 분석</w:t>
            </w:r>
          </w:p>
        </w:tc>
        <w:tc>
          <w:tcPr>
            <w:tcW w:w="2268" w:type="dxa"/>
          </w:tcPr>
          <w:p w14:paraId="05CE4BE2" w14:textId="77777777" w:rsidR="00226CAC" w:rsidRDefault="00000000">
            <w:pPr>
              <w:spacing w:before="60" w:after="60"/>
            </w:pPr>
            <w:r>
              <w:rPr>
                <w:rFonts w:ascii="Nanum Gothic" w:eastAsia="Nanum Gothic" w:hAnsi="Nanum Gothic" w:cs="Nanum Gothic"/>
                <w:color w:val="1A1A1A"/>
                <w:sz w:val="20"/>
              </w:rPr>
              <w:t>✅ 필수</w:t>
            </w:r>
          </w:p>
        </w:tc>
        <w:tc>
          <w:tcPr>
            <w:tcW w:w="2268" w:type="dxa"/>
          </w:tcPr>
          <w:p w14:paraId="5641DB97" w14:textId="77777777" w:rsidR="00226CAC" w:rsidRDefault="00000000">
            <w:pPr>
              <w:spacing w:before="60" w:after="60"/>
            </w:pPr>
            <w:r>
              <w:rPr>
                <w:rFonts w:ascii="Nanum Gothic" w:eastAsia="Nanum Gothic" w:hAnsi="Nanum Gothic" w:cs="Nanum Gothic"/>
                <w:color w:val="1A1A1A"/>
                <w:sz w:val="20"/>
              </w:rPr>
              <w:t>★★☆</w:t>
            </w:r>
          </w:p>
        </w:tc>
      </w:tr>
      <w:tr w:rsidR="00226CAC" w14:paraId="79CD674B" w14:textId="77777777">
        <w:tc>
          <w:tcPr>
            <w:tcW w:w="2268" w:type="dxa"/>
          </w:tcPr>
          <w:p w14:paraId="7B596300" w14:textId="77777777" w:rsidR="00226CAC" w:rsidRDefault="00000000">
            <w:pPr>
              <w:spacing w:before="60" w:after="60"/>
            </w:pPr>
            <w:r>
              <w:rPr>
                <w:rFonts w:ascii="Nanum Gothic" w:eastAsia="Nanum Gothic" w:hAnsi="Nanum Gothic" w:cs="Nanum Gothic"/>
                <w:b/>
                <w:color w:val="1A1A1A"/>
                <w:sz w:val="20"/>
              </w:rPr>
              <w:t>C</w:t>
            </w:r>
          </w:p>
        </w:tc>
        <w:tc>
          <w:tcPr>
            <w:tcW w:w="2268" w:type="dxa"/>
          </w:tcPr>
          <w:p w14:paraId="2F37FC4C" w14:textId="77777777" w:rsidR="00226CAC" w:rsidRDefault="00000000">
            <w:pPr>
              <w:spacing w:before="60" w:after="60"/>
            </w:pPr>
            <w:r>
              <w:rPr>
                <w:rFonts w:ascii="Nanum Gothic" w:eastAsia="Nanum Gothic" w:hAnsi="Nanum Gothic" w:cs="Nanum Gothic"/>
                <w:color w:val="1A1A1A"/>
                <w:sz w:val="20"/>
              </w:rPr>
              <w:t>논문·보고서 → 요약</w:t>
            </w:r>
          </w:p>
        </w:tc>
        <w:tc>
          <w:tcPr>
            <w:tcW w:w="2268" w:type="dxa"/>
          </w:tcPr>
          <w:p w14:paraId="11D6CED9" w14:textId="77777777" w:rsidR="00226CAC" w:rsidRDefault="00000000">
            <w:pPr>
              <w:spacing w:before="60" w:after="60"/>
            </w:pPr>
            <w:r>
              <w:rPr>
                <w:rFonts w:ascii="Nanum Gothic" w:eastAsia="Nanum Gothic" w:hAnsi="Nanum Gothic" w:cs="Nanum Gothic"/>
                <w:color w:val="1A1A1A"/>
                <w:sz w:val="20"/>
              </w:rPr>
              <w:t>✅ 권장</w:t>
            </w:r>
          </w:p>
        </w:tc>
        <w:tc>
          <w:tcPr>
            <w:tcW w:w="2268" w:type="dxa"/>
          </w:tcPr>
          <w:p w14:paraId="78CA0922" w14:textId="77777777" w:rsidR="00226CAC" w:rsidRDefault="00000000">
            <w:pPr>
              <w:spacing w:before="60" w:after="60"/>
            </w:pPr>
            <w:r>
              <w:rPr>
                <w:rFonts w:ascii="Nanum Gothic" w:eastAsia="Nanum Gothic" w:hAnsi="Nanum Gothic" w:cs="Nanum Gothic"/>
                <w:color w:val="1A1A1A"/>
                <w:sz w:val="20"/>
              </w:rPr>
              <w:t>★★☆</w:t>
            </w:r>
          </w:p>
        </w:tc>
      </w:tr>
      <w:tr w:rsidR="00226CAC" w14:paraId="638EFADF" w14:textId="77777777">
        <w:tc>
          <w:tcPr>
            <w:tcW w:w="2268" w:type="dxa"/>
          </w:tcPr>
          <w:p w14:paraId="58009185" w14:textId="77777777" w:rsidR="00226CAC" w:rsidRDefault="00000000">
            <w:pPr>
              <w:spacing w:before="60" w:after="60"/>
            </w:pPr>
            <w:r>
              <w:rPr>
                <w:rFonts w:ascii="Nanum Gothic" w:eastAsia="Nanum Gothic" w:hAnsi="Nanum Gothic" w:cs="Nanum Gothic"/>
                <w:b/>
                <w:color w:val="1A1A1A"/>
                <w:sz w:val="20"/>
              </w:rPr>
              <w:t>D</w:t>
            </w:r>
          </w:p>
        </w:tc>
        <w:tc>
          <w:tcPr>
            <w:tcW w:w="2268" w:type="dxa"/>
          </w:tcPr>
          <w:p w14:paraId="28DB7D19" w14:textId="77777777" w:rsidR="00226CAC" w:rsidRDefault="00000000">
            <w:pPr>
              <w:spacing w:before="60" w:after="60"/>
            </w:pPr>
            <w:r>
              <w:rPr>
                <w:rFonts w:ascii="Nanum Gothic" w:eastAsia="Nanum Gothic" w:hAnsi="Nanum Gothic" w:cs="Nanum Gothic"/>
                <w:color w:val="1A1A1A"/>
                <w:sz w:val="20"/>
              </w:rPr>
              <w:t>손글씨 → 텍스트 변환</w:t>
            </w:r>
          </w:p>
        </w:tc>
        <w:tc>
          <w:tcPr>
            <w:tcW w:w="2268" w:type="dxa"/>
          </w:tcPr>
          <w:p w14:paraId="075B0380" w14:textId="77777777" w:rsidR="00226CAC" w:rsidRDefault="00000000">
            <w:pPr>
              <w:spacing w:before="60" w:after="60"/>
            </w:pPr>
            <w:r>
              <w:rPr>
                <w:rFonts w:ascii="Nanum Gothic" w:eastAsia="Nanum Gothic" w:hAnsi="Nanum Gothic" w:cs="Nanum Gothic"/>
                <w:color w:val="1A1A1A"/>
                <w:sz w:val="20"/>
              </w:rPr>
              <w:t>✅ 필수</w:t>
            </w:r>
          </w:p>
        </w:tc>
        <w:tc>
          <w:tcPr>
            <w:tcW w:w="2268" w:type="dxa"/>
          </w:tcPr>
          <w:p w14:paraId="49A1E9B1" w14:textId="77777777" w:rsidR="00226CAC" w:rsidRDefault="00000000">
            <w:pPr>
              <w:spacing w:before="60" w:after="60"/>
            </w:pPr>
            <w:r>
              <w:rPr>
                <w:rFonts w:ascii="Nanum Gothic" w:eastAsia="Nanum Gothic" w:hAnsi="Nanum Gothic" w:cs="Nanum Gothic"/>
                <w:color w:val="1A1A1A"/>
                <w:sz w:val="20"/>
              </w:rPr>
              <w:t>★★★</w:t>
            </w:r>
          </w:p>
        </w:tc>
      </w:tr>
      <w:tr w:rsidR="00226CAC" w14:paraId="74485926" w14:textId="77777777">
        <w:tc>
          <w:tcPr>
            <w:tcW w:w="2268" w:type="dxa"/>
          </w:tcPr>
          <w:p w14:paraId="7F3B3977" w14:textId="77777777" w:rsidR="00226CAC" w:rsidRDefault="00000000">
            <w:pPr>
              <w:spacing w:before="60" w:after="60"/>
            </w:pPr>
            <w:r>
              <w:rPr>
                <w:rFonts w:ascii="Nanum Gothic" w:eastAsia="Nanum Gothic" w:hAnsi="Nanum Gothic" w:cs="Nanum Gothic"/>
                <w:b/>
                <w:color w:val="1A1A1A"/>
                <w:sz w:val="20"/>
              </w:rPr>
              <w:t>E</w:t>
            </w:r>
          </w:p>
        </w:tc>
        <w:tc>
          <w:tcPr>
            <w:tcW w:w="2268" w:type="dxa"/>
          </w:tcPr>
          <w:p w14:paraId="1E187F1F"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이메일·슬랙 → 요점 추출</w:t>
            </w:r>
          </w:p>
        </w:tc>
        <w:tc>
          <w:tcPr>
            <w:tcW w:w="2268" w:type="dxa"/>
          </w:tcPr>
          <w:p w14:paraId="2CD18987" w14:textId="77777777" w:rsidR="00226CAC" w:rsidRDefault="00000000">
            <w:pPr>
              <w:spacing w:before="60" w:after="60"/>
            </w:pPr>
            <w:r>
              <w:rPr>
                <w:rFonts w:ascii="Nanum Gothic" w:eastAsia="Nanum Gothic" w:hAnsi="Nanum Gothic" w:cs="Nanum Gothic"/>
                <w:color w:val="1A1A1A"/>
                <w:sz w:val="20"/>
              </w:rPr>
              <w:t>❌ 텍스트만</w:t>
            </w:r>
          </w:p>
        </w:tc>
        <w:tc>
          <w:tcPr>
            <w:tcW w:w="2268" w:type="dxa"/>
          </w:tcPr>
          <w:p w14:paraId="7D95BB88" w14:textId="77777777" w:rsidR="00226CAC" w:rsidRDefault="00000000">
            <w:pPr>
              <w:spacing w:before="60" w:after="60"/>
            </w:pPr>
            <w:r>
              <w:rPr>
                <w:rFonts w:ascii="Nanum Gothic" w:eastAsia="Nanum Gothic" w:hAnsi="Nanum Gothic" w:cs="Nanum Gothic"/>
                <w:color w:val="1A1A1A"/>
                <w:sz w:val="20"/>
              </w:rPr>
              <w:t>★☆☆</w:t>
            </w:r>
          </w:p>
        </w:tc>
      </w:tr>
    </w:tbl>
    <w:p w14:paraId="51E10AD7"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8.5.1 챌린지 A — 책상 위 물건 → 추천 (★☆☆)</w:t>
      </w:r>
    </w:p>
    <w:p w14:paraId="4169AF86"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미션: 자신의 책상을 촬영해 업로드합니다. 현재 담당 업무와 역할을 바탕으로 필요한 사무용품과 책상 배치를 제안받습니다.</w:t>
      </w:r>
    </w:p>
    <w:p w14:paraId="4169AF86"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목표:</w:t>
      </w:r>
    </w:p>
    <w:p w14:paraId="33C8C62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실제 업무 효율을 높일 수 있는 책상 배치를 제안받습니다.</w:t>
      </w:r>
    </w:p>
    <w:p w14:paraId="33C8C62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자신의 담당 업무와 역할에 적합한 사무용품을 추천받습니다.</w:t>
      </w:r>
    </w:p>
    <w:p w14:paraId="33C8C62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목표를 달성하지 못했다면 결과에서 부족한 점을 찾고 프롬프트를 수정합니다.</w:t>
      </w:r>
    </w:p>
    <w:p w14:paraId="51E10AD7"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8.5.2 챌린지 B — 음식 사진 → 영양 분석 (★★☆)</w:t>
      </w:r>
    </w:p>
    <w:p w14:paraId="4169AF86"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미션: 식판·도시락·음식 사진을 촬영하거나 강사가 배포한 이미지를 사용하여 음식과 영양 정보를 분석합니다.</w:t>
      </w:r>
    </w:p>
    <w:p w14:paraId="4169AF86"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목표:</w:t>
      </w:r>
    </w:p>
    <w:p w14:paraId="33C8C62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사진에서 확인되는 음식과 확인하기 어려운 음식을 구분합니다.</w:t>
      </w:r>
    </w:p>
    <w:p w14:paraId="33C8C62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영양 정보는 추정치임을 드러내고, 근거 없이 단정하지 않도록 합니다.</w:t>
      </w:r>
    </w:p>
    <w:p w14:paraId="33C8C62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음식 누락이나 잘못된 인식이 있으면 프롬프트를 수정해 다시 확인합니다.</w:t>
      </w:r>
    </w:p>
    <w:p w14:paraId="51E10AD7"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8.5.3 챌린지 C — 논문·보고서 → 요약 (★★☆)</w:t>
      </w:r>
    </w:p>
    <w:p w14:paraId="4169AF86"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미션: 사용 권한이 있는 논문 또는 보고서 1~2페이지를 업로드하고 핵심 내용을 요약합니다.</w:t>
      </w:r>
    </w:p>
    <w:p w14:paraId="4169AF86"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목표:</w:t>
      </w:r>
    </w:p>
    <w:p w14:paraId="33C8C62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핵심 주장과 근거를 간결하게 구분합니다.</w:t>
      </w:r>
    </w:p>
    <w:p w14:paraId="33C8C62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요약한 내용이 어느 페이지의 어떤 대목에서 나온 것인지 확인할 수 있어야 합니다.</w:t>
      </w:r>
    </w:p>
    <w:p w14:paraId="33C8C62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원문에 없는 내용이 포함되면 프롬프트를 수정합니다.</w:t>
      </w:r>
    </w:p>
    <w:p w14:paraId="51E10AD7"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8.5.4 챌린지 D — 손글씨 → 텍스트 변환 (★★★)</w:t>
      </w:r>
    </w:p>
    <w:p w14:paraId="4169AF86"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미션: 직접 작성한 메모나 회의 노트 사진을 업로드하고 디지털 텍스트로 변환합니다.</w:t>
      </w:r>
    </w:p>
    <w:p w14:paraId="4169AF86"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목표:</w:t>
      </w:r>
    </w:p>
    <w:p w14:paraId="33C8C62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원문의 내용과 순서를 빠짐없이 옮깁니다.</w:t>
      </w:r>
    </w:p>
    <w:p w14:paraId="33C8C62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읽기 어려운 부분을 임의로 추측하지 않고 불명확한 부분으로 표시합니다.</w:t>
      </w:r>
    </w:p>
    <w:p w14:paraId="33C8C62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원본과 대조하여 오탈자나 누락이 남아 있으면 프롬프트를 수정합니다.</w:t>
      </w:r>
    </w:p>
    <w:p w14:paraId="51E10AD7"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8.5.5 챌린지 E — 이메일·슬랙 메시지 → 요점 추출 (★☆☆)</w:t>
      </w:r>
    </w:p>
    <w:p w14:paraId="4169AF86"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미션: 개인정보와 기밀 정보를 제거한 이메일 또는 팀 채팅 텍스트를 사용하여 업무 요점을 정리합니다.</w:t>
      </w:r>
    </w:p>
    <w:p w14:paraId="4169AF86"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목표:</w:t>
      </w:r>
    </w:p>
    <w:p w14:paraId="33C8C62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결정 사항, 담당자별 할 일, 미결 항목을 구분합니다.</w:t>
      </w:r>
    </w:p>
    <w:p w14:paraId="33C8C62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대화에 없는 담당자나 일정을 만들어내지 않도록 합니다.</w:t>
      </w:r>
    </w:p>
    <w:p w14:paraId="33C8C62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누락되거나 잘못 분류된 내용이 있으면 프롬프트를 수정합니다.</w:t>
      </w:r>
    </w:p>
    <w:p w14:paraId="21EE61E4" w14:textId="77777777" w:rsidR="00226CAC" w:rsidRDefault="00000000">
      <w:pPr>
        <w:pBdr>
          <w:bottom w:val="single" w:sz="4" w:space="1" w:color="024AD8"/>
        </w:pBdr>
        <w:spacing w:before="280" w:after="80"/>
      </w:pPr>
      <w:r>
        <w:rPr>
          <w:rFonts w:ascii="Nanum Gothic" w:eastAsia="Nanum Gothic" w:hAnsi="Nanum Gothic" w:cs="Nanum Gothic"/>
          <w:b/>
          <w:color w:val="024AD8"/>
          <w:sz w:val="36"/>
        </w:rPr>
        <w:t>8.6 프롬프트 반복 개선 (Prompt Iteration)</w:t>
      </w:r>
    </w:p>
    <w:tbl>
      <w:tblPr>
        <w:tblStyle w:val="af9"/>
        <w:tblW w:w="0" w:type="auto"/>
        <w:tblLayout w:type="fixed"/>
        <w:tblLook w:val="04A0" w:firstRow="1" w:lastRow="0" w:firstColumn="1" w:lastColumn="0" w:noHBand="0" w:noVBand="1"/>
      </w:tblPr>
      <w:tblGrid>
        <w:gridCol w:w="400"/>
        <w:gridCol w:w="8672"/>
      </w:tblGrid>
      <w:tr w:rsidR="00226CAC" w14:paraId="13D667B5" w14:textId="77777777">
        <w:tc>
          <w:tcPr>
            <w:tcW w:w="400" w:type="dxa"/>
            <w:shd w:val="clear" w:color="auto" w:fill="4A5568"/>
          </w:tcPr>
          <w:p w14:paraId="6678DCDA" w14:textId="77777777" w:rsidR="00226CAC" w:rsidRDefault="00226CAC">
            <w:pPr>
              <w:spacing w:before="80" w:after="80"/>
            </w:pPr>
          </w:p>
        </w:tc>
        <w:tc>
          <w:tcPr>
            <w:tcW w:w="8672" w:type="dxa"/>
            <w:shd w:val="clear" w:color="auto" w:fill="F7F7F7"/>
          </w:tcPr>
          <w:p w14:paraId="45BD8CFC" w14:textId="77777777" w:rsidR="00226CAC" w:rsidRDefault="00000000">
            <w:pPr>
              <w:spacing w:before="80" w:after="80"/>
              <w:rPr>
                <w:rFonts w:eastAsia="Nanum Gothic"/>
                <w:lang w:eastAsia="ko-KR"/>
              </w:rPr>
            </w:pPr>
            <w:r>
              <w:rPr>
                <w:rFonts w:ascii="Nanum Gothic" w:eastAsia="Nanum Gothic" w:hAnsi="Nanum Gothic" w:cs="Nanum Gothic"/>
                <w:b/>
                <w:color w:val="4A5568"/>
                <w:sz w:val="20"/>
                <w:lang w:eastAsia="ko-KR"/>
              </w:rPr>
              <w:t>목적 — 첫 결과를 목표와 비교하고, 부족하거나 잘못된 부분이 없어질 때까지 프롬프트를 직접 수정합니다.</w:t>
            </w:r>
          </w:p>
        </w:tc>
      </w:tr>
    </w:tbl>
    <w:p w14:paraId="51E10AD7"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8.6.1 목표 달성까지 프롬프트 수정하기</w:t>
      </w:r>
    </w:p>
    <w:p w14:paraId="4B8AEEB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1. 선택한 챌린지의 미션과 목표를 확인합니다.</w:t>
      </w:r>
    </w:p>
    <w:p w14:paraId="4B8AEEB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2. 첫 프롬프트를 직접 작성하여 실행합니다.</w:t>
      </w:r>
    </w:p>
    <w:p w14:paraId="4B8AEEB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3. 결과를 목표와 비교하고 부족하거나 잘못된 부분을 표시합니다.</w:t>
      </w:r>
    </w:p>
    <w:p w14:paraId="4B8AEEB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4. 표시한 문제를 해결할 수 있도록 프롬프트를 수정하여 다시 실행합니다.</w:t>
      </w:r>
    </w:p>
    <w:p w14:paraId="4B8AEEB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5. 목표를 달성할 때까지 반복하고, 달성하기 어려운 목표는 그 이유를 기록합니다.</w:t>
      </w:r>
    </w:p>
    <w:p w14:paraId="51E10AD7"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8.6.2 반복 결과 기록</w:t>
      </w:r>
    </w:p>
    <w:tbl>
      <w:tblPr>
        <w:tblStyle w:val="af9"/>
        <w:tblW w:w="0" w:type="auto"/>
        <w:tblLook w:val="04A0" w:firstRow="1" w:lastRow="0" w:firstColumn="1" w:lastColumn="0" w:noHBand="0" w:noVBand="1"/>
      </w:tblPr>
      <w:tblGrid>
        <w:gridCol w:w="2268"/>
        <w:gridCol w:w="2268"/>
        <w:gridCol w:w="2268"/>
        <w:gridCol w:w="2268"/>
      </w:tblGrid>
      <w:tr w:rsidR="00226CAC" w14:paraId="2E5F363A" w14:textId="77777777">
        <w:tc>
          <w:tcPr>
            <w:tcW w:w="2268" w:type="dxa"/>
            <w:shd w:val="clear" w:color="auto" w:fill="024AD8"/>
          </w:tcPr>
          <w:p w14:paraId="30555D82" w14:textId="77777777" w:rsidR="00226CAC" w:rsidRDefault="00000000">
            <w:pPr>
              <w:spacing w:before="60" w:after="60"/>
            </w:pPr>
            <w:r>
              <w:rPr>
                <w:rFonts w:ascii="Nanum Gothic" w:eastAsia="Nanum Gothic" w:hAnsi="Nanum Gothic" w:cs="Nanum Gothic"/>
                <w:b/>
                <w:color w:val="FFFFFF"/>
                <w:sz w:val="20"/>
              </w:rPr>
              <w:t>시도</w:t>
            </w:r>
          </w:p>
        </w:tc>
        <w:tc>
          <w:tcPr>
            <w:tcW w:w="2268" w:type="dxa"/>
            <w:shd w:val="clear" w:color="auto" w:fill="024AD8"/>
          </w:tcPr>
          <w:p w14:paraId="55F10AF5" w14:textId="77777777" w:rsidR="00226CAC" w:rsidRDefault="00000000">
            <w:pPr>
              <w:spacing w:before="60" w:after="60"/>
            </w:pPr>
            <w:r>
              <w:rPr>
                <w:rFonts w:ascii="Nanum Gothic" w:eastAsia="Nanum Gothic" w:hAnsi="Nanum Gothic" w:cs="Nanum Gothic"/>
                <w:b/>
                <w:color w:val="FFFFFF"/>
                <w:sz w:val="20"/>
              </w:rPr>
              <w:t>목표와 다른 점</w:t>
            </w:r>
          </w:p>
        </w:tc>
        <w:tc>
          <w:tcPr>
            <w:tcW w:w="2268" w:type="dxa"/>
            <w:shd w:val="clear" w:color="auto" w:fill="024AD8"/>
          </w:tcPr>
          <w:p w14:paraId="1B3E44D4" w14:textId="77777777" w:rsidR="00226CAC" w:rsidRDefault="00000000">
            <w:pPr>
              <w:spacing w:before="60" w:after="60"/>
            </w:pPr>
            <w:r>
              <w:rPr>
                <w:rFonts w:ascii="Nanum Gothic" w:eastAsia="Nanum Gothic" w:hAnsi="Nanum Gothic" w:cs="Nanum Gothic"/>
                <w:b/>
                <w:color w:val="FFFFFF"/>
                <w:sz w:val="20"/>
              </w:rPr>
              <w:t>수정한 내용</w:t>
            </w:r>
          </w:p>
        </w:tc>
        <w:tc>
          <w:tcPr>
            <w:tcW w:w="2268" w:type="dxa"/>
            <w:shd w:val="clear" w:color="auto" w:fill="024AD8"/>
          </w:tcPr>
          <w:p w14:paraId="3EE33B1A" w14:textId="77777777" w:rsidR="00226CAC" w:rsidRDefault="00000000">
            <w:pPr>
              <w:spacing w:before="60" w:after="60"/>
            </w:pPr>
            <w:r>
              <w:rPr>
                <w:rFonts w:ascii="Nanum Gothic" w:eastAsia="Nanum Gothic" w:hAnsi="Nanum Gothic" w:cs="Nanum Gothic"/>
                <w:b/>
                <w:color w:val="FFFFFF"/>
                <w:sz w:val="20"/>
              </w:rPr>
              <w:t>목표 달성 여부</w:t>
            </w:r>
          </w:p>
        </w:tc>
      </w:tr>
      <w:tr w:rsidR="00226CAC" w14:paraId="2A6D1EAC" w14:textId="77777777">
        <w:tc>
          <w:tcPr>
            <w:tcW w:w="2268" w:type="dxa"/>
          </w:tcPr>
          <w:p w14:paraId="15B02A7C" w14:textId="77777777" w:rsidR="00226CAC" w:rsidRDefault="00000000">
            <w:pPr>
              <w:spacing w:before="60" w:after="60"/>
            </w:pPr>
            <w:r>
              <w:rPr>
                <w:rFonts w:ascii="Nanum Gothic" w:eastAsia="Nanum Gothic" w:hAnsi="Nanum Gothic" w:cs="Nanum Gothic"/>
                <w:color w:val="1A1A1A"/>
                <w:sz w:val="20"/>
              </w:rPr>
              <w:t>1차</w:t>
            </w:r>
          </w:p>
        </w:tc>
        <w:tc>
          <w:tcPr>
            <w:tcW w:w="2268" w:type="dxa"/>
          </w:tcPr>
          <w:p w14:paraId="225AA19A" w14:textId="77777777" w:rsidR="00226CAC" w:rsidRDefault="00000000">
            <w:pPr>
              <w:spacing w:before="60" w:after="60"/>
            </w:pPr>
            <w:r>
              <w:rPr>
                <w:rFonts w:ascii="Nanum Gothic" w:eastAsia="Nanum Gothic" w:hAnsi="Nanum Gothic" w:cs="Nanum Gothic"/>
                <w:color w:val="1A1A1A"/>
                <w:sz w:val="20"/>
              </w:rPr>
              <w:t/>
            </w:r>
          </w:p>
        </w:tc>
        <w:tc>
          <w:tcPr>
            <w:tcW w:w="2268" w:type="dxa"/>
          </w:tcPr>
          <w:p w14:paraId="09F66086" w14:textId="77777777" w:rsidR="00226CAC" w:rsidRDefault="00000000">
            <w:pPr>
              <w:spacing w:before="60" w:after="60"/>
            </w:pPr>
            <w:r>
              <w:rPr>
                <w:rFonts w:ascii="Nanum Gothic" w:eastAsia="Nanum Gothic" w:hAnsi="Nanum Gothic" w:cs="Nanum Gothic"/>
                <w:color w:val="1A1A1A"/>
                <w:sz w:val="20"/>
              </w:rPr>
              <w:t/>
            </w:r>
          </w:p>
        </w:tc>
        <w:tc>
          <w:tcPr>
            <w:tcW w:w="2268" w:type="dxa"/>
          </w:tcPr>
          <w:p w14:paraId="4BE1A469" w14:textId="77777777" w:rsidR="00226CAC" w:rsidRDefault="00000000">
            <w:pPr>
              <w:spacing w:before="60" w:after="60"/>
            </w:pPr>
            <w:r>
              <w:rPr>
                <w:rFonts w:ascii="Nanum Gothic" w:eastAsia="Nanum Gothic" w:hAnsi="Nanum Gothic" w:cs="Nanum Gothic"/>
                <w:color w:val="1A1A1A"/>
                <w:sz w:val="20"/>
              </w:rPr>
              <w:t/>
            </w:r>
          </w:p>
        </w:tc>
      </w:tr>
      <w:tr w:rsidR="00226CAC" w14:paraId="203A4C60" w14:textId="77777777">
        <w:tc>
          <w:tcPr>
            <w:tcW w:w="2268" w:type="dxa"/>
          </w:tcPr>
          <w:p w14:paraId="373E6DBF" w14:textId="77777777" w:rsidR="00226CAC" w:rsidRDefault="00000000">
            <w:pPr>
              <w:spacing w:before="60" w:after="60"/>
            </w:pPr>
            <w:r>
              <w:rPr>
                <w:rFonts w:ascii="Nanum Gothic" w:eastAsia="Nanum Gothic" w:hAnsi="Nanum Gothic" w:cs="Nanum Gothic"/>
                <w:color w:val="1A1A1A"/>
                <w:sz w:val="20"/>
              </w:rPr>
              <w:t>2차</w:t>
            </w:r>
          </w:p>
        </w:tc>
        <w:tc>
          <w:tcPr>
            <w:tcW w:w="2268" w:type="dxa"/>
          </w:tcPr>
          <w:p w14:paraId="71051A3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w:r>
          </w:p>
        </w:tc>
        <w:tc>
          <w:tcPr>
            <w:tcW w:w="2268" w:type="dxa"/>
          </w:tcPr>
          <w:p w14:paraId="6BCC9EE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w:r>
          </w:p>
        </w:tc>
        <w:tc>
          <w:tcPr>
            <w:tcW w:w="2268" w:type="dxa"/>
          </w:tcPr>
          <w:p w14:paraId="23F8F0CA" w14:textId="77777777" w:rsidR="00226CAC" w:rsidRDefault="00000000">
            <w:pPr>
              <w:spacing w:before="60" w:after="60"/>
            </w:pPr>
            <w:r>
              <w:rPr>
                <w:rFonts w:ascii="Nanum Gothic" w:eastAsia="Nanum Gothic" w:hAnsi="Nanum Gothic" w:cs="Nanum Gothic"/>
                <w:color w:val="1A1A1A"/>
                <w:sz w:val="20"/>
              </w:rPr>
              <w:t/>
            </w:r>
          </w:p>
        </w:tc>
      </w:tr>
      <w:tr w:rsidR="00226CAC" w14:paraId="065BA439" w14:textId="77777777">
        <w:tc>
          <w:tcPr>
            <w:tcW w:w="2268" w:type="dxa"/>
          </w:tcPr>
          <w:p w14:paraId="7790D44A" w14:textId="77777777" w:rsidR="00226CAC" w:rsidRDefault="00000000">
            <w:pPr>
              <w:spacing w:before="60" w:after="60"/>
            </w:pPr>
            <w:r>
              <w:rPr>
                <w:rFonts w:ascii="Nanum Gothic" w:eastAsia="Nanum Gothic" w:hAnsi="Nanum Gothic" w:cs="Nanum Gothic"/>
                <w:color w:val="1A1A1A"/>
                <w:sz w:val="20"/>
              </w:rPr>
              <w:t>3차</w:t>
            </w:r>
          </w:p>
        </w:tc>
        <w:tc>
          <w:tcPr>
            <w:tcW w:w="2268" w:type="dxa"/>
          </w:tcPr>
          <w:p w14:paraId="0A2D1DC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w:r>
          </w:p>
        </w:tc>
        <w:tc>
          <w:tcPr>
            <w:tcW w:w="2268" w:type="dxa"/>
          </w:tcPr>
          <w:p w14:paraId="7FDC6814" w14:textId="77777777" w:rsidR="00226CAC" w:rsidRDefault="00000000">
            <w:pPr>
              <w:spacing w:before="60" w:after="60"/>
            </w:pPr>
            <w:r>
              <w:rPr>
                <w:rFonts w:ascii="Nanum Gothic" w:eastAsia="Nanum Gothic" w:hAnsi="Nanum Gothic" w:cs="Nanum Gothic"/>
                <w:color w:val="1A1A1A"/>
                <w:sz w:val="20"/>
              </w:rPr>
              <w:t/>
            </w:r>
          </w:p>
        </w:tc>
        <w:tc>
          <w:tcPr>
            <w:tcW w:w="2268" w:type="dxa"/>
          </w:tcPr>
          <w:p w14:paraId="4591D315" w14:textId="77777777" w:rsidR="00226CAC" w:rsidRDefault="00000000">
            <w:pPr>
              <w:spacing w:before="60" w:after="60"/>
            </w:pPr>
            <w:r>
              <w:rPr>
                <w:rFonts w:ascii="Nanum Gothic" w:eastAsia="Nanum Gothic" w:hAnsi="Nanum Gothic" w:cs="Nanum Gothic"/>
                <w:color w:val="1A1A1A"/>
                <w:sz w:val="20"/>
              </w:rPr>
              <w:t/>
            </w:r>
          </w:p>
        </w:tc>
      </w:tr>
    </w:tbl>
    <w:p w14:paraId="51E10AD7"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8.6.3 반복 개선 시 확인할 점</w:t>
      </w:r>
    </w:p>
    <w:p w14:paraId="33C8C62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수정할 때는 결과의 어떤 부분이 목표와 다른지 먼저 확인합니다.</w:t>
      </w:r>
    </w:p>
    <w:p w14:paraId="33C8C62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이미지나 원문에서 직접 확인할 수 있는 사실은 반드시 대조합니다.</w:t>
      </w:r>
    </w:p>
    <w:p w14:paraId="33C8C62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프롬프트를 수정해도 해결되지 않는 문제는 AI의 한계로 기록합니다.</w:t>
      </w:r>
    </w:p>
    <w:p w14:paraId="0114CFA9" w14:textId="77777777" w:rsidR="00226CAC" w:rsidRDefault="00000000">
      <w:pPr>
        <w:pBdr>
          <w:bottom w:val="single" w:sz="4" w:space="1" w:color="024AD8"/>
        </w:pBdr>
        <w:spacing w:before="280" w:after="80"/>
      </w:pPr>
      <w:r>
        <w:rPr>
          <w:rFonts w:ascii="Nanum Gothic" w:eastAsia="Nanum Gothic" w:hAnsi="Nanum Gothic" w:cs="Nanum Gothic"/>
          <w:b/>
          <w:color w:val="024AD8"/>
          <w:sz w:val="36"/>
        </w:rPr>
        <w:t>8.7 3기준 자체 평가</w:t>
      </w:r>
    </w:p>
    <w:tbl>
      <w:tblPr>
        <w:tblStyle w:val="af9"/>
        <w:tblW w:w="0" w:type="auto"/>
        <w:tblLayout w:type="fixed"/>
        <w:tblLook w:val="04A0" w:firstRow="1" w:lastRow="0" w:firstColumn="1" w:lastColumn="0" w:noHBand="0" w:noVBand="1"/>
      </w:tblPr>
      <w:tblGrid>
        <w:gridCol w:w="400"/>
        <w:gridCol w:w="8672"/>
      </w:tblGrid>
      <w:tr w:rsidR="00226CAC" w14:paraId="4C6A6C9F" w14:textId="77777777">
        <w:tc>
          <w:tcPr>
            <w:tcW w:w="400" w:type="dxa"/>
            <w:shd w:val="clear" w:color="auto" w:fill="C05621"/>
          </w:tcPr>
          <w:p w14:paraId="166F3BD2" w14:textId="77777777" w:rsidR="00226CAC" w:rsidRDefault="00226CAC">
            <w:pPr>
              <w:spacing w:before="80" w:after="80"/>
            </w:pPr>
          </w:p>
        </w:tc>
        <w:tc>
          <w:tcPr>
            <w:tcW w:w="8672" w:type="dxa"/>
            <w:shd w:val="clear" w:color="auto" w:fill="FFF7E6"/>
          </w:tcPr>
          <w:p w14:paraId="4456AE53" w14:textId="77777777" w:rsidR="00226CAC" w:rsidRDefault="00000000">
            <w:pPr>
              <w:spacing w:before="80" w:after="80"/>
              <w:rPr>
                <w:rFonts w:eastAsia="Nanum Gothic"/>
                <w:lang w:eastAsia="ko-KR"/>
              </w:rPr>
            </w:pPr>
            <w:r>
              <w:rPr>
                <w:rFonts w:ascii="Nanum Gothic" w:eastAsia="Nanum Gothic" w:hAnsi="Nanum Gothic" w:cs="Nanum Gothic"/>
                <w:b/>
                <w:color w:val="C05621"/>
                <w:sz w:val="20"/>
                <w:lang w:eastAsia="ko-KR"/>
              </w:rPr>
              <w:t>⚠️ 주의</w:t>
            </w:r>
            <w:r>
              <w:rPr>
                <w:rFonts w:ascii="Apple SD Gothic Neo" w:eastAsia="Nanum Gothic" w:hAnsi="Apple SD Gothic Neo" w:cs="Apple SD Gothic Neo"/>
                <w:b/>
                <w:color w:val="C05621"/>
                <w:sz w:val="20"/>
                <w:lang w:eastAsia="ko-KR"/>
              </w:rPr>
              <w:br/>
            </w:r>
            <w:r>
              <w:rPr>
                <w:rFonts w:ascii="Nanum Gothic" w:eastAsia="Nanum Gothic" w:hAnsi="Nanum Gothic" w:cs="Nanum Gothic"/>
                <w:color w:val="1A1A1A"/>
                <w:sz w:val="20"/>
                <w:lang w:eastAsia="ko-KR"/>
              </w:rPr>
              <w:t>AI 차단 — 본인 판단 기준으로 평가. "AI한테 '이 결과 좋아?' 물어보는 건 금지."</w:t>
            </w:r>
          </w:p>
        </w:tc>
      </w:tr>
    </w:tbl>
    <w:p w14:paraId="29D5F66A" w14:textId="77777777" w:rsidR="00226CAC" w:rsidRDefault="00226CAC">
      <w:pPr>
        <w:rPr>
          <w:rFonts w:eastAsia="Nanum Gothic"/>
          <w:lang w:eastAsia="ko-KR"/>
        </w:rPr>
      </w:pPr>
    </w:p>
    <w:tbl>
      <w:tblPr>
        <w:tblStyle w:val="af9"/>
        <w:tblW w:w="0" w:type="auto"/>
        <w:tblLook w:val="04A0" w:firstRow="1" w:lastRow="0" w:firstColumn="1" w:lastColumn="0" w:noHBand="0" w:noVBand="1"/>
      </w:tblPr>
      <w:tblGrid>
        <w:gridCol w:w="3024"/>
        <w:gridCol w:w="3024"/>
        <w:gridCol w:w="3024"/>
      </w:tblGrid>
      <w:tr w:rsidR="00226CAC" w14:paraId="36A4D786" w14:textId="77777777">
        <w:tc>
          <w:tcPr>
            <w:tcW w:w="3024" w:type="dxa"/>
            <w:shd w:val="clear" w:color="auto" w:fill="024AD8"/>
          </w:tcPr>
          <w:p w14:paraId="105B1481" w14:textId="77777777" w:rsidR="00226CAC" w:rsidRDefault="00000000">
            <w:pPr>
              <w:spacing w:before="60" w:after="60"/>
            </w:pPr>
            <w:r>
              <w:rPr>
                <w:rFonts w:ascii="Nanum Gothic" w:eastAsia="Nanum Gothic" w:hAnsi="Nanum Gothic" w:cs="Nanum Gothic"/>
                <w:b/>
                <w:color w:val="FFFFFF"/>
                <w:sz w:val="20"/>
              </w:rPr>
              <w:t>기준</w:t>
            </w:r>
          </w:p>
        </w:tc>
        <w:tc>
          <w:tcPr>
            <w:tcW w:w="3024" w:type="dxa"/>
            <w:shd w:val="clear" w:color="auto" w:fill="024AD8"/>
          </w:tcPr>
          <w:p w14:paraId="112E6418" w14:textId="77777777" w:rsidR="00226CAC" w:rsidRDefault="00000000">
            <w:pPr>
              <w:spacing w:before="60" w:after="60"/>
            </w:pPr>
            <w:r>
              <w:rPr>
                <w:rFonts w:ascii="Nanum Gothic" w:eastAsia="Nanum Gothic" w:hAnsi="Nanum Gothic" w:cs="Nanum Gothic"/>
                <w:b/>
                <w:color w:val="FFFFFF"/>
                <w:sz w:val="20"/>
              </w:rPr>
              <w:t>설명</w:t>
            </w:r>
          </w:p>
        </w:tc>
        <w:tc>
          <w:tcPr>
            <w:tcW w:w="3024" w:type="dxa"/>
            <w:shd w:val="clear" w:color="auto" w:fill="024AD8"/>
          </w:tcPr>
          <w:p w14:paraId="3BC2AE48" w14:textId="77777777" w:rsidR="00226CAC" w:rsidRDefault="00000000">
            <w:pPr>
              <w:spacing w:before="60" w:after="60"/>
            </w:pPr>
            <w:r>
              <w:rPr>
                <w:rFonts w:ascii="Nanum Gothic" w:eastAsia="Nanum Gothic" w:hAnsi="Nanum Gothic" w:cs="Nanum Gothic"/>
                <w:b/>
                <w:color w:val="FFFFFF"/>
                <w:sz w:val="20"/>
              </w:rPr>
              <w:t>평가 점수 (1~5)</w:t>
            </w:r>
          </w:p>
        </w:tc>
      </w:tr>
      <w:tr w:rsidR="00226CAC" w14:paraId="5D441DB4" w14:textId="77777777">
        <w:tc>
          <w:tcPr>
            <w:tcW w:w="3024" w:type="dxa"/>
          </w:tcPr>
          <w:p w14:paraId="6CED0193" w14:textId="77777777" w:rsidR="00226CAC" w:rsidRDefault="00000000">
            <w:pPr>
              <w:spacing w:before="60" w:after="60"/>
            </w:pPr>
            <w:r>
              <w:rPr>
                <w:rFonts w:ascii="Nanum Gothic" w:eastAsia="Nanum Gothic" w:hAnsi="Nanum Gothic" w:cs="Nanum Gothic"/>
                <w:color w:val="1A1A1A"/>
                <w:sz w:val="20"/>
              </w:rPr>
              <w:t xml:space="preserve">① </w:t>
            </w:r>
            <w:r>
              <w:rPr>
                <w:rFonts w:ascii="Nanum Gothic" w:eastAsia="Nanum Gothic" w:hAnsi="Nanum Gothic" w:cs="Nanum Gothic"/>
                <w:b/>
                <w:color w:val="1A1A1A"/>
                <w:sz w:val="20"/>
              </w:rPr>
              <w:t>정확성</w:t>
            </w:r>
          </w:p>
        </w:tc>
        <w:tc>
          <w:tcPr>
            <w:tcW w:w="3024" w:type="dxa"/>
          </w:tcPr>
          <w:p w14:paraId="5B6252B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응답에 사실 오류 또는 불확실한 수치가 없는가</w:t>
            </w:r>
          </w:p>
        </w:tc>
        <w:tc>
          <w:tcPr>
            <w:tcW w:w="3024" w:type="dxa"/>
          </w:tcPr>
          <w:p w14:paraId="660B5EE3" w14:textId="77777777" w:rsidR="00226CAC" w:rsidRDefault="00000000">
            <w:pPr>
              <w:spacing w:before="60" w:after="60"/>
            </w:pPr>
            <w:r>
              <w:rPr>
                <w:rFonts w:ascii="Nanum Gothic" w:eastAsia="Nanum Gothic" w:hAnsi="Nanum Gothic" w:cs="Nanum Gothic"/>
                <w:color w:val="1A1A1A"/>
                <w:sz w:val="20"/>
              </w:rPr>
              <w:t>(빈칸)</w:t>
            </w:r>
          </w:p>
        </w:tc>
      </w:tr>
      <w:tr w:rsidR="00226CAC" w14:paraId="6A546677" w14:textId="77777777">
        <w:tc>
          <w:tcPr>
            <w:tcW w:w="3024" w:type="dxa"/>
          </w:tcPr>
          <w:p w14:paraId="19346A2B" w14:textId="77777777" w:rsidR="00226CAC" w:rsidRDefault="00000000">
            <w:pPr>
              <w:spacing w:before="60" w:after="60"/>
            </w:pPr>
            <w:r>
              <w:rPr>
                <w:rFonts w:ascii="Nanum Gothic" w:eastAsia="Nanum Gothic" w:hAnsi="Nanum Gothic" w:cs="Nanum Gothic"/>
                <w:color w:val="1A1A1A"/>
                <w:sz w:val="20"/>
              </w:rPr>
              <w:t xml:space="preserve">② </w:t>
            </w:r>
            <w:r>
              <w:rPr>
                <w:rFonts w:ascii="Nanum Gothic" w:eastAsia="Nanum Gothic" w:hAnsi="Nanum Gothic" w:cs="Nanum Gothic"/>
                <w:b/>
                <w:color w:val="1A1A1A"/>
                <w:sz w:val="20"/>
              </w:rPr>
              <w:t>비용</w:t>
            </w:r>
          </w:p>
        </w:tc>
        <w:tc>
          <w:tcPr>
            <w:tcW w:w="3024" w:type="dxa"/>
          </w:tcPr>
          <w:p w14:paraId="0AD9BD0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이미지 토큰 사용이 이 업무에 정당한가</w:t>
            </w:r>
          </w:p>
        </w:tc>
        <w:tc>
          <w:tcPr>
            <w:tcW w:w="3024" w:type="dxa"/>
          </w:tcPr>
          <w:p w14:paraId="5E3675DC" w14:textId="77777777" w:rsidR="00226CAC" w:rsidRDefault="00000000">
            <w:pPr>
              <w:spacing w:before="60" w:after="60"/>
            </w:pPr>
            <w:r>
              <w:rPr>
                <w:rFonts w:ascii="Nanum Gothic" w:eastAsia="Nanum Gothic" w:hAnsi="Nanum Gothic" w:cs="Nanum Gothic"/>
                <w:color w:val="1A1A1A"/>
                <w:sz w:val="20"/>
              </w:rPr>
              <w:t>(빈칸)</w:t>
            </w:r>
          </w:p>
        </w:tc>
      </w:tr>
      <w:tr w:rsidR="00226CAC" w14:paraId="2D959705" w14:textId="77777777">
        <w:tc>
          <w:tcPr>
            <w:tcW w:w="3024" w:type="dxa"/>
          </w:tcPr>
          <w:p w14:paraId="42EBD280" w14:textId="77777777" w:rsidR="00226CAC" w:rsidRDefault="00000000">
            <w:pPr>
              <w:spacing w:before="60" w:after="60"/>
            </w:pPr>
            <w:r>
              <w:rPr>
                <w:rFonts w:ascii="Nanum Gothic" w:eastAsia="Nanum Gothic" w:hAnsi="Nanum Gothic" w:cs="Nanum Gothic"/>
                <w:color w:val="1A1A1A"/>
                <w:sz w:val="20"/>
              </w:rPr>
              <w:t xml:space="preserve">③ </w:t>
            </w:r>
            <w:r>
              <w:rPr>
                <w:rFonts w:ascii="Nanum Gothic" w:eastAsia="Nanum Gothic" w:hAnsi="Nanum Gothic" w:cs="Nanum Gothic"/>
                <w:b/>
                <w:color w:val="1A1A1A"/>
                <w:sz w:val="20"/>
              </w:rPr>
              <w:t>활용성</w:t>
            </w:r>
          </w:p>
        </w:tc>
        <w:tc>
          <w:tcPr>
            <w:tcW w:w="3024" w:type="dxa"/>
          </w:tcPr>
          <w:p w14:paraId="6BF7483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지금 당장 업무에 그대로 쓸 수 있는가</w:t>
            </w:r>
          </w:p>
        </w:tc>
        <w:tc>
          <w:tcPr>
            <w:tcW w:w="3024" w:type="dxa"/>
          </w:tcPr>
          <w:p w14:paraId="089A96BD" w14:textId="77777777" w:rsidR="00226CAC" w:rsidRDefault="00000000">
            <w:pPr>
              <w:spacing w:before="60" w:after="60"/>
            </w:pPr>
            <w:r>
              <w:rPr>
                <w:rFonts w:ascii="Nanum Gothic" w:eastAsia="Nanum Gothic" w:hAnsi="Nanum Gothic" w:cs="Nanum Gothic"/>
                <w:color w:val="1A1A1A"/>
                <w:sz w:val="20"/>
              </w:rPr>
              <w:t>(빈칸)</w:t>
            </w:r>
          </w:p>
        </w:tc>
      </w:tr>
    </w:tbl>
    <w:p w14:paraId="5ECF63CC" w14:textId="77777777" w:rsidR="00226CAC" w:rsidRDefault="00226CAC"/>
    <w:p w14:paraId="55345FCD" w14:textId="77777777" w:rsidR="00226CAC" w:rsidRDefault="00000000">
      <w:pPr>
        <w:spacing w:before="60" w:after="60"/>
      </w:pPr>
      <w:r>
        <w:rPr>
          <w:rFonts w:ascii="Nanum Gothic" w:eastAsia="Nanum Gothic" w:hAnsi="Nanum Gothic" w:cs="Nanum Gothic"/>
          <w:b/>
          <w:color w:val="1A1A1A"/>
          <w:sz w:val="20"/>
        </w:rPr>
        <w:t>평가 기준 가이드</w:t>
      </w:r>
      <w:r>
        <w:rPr>
          <w:rFonts w:ascii="Nanum Gothic" w:eastAsia="Nanum Gothic" w:hAnsi="Nanum Gothic" w:cs="Nanum Gothic"/>
          <w:color w:val="1A1A1A"/>
          <w:sz w:val="20"/>
        </w:rPr>
        <w:t>:</w:t>
      </w:r>
    </w:p>
    <w:p w14:paraId="554C1B61" w14:textId="77777777" w:rsidR="00226CAC" w:rsidRDefault="00000000">
      <w:pPr>
        <w:spacing w:before="60" w:after="60"/>
      </w:pPr>
      <w:r>
        <w:rPr>
          <w:rFonts w:ascii="Nanum Gothic" w:eastAsia="Nanum Gothic" w:hAnsi="Nanum Gothic" w:cs="Nanum Gothic"/>
          <w:b/>
          <w:color w:val="1A1A1A"/>
          <w:sz w:val="20"/>
        </w:rPr>
        <w:t>① 정확성 (1~5점)</w:t>
      </w:r>
      <w:r>
        <w:rPr>
          <w:rFonts w:ascii="Nanum Gothic" w:eastAsia="Nanum Gothic" w:hAnsi="Nanum Gothic" w:cs="Nanum Gothic"/>
          <w:color w:val="1A1A1A"/>
          <w:sz w:val="20"/>
        </w:rPr>
        <w:t>:</w:t>
      </w:r>
    </w:p>
    <w:p w14:paraId="63C34542"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5점: 오류 없음, 모든 내용 원본과 일치</w:t>
      </w:r>
    </w:p>
    <w:p w14:paraId="5544D9D4"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3점: 대부분 정확하나 1~2개 의심스러운 수치</w:t>
      </w:r>
    </w:p>
    <w:p w14:paraId="4D65869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1점: 명백한 사실 오류 다수, 검증 없이 사용 불가</w:t>
      </w:r>
    </w:p>
    <w:p w14:paraId="4AE909E6"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② 비용 (1~5점)</w:t>
      </w:r>
      <w:r>
        <w:rPr>
          <w:rFonts w:ascii="Nanum Gothic" w:eastAsia="Nanum Gothic" w:hAnsi="Nanum Gothic" w:cs="Nanum Gothic"/>
          <w:color w:val="1A1A1A"/>
          <w:sz w:val="20"/>
          <w:lang w:eastAsia="ko-KR"/>
        </w:rPr>
        <w:t>:</w:t>
      </w:r>
    </w:p>
    <w:p w14:paraId="692D9B7D"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lastRenderedPageBreak/>
        <w:t>• 5점: 텍스트만으로는 이 결과를 내기 어려웠음 → 이미지가 필수였음</w:t>
      </w:r>
    </w:p>
    <w:p w14:paraId="15B2E992"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3점: 텍스트로도 가능했지만 이미지가 더 편리했음</w:t>
      </w:r>
    </w:p>
    <w:p w14:paraId="0BB753BE"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1점: 텍스트 입력으로도 충분했음 → 이미지 토큰 낭비</w:t>
      </w:r>
    </w:p>
    <w:p w14:paraId="1314615D"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③ 활용성 (1~5점)</w:t>
      </w:r>
      <w:r>
        <w:rPr>
          <w:rFonts w:ascii="Nanum Gothic" w:eastAsia="Nanum Gothic" w:hAnsi="Nanum Gothic" w:cs="Nanum Gothic"/>
          <w:color w:val="1A1A1A"/>
          <w:sz w:val="20"/>
          <w:lang w:eastAsia="ko-KR"/>
        </w:rPr>
        <w:t>:</w:t>
      </w:r>
    </w:p>
    <w:p w14:paraId="0FE7EF40"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5점: 결과물을 수정 없이 바로 업무에 사용 가능</w:t>
      </w:r>
    </w:p>
    <w:p w14:paraId="4FD2222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3점: 약간의 수정 후 사용 가능</w:t>
      </w:r>
    </w:p>
    <w:p w14:paraId="4B74D29D"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1점: 전면 재작성이 필요 → AI 활용 가치 낮음</w:t>
      </w:r>
    </w:p>
    <w:tbl>
      <w:tblPr>
        <w:tblStyle w:val="af9"/>
        <w:tblW w:w="0" w:type="auto"/>
        <w:tblLayout w:type="fixed"/>
        <w:tblLook w:val="04A0" w:firstRow="1" w:lastRow="0" w:firstColumn="1" w:lastColumn="0" w:noHBand="0" w:noVBand="1"/>
      </w:tblPr>
      <w:tblGrid>
        <w:gridCol w:w="400"/>
        <w:gridCol w:w="8672"/>
      </w:tblGrid>
      <w:tr w:rsidR="00226CAC" w14:paraId="60260C52" w14:textId="77777777">
        <w:tc>
          <w:tcPr>
            <w:tcW w:w="400" w:type="dxa"/>
            <w:shd w:val="clear" w:color="auto" w:fill="6B46C1"/>
          </w:tcPr>
          <w:p w14:paraId="5BC09D76" w14:textId="77777777" w:rsidR="00226CAC" w:rsidRDefault="00226CAC">
            <w:pPr>
              <w:spacing w:before="80" w:after="80"/>
              <w:rPr>
                <w:rFonts w:eastAsia="Nanum Gothic"/>
                <w:lang w:eastAsia="ko-KR"/>
              </w:rPr>
            </w:pPr>
          </w:p>
        </w:tc>
        <w:tc>
          <w:tcPr>
            <w:tcW w:w="8672" w:type="dxa"/>
            <w:shd w:val="clear" w:color="auto" w:fill="F3EEFB"/>
          </w:tcPr>
          <w:p w14:paraId="07659C33" w14:textId="7777777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"3기준 중 어느 것이 가장 낮게 나왔나요? 그 기준을 높이려면 무엇을 바꿔야 할까요?"</w:t>
            </w:r>
          </w:p>
        </w:tc>
      </w:tr>
    </w:tbl>
    <w:p w14:paraId="2EB37DAE" w14:textId="77777777" w:rsidR="00226CAC" w:rsidRDefault="00226CAC">
      <w:pPr>
        <w:rPr>
          <w:rFonts w:eastAsia="Nanum Gothic"/>
          <w:lang w:eastAsia="ko-KR"/>
        </w:rPr>
      </w:pPr>
    </w:p>
    <w:p w14:paraId="36E95886"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8.8 이미지 토큰 비용 이해</w:t>
      </w:r>
    </w:p>
    <w:p w14:paraId="30F5DE21"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이미지 vs 텍스트 토큰 비교 (개념)</w:t>
      </w:r>
      <w:r>
        <w:rPr>
          <w:rFonts w:ascii="Nanum Gothic" w:eastAsia="Nanum Gothic" w:hAnsi="Nanum Gothic" w:cs="Nanum Gothic"/>
          <w:color w:val="1A1A1A"/>
          <w:sz w:val="20"/>
          <w:lang w:eastAsia="ko-KR"/>
        </w:rPr>
        <w:t>:</w:t>
      </w:r>
    </w:p>
    <w:tbl>
      <w:tblPr>
        <w:tblStyle w:val="af9"/>
        <w:tblW w:w="0" w:type="auto"/>
        <w:tblLook w:val="04A0" w:firstRow="1" w:lastRow="0" w:firstColumn="1" w:lastColumn="0" w:noHBand="0" w:noVBand="1"/>
      </w:tblPr>
      <w:tblGrid>
        <w:gridCol w:w="3024"/>
        <w:gridCol w:w="3024"/>
        <w:gridCol w:w="3024"/>
      </w:tblGrid>
      <w:tr w:rsidR="00226CAC" w14:paraId="2D96CAF4" w14:textId="77777777">
        <w:tc>
          <w:tcPr>
            <w:tcW w:w="3024" w:type="dxa"/>
            <w:shd w:val="clear" w:color="auto" w:fill="024AD8"/>
          </w:tcPr>
          <w:p w14:paraId="63575C79" w14:textId="77777777" w:rsidR="00226CAC" w:rsidRDefault="00000000">
            <w:pPr>
              <w:spacing w:before="60" w:after="60"/>
            </w:pPr>
            <w:r>
              <w:rPr>
                <w:rFonts w:ascii="Nanum Gothic" w:eastAsia="Nanum Gothic" w:hAnsi="Nanum Gothic" w:cs="Nanum Gothic"/>
                <w:b/>
                <w:color w:val="FFFFFF"/>
                <w:sz w:val="20"/>
              </w:rPr>
              <w:t>입력 유형</w:t>
            </w:r>
          </w:p>
        </w:tc>
        <w:tc>
          <w:tcPr>
            <w:tcW w:w="3024" w:type="dxa"/>
            <w:shd w:val="clear" w:color="auto" w:fill="024AD8"/>
          </w:tcPr>
          <w:p w14:paraId="2983688C" w14:textId="77777777" w:rsidR="00226CAC" w:rsidRDefault="00000000">
            <w:pPr>
              <w:spacing w:before="60" w:after="60"/>
            </w:pPr>
            <w:r>
              <w:rPr>
                <w:rFonts w:ascii="Nanum Gothic" w:eastAsia="Nanum Gothic" w:hAnsi="Nanum Gothic" w:cs="Nanum Gothic"/>
                <w:b/>
                <w:color w:val="FFFFFF"/>
                <w:sz w:val="20"/>
              </w:rPr>
              <w:t>토큰 소비</w:t>
            </w:r>
          </w:p>
        </w:tc>
        <w:tc>
          <w:tcPr>
            <w:tcW w:w="3024" w:type="dxa"/>
            <w:shd w:val="clear" w:color="auto" w:fill="024AD8"/>
          </w:tcPr>
          <w:p w14:paraId="314E8D7D" w14:textId="77777777" w:rsidR="00226CAC" w:rsidRDefault="00000000">
            <w:pPr>
              <w:spacing w:before="60" w:after="60"/>
            </w:pPr>
            <w:r>
              <w:rPr>
                <w:rFonts w:ascii="Nanum Gothic" w:eastAsia="Nanum Gothic" w:hAnsi="Nanum Gothic" w:cs="Nanum Gothic"/>
                <w:b/>
                <w:color w:val="FFFFFF"/>
                <w:sz w:val="20"/>
              </w:rPr>
              <w:t>비교</w:t>
            </w:r>
          </w:p>
        </w:tc>
      </w:tr>
      <w:tr w:rsidR="00226CAC" w14:paraId="49C96CB6" w14:textId="77777777">
        <w:tc>
          <w:tcPr>
            <w:tcW w:w="3024" w:type="dxa"/>
          </w:tcPr>
          <w:p w14:paraId="0CF4C49E" w14:textId="77777777" w:rsidR="00226CAC" w:rsidRDefault="00000000">
            <w:pPr>
              <w:spacing w:before="60" w:after="60"/>
            </w:pPr>
            <w:r>
              <w:rPr>
                <w:rFonts w:ascii="Nanum Gothic" w:eastAsia="Nanum Gothic" w:hAnsi="Nanum Gothic" w:cs="Nanum Gothic"/>
                <w:color w:val="1A1A1A"/>
                <w:sz w:val="20"/>
              </w:rPr>
              <w:t>텍스트 1,000자</w:t>
            </w:r>
          </w:p>
        </w:tc>
        <w:tc>
          <w:tcPr>
            <w:tcW w:w="3024" w:type="dxa"/>
          </w:tcPr>
          <w:p w14:paraId="252789F0" w14:textId="77777777" w:rsidR="00226CAC" w:rsidRDefault="00000000">
            <w:pPr>
              <w:spacing w:before="60" w:after="60"/>
            </w:pPr>
            <w:r>
              <w:rPr>
                <w:rFonts w:ascii="Nanum Gothic" w:eastAsia="Nanum Gothic" w:hAnsi="Nanum Gothic" w:cs="Nanum Gothic"/>
                <w:color w:val="1A1A1A"/>
                <w:sz w:val="20"/>
              </w:rPr>
              <w:t>약 400~600 토큰</w:t>
            </w:r>
          </w:p>
        </w:tc>
        <w:tc>
          <w:tcPr>
            <w:tcW w:w="3024" w:type="dxa"/>
          </w:tcPr>
          <w:p w14:paraId="78E379ED" w14:textId="77777777" w:rsidR="00226CAC" w:rsidRDefault="00000000">
            <w:pPr>
              <w:spacing w:before="60" w:after="60"/>
            </w:pPr>
            <w:r>
              <w:rPr>
                <w:rFonts w:ascii="Nanum Gothic" w:eastAsia="Nanum Gothic" w:hAnsi="Nanum Gothic" w:cs="Nanum Gothic"/>
                <w:color w:val="1A1A1A"/>
                <w:sz w:val="20"/>
              </w:rPr>
              <w:t>기준</w:t>
            </w:r>
          </w:p>
        </w:tc>
      </w:tr>
      <w:tr w:rsidR="00226CAC" w14:paraId="1F7D4BC6" w14:textId="77777777">
        <w:tc>
          <w:tcPr>
            <w:tcW w:w="3024" w:type="dxa"/>
          </w:tcPr>
          <w:p w14:paraId="4F5C6672" w14:textId="77777777" w:rsidR="00226CAC" w:rsidRDefault="00000000">
            <w:pPr>
              <w:spacing w:before="60" w:after="60"/>
            </w:pPr>
            <w:r>
              <w:rPr>
                <w:rFonts w:ascii="Nanum Gothic" w:eastAsia="Nanum Gothic" w:hAnsi="Nanum Gothic" w:cs="Nanum Gothic"/>
                <w:color w:val="1A1A1A"/>
                <w:sz w:val="20"/>
              </w:rPr>
              <w:t>저해상도 이미지 1장</w:t>
            </w:r>
          </w:p>
        </w:tc>
        <w:tc>
          <w:tcPr>
            <w:tcW w:w="3024" w:type="dxa"/>
          </w:tcPr>
          <w:p w14:paraId="26D30592" w14:textId="77777777" w:rsidR="00226CAC" w:rsidRDefault="00000000">
            <w:pPr>
              <w:spacing w:before="60" w:after="60"/>
            </w:pPr>
            <w:r>
              <w:rPr>
                <w:rFonts w:ascii="Nanum Gothic" w:eastAsia="Nanum Gothic" w:hAnsi="Nanum Gothic" w:cs="Nanum Gothic"/>
                <w:color w:val="1A1A1A"/>
                <w:sz w:val="20"/>
              </w:rPr>
              <w:t>약 수백 토큰</w:t>
            </w:r>
          </w:p>
        </w:tc>
        <w:tc>
          <w:tcPr>
            <w:tcW w:w="3024" w:type="dxa"/>
          </w:tcPr>
          <w:p w14:paraId="088989EF" w14:textId="77777777" w:rsidR="00226CAC" w:rsidRDefault="00000000">
            <w:pPr>
              <w:spacing w:before="60" w:after="60"/>
            </w:pPr>
            <w:r>
              <w:rPr>
                <w:rFonts w:ascii="Nanum Gothic" w:eastAsia="Nanum Gothic" w:hAnsi="Nanum Gothic" w:cs="Nanum Gothic"/>
                <w:color w:val="1A1A1A"/>
                <w:sz w:val="20"/>
              </w:rPr>
              <w:t>텍스트보다 多</w:t>
            </w:r>
          </w:p>
        </w:tc>
      </w:tr>
      <w:tr w:rsidR="00226CAC" w14:paraId="20F6E4D1" w14:textId="77777777">
        <w:tc>
          <w:tcPr>
            <w:tcW w:w="3024" w:type="dxa"/>
          </w:tcPr>
          <w:p w14:paraId="24D0BC61" w14:textId="77777777" w:rsidR="00226CAC" w:rsidRDefault="00000000">
            <w:pPr>
              <w:spacing w:before="60" w:after="60"/>
            </w:pPr>
            <w:r>
              <w:rPr>
                <w:rFonts w:ascii="Nanum Gothic" w:eastAsia="Nanum Gothic" w:hAnsi="Nanum Gothic" w:cs="Nanum Gothic"/>
                <w:color w:val="1A1A1A"/>
                <w:sz w:val="20"/>
              </w:rPr>
              <w:t>고해상도 이미지 1장</w:t>
            </w:r>
          </w:p>
        </w:tc>
        <w:tc>
          <w:tcPr>
            <w:tcW w:w="3024" w:type="dxa"/>
          </w:tcPr>
          <w:p w14:paraId="76D799B8" w14:textId="77777777" w:rsidR="00226CAC" w:rsidRDefault="00000000">
            <w:pPr>
              <w:spacing w:before="60" w:after="60"/>
            </w:pPr>
            <w:r>
              <w:rPr>
                <w:rFonts w:ascii="Nanum Gothic" w:eastAsia="Nanum Gothic" w:hAnsi="Nanum Gothic" w:cs="Nanum Gothic"/>
                <w:color w:val="1A1A1A"/>
                <w:sz w:val="20"/>
              </w:rPr>
              <w:t>약 수천 토큰</w:t>
            </w:r>
          </w:p>
        </w:tc>
        <w:tc>
          <w:tcPr>
            <w:tcW w:w="3024" w:type="dxa"/>
          </w:tcPr>
          <w:p w14:paraId="483128CC" w14:textId="77777777" w:rsidR="00226CAC" w:rsidRDefault="00000000">
            <w:pPr>
              <w:spacing w:before="60" w:after="60"/>
            </w:pPr>
            <w:r>
              <w:rPr>
                <w:rFonts w:ascii="Nanum Gothic" w:eastAsia="Nanum Gothic" w:hAnsi="Nanum Gothic" w:cs="Nanum Gothic"/>
                <w:color w:val="1A1A1A"/>
                <w:sz w:val="20"/>
              </w:rPr>
              <w:t>텍스트 대비 수배</w:t>
            </w:r>
          </w:p>
        </w:tc>
      </w:tr>
    </w:tbl>
    <w:p w14:paraId="3AB4DD13" w14:textId="77777777" w:rsidR="00226CAC" w:rsidRDefault="00226CAC"/>
    <w:p w14:paraId="4791EFC1"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이미지 토큰이 왜 많은가</w:t>
      </w:r>
      <w:r>
        <w:rPr>
          <w:rFonts w:ascii="Nanum Gothic" w:eastAsia="Nanum Gothic" w:hAnsi="Nanum Gothic" w:cs="Nanum Gothic"/>
          <w:color w:val="1A1A1A"/>
          <w:sz w:val="20"/>
          <w:lang w:eastAsia="ko-KR"/>
        </w:rPr>
        <w:t>: 이미지를 처리할 때 LLM은 이미지를 수백~수천 개의 패치로 분할합니다. 각 패치를 임베딩 벡터로 변환하는 과정에서 텍스트 토큰과 유사한 처리가 발생합니다. 따라서 이미지 해상도가 높을수록 → 패치 수 증가 → 토큰 소비 증가.</w:t>
      </w:r>
    </w:p>
    <w:p w14:paraId="44A78E63"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비용 관리 원칙 (학습자에게 전달)</w:t>
      </w:r>
      <w:r>
        <w:rPr>
          <w:rFonts w:ascii="Nanum Gothic" w:eastAsia="Nanum Gothic" w:hAnsi="Nanum Gothic" w:cs="Nanum Gothic"/>
          <w:color w:val="1A1A1A"/>
          <w:sz w:val="20"/>
          <w:lang w:eastAsia="ko-KR"/>
        </w:rPr>
        <w:t>:</w:t>
      </w:r>
    </w:p>
    <w:p w14:paraId="6B0E4C8C"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1. 텍스트로 설명 가능한 내용은 텍스트만 사용</w:t>
      </w:r>
    </w:p>
    <w:p w14:paraId="1E9B75D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2. 시각적 요소(수치·구조·손글씨)가 중요한 경우에만 이미지 첨부</w:t>
      </w:r>
    </w:p>
    <w:p w14:paraId="4D05ABC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3. 고해상도 이미지는 리사이징(1024px 이하) 후 업로드</w:t>
      </w:r>
    </w:p>
    <w:p w14:paraId="6D9BBAD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4. 여러 이미지 동시 첨부 시 비용 급증 주의</w:t>
      </w:r>
    </w:p>
    <w:p w14:paraId="0A5CE517"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8.9 AI 오류 유형 및 실무 대응 전략</w:t>
      </w:r>
    </w:p>
    <w:tbl>
      <w:tblPr>
        <w:tblStyle w:val="af9"/>
        <w:tblW w:w="0" w:type="auto"/>
        <w:tblLayout w:type="fixed"/>
        <w:tblLook w:val="04A0" w:firstRow="1" w:lastRow="0" w:firstColumn="1" w:lastColumn="0" w:noHBand="0" w:noVBand="1"/>
      </w:tblPr>
      <w:tblGrid>
        <w:gridCol w:w="400"/>
        <w:gridCol w:w="8672"/>
      </w:tblGrid>
      <w:tr w:rsidR="00226CAC" w14:paraId="406FAE46" w14:textId="77777777">
        <w:tc>
          <w:tcPr>
            <w:tcW w:w="400" w:type="dxa"/>
            <w:shd w:val="clear" w:color="auto" w:fill="024AD8"/>
          </w:tcPr>
          <w:p w14:paraId="28CD625F" w14:textId="77777777" w:rsidR="00226CAC" w:rsidRDefault="00226CAC">
            <w:pPr>
              <w:spacing w:before="80" w:after="80"/>
              <w:rPr>
                <w:rFonts w:eastAsia="Nanum Gothic"/>
                <w:lang w:eastAsia="ko-KR"/>
              </w:rPr>
            </w:pPr>
          </w:p>
        </w:tc>
        <w:tc>
          <w:tcPr>
            <w:tcW w:w="8672" w:type="dxa"/>
            <w:shd w:val="clear" w:color="auto" w:fill="F0F6FF"/>
          </w:tcPr>
          <w:p w14:paraId="6A43A722" w14:textId="77777777" w:rsidR="00226CAC" w:rsidRDefault="00000000">
            <w:pPr>
              <w:spacing w:before="80" w:after="80"/>
              <w:rPr>
                <w:rFonts w:eastAsia="Nanum Gothic"/>
                <w:lang w:eastAsia="ko-KR"/>
              </w:rPr>
            </w:pPr>
            <w:r>
              <w:rPr>
                <w:rFonts w:ascii="Nanum Gothic" w:eastAsia="Nanum Gothic" w:hAnsi="Nanum Gothic" w:cs="Nanum Gothic"/>
                <w:b/>
                <w:color w:val="024AD8"/>
                <w:sz w:val="20"/>
                <w:lang w:eastAsia="ko-KR"/>
              </w:rPr>
              <w:t>⭐ 핵심</w:t>
            </w:r>
            <w:r>
              <w:rPr>
                <w:rFonts w:ascii="Apple SD Gothic Neo" w:eastAsia="Nanum Gothic" w:hAnsi="Apple SD Gothic Neo" w:cs="Apple SD Gothic Neo"/>
                <w:b/>
                <w:color w:val="024AD8"/>
                <w:sz w:val="20"/>
                <w:lang w:eastAsia="ko-KR"/>
              </w:rPr>
              <w:br/>
            </w:r>
            <w:r>
              <w:rPr>
                <w:rFonts w:ascii="Nanum Gothic" w:eastAsia="Nanum Gothic" w:hAnsi="Nanum Gothic" w:cs="Nanum Gothic"/>
                <w:color w:val="1A1A1A"/>
                <w:sz w:val="20"/>
                <w:lang w:eastAsia="ko-KR"/>
              </w:rPr>
              <w:t>"AI가 틀렸다 = 사용 못 한다"가 아니다. "AI가 틀릴 수 있다 = 검증 절차를 설계한다."</w:t>
            </w:r>
          </w:p>
        </w:tc>
      </w:tr>
    </w:tbl>
    <w:p w14:paraId="177D94FD" w14:textId="77777777" w:rsidR="00226CAC" w:rsidRDefault="00226CAC">
      <w:pPr>
        <w:rPr>
          <w:rFonts w:eastAsia="Nanum Gothic"/>
          <w:lang w:eastAsia="ko-KR"/>
        </w:rPr>
      </w:pPr>
    </w:p>
    <w:tbl>
      <w:tblPr>
        <w:tblStyle w:val="af9"/>
        <w:tblW w:w="0" w:type="auto"/>
        <w:tblLook w:val="04A0" w:firstRow="1" w:lastRow="0" w:firstColumn="1" w:lastColumn="0" w:noHBand="0" w:noVBand="1"/>
      </w:tblPr>
      <w:tblGrid>
        <w:gridCol w:w="3024"/>
        <w:gridCol w:w="3024"/>
        <w:gridCol w:w="3024"/>
      </w:tblGrid>
      <w:tr w:rsidR="00226CAC" w14:paraId="3F820E09" w14:textId="77777777">
        <w:tc>
          <w:tcPr>
            <w:tcW w:w="3024" w:type="dxa"/>
            <w:shd w:val="clear" w:color="auto" w:fill="024AD8"/>
          </w:tcPr>
          <w:p w14:paraId="47C9746B" w14:textId="77777777" w:rsidR="00226CAC" w:rsidRDefault="00000000">
            <w:pPr>
              <w:spacing w:before="60" w:after="60"/>
            </w:pPr>
            <w:r>
              <w:rPr>
                <w:rFonts w:ascii="Nanum Gothic" w:eastAsia="Nanum Gothic" w:hAnsi="Nanum Gothic" w:cs="Nanum Gothic"/>
                <w:b/>
                <w:color w:val="FFFFFF"/>
                <w:sz w:val="20"/>
              </w:rPr>
              <w:t>오류 유형</w:t>
            </w:r>
          </w:p>
        </w:tc>
        <w:tc>
          <w:tcPr>
            <w:tcW w:w="3024" w:type="dxa"/>
            <w:shd w:val="clear" w:color="auto" w:fill="024AD8"/>
          </w:tcPr>
          <w:p w14:paraId="168403CA" w14:textId="77777777" w:rsidR="00226CAC" w:rsidRDefault="00000000">
            <w:pPr>
              <w:spacing w:before="60" w:after="60"/>
            </w:pPr>
            <w:r>
              <w:rPr>
                <w:rFonts w:ascii="Nanum Gothic" w:eastAsia="Nanum Gothic" w:hAnsi="Nanum Gothic" w:cs="Nanum Gothic"/>
                <w:b/>
                <w:color w:val="FFFFFF"/>
                <w:sz w:val="20"/>
              </w:rPr>
              <w:t>설명</w:t>
            </w:r>
          </w:p>
        </w:tc>
        <w:tc>
          <w:tcPr>
            <w:tcW w:w="3024" w:type="dxa"/>
            <w:shd w:val="clear" w:color="auto" w:fill="024AD8"/>
          </w:tcPr>
          <w:p w14:paraId="61922AD5" w14:textId="77777777" w:rsidR="00226CAC" w:rsidRDefault="00000000">
            <w:pPr>
              <w:spacing w:before="60" w:after="60"/>
            </w:pPr>
            <w:r>
              <w:rPr>
                <w:rFonts w:ascii="Nanum Gothic" w:eastAsia="Nanum Gothic" w:hAnsi="Nanum Gothic" w:cs="Nanum Gothic"/>
                <w:b/>
                <w:color w:val="FFFFFF"/>
                <w:sz w:val="20"/>
              </w:rPr>
              <w:t>실무 대응 전략</w:t>
            </w:r>
          </w:p>
        </w:tc>
      </w:tr>
      <w:tr w:rsidR="00226CAC" w14:paraId="689049FE" w14:textId="77777777">
        <w:tc>
          <w:tcPr>
            <w:tcW w:w="3024" w:type="dxa"/>
          </w:tcPr>
          <w:p w14:paraId="7B61553E" w14:textId="77777777" w:rsidR="00226CAC" w:rsidRDefault="00000000">
            <w:pPr>
              <w:spacing w:before="60" w:after="60"/>
            </w:pPr>
            <w:r>
              <w:rPr>
                <w:rFonts w:ascii="Nanum Gothic" w:eastAsia="Nanum Gothic" w:hAnsi="Nanum Gothic" w:cs="Nanum Gothic"/>
                <w:b/>
                <w:color w:val="1A1A1A"/>
                <w:sz w:val="20"/>
              </w:rPr>
              <w:t>수치 오류</w:t>
            </w:r>
          </w:p>
        </w:tc>
        <w:tc>
          <w:tcPr>
            <w:tcW w:w="3024" w:type="dxa"/>
          </w:tcPr>
          <w:p w14:paraId="601033E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영수증 금액·비율을 잘못 읽음</w:t>
            </w:r>
          </w:p>
        </w:tc>
        <w:tc>
          <w:tcPr>
            <w:tcW w:w="3024" w:type="dxa"/>
          </w:tcPr>
          <w:p w14:paraId="68A3A22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중요 수치는 반드시 원본과 대조; "불확실 수치 표시" 프롬프트 추가</w:t>
            </w:r>
          </w:p>
        </w:tc>
      </w:tr>
      <w:tr w:rsidR="00226CAC" w14:paraId="08665541" w14:textId="77777777">
        <w:tc>
          <w:tcPr>
            <w:tcW w:w="3024" w:type="dxa"/>
          </w:tcPr>
          <w:p w14:paraId="02738C57" w14:textId="77777777" w:rsidR="00226CAC" w:rsidRDefault="00000000">
            <w:pPr>
              <w:spacing w:before="60" w:after="60"/>
            </w:pPr>
            <w:r>
              <w:rPr>
                <w:rFonts w:ascii="Nanum Gothic" w:eastAsia="Nanum Gothic" w:hAnsi="Nanum Gothic" w:cs="Nanum Gothic"/>
                <w:b/>
                <w:color w:val="1A1A1A"/>
                <w:sz w:val="20"/>
              </w:rPr>
              <w:lastRenderedPageBreak/>
              <w:t>맥락 오해</w:t>
            </w:r>
          </w:p>
        </w:tc>
        <w:tc>
          <w:tcPr>
            <w:tcW w:w="3024" w:type="dxa"/>
          </w:tcPr>
          <w:p w14:paraId="25DB8AC6"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이미지 내 맥락을 텍스트와 다르게 해석</w:t>
            </w:r>
          </w:p>
        </w:tc>
        <w:tc>
          <w:tcPr>
            <w:tcW w:w="3024" w:type="dxa"/>
          </w:tcPr>
          <w:p w14:paraId="72678500"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프롬프트에 맥락을 명시적으로 추가; "이 이미지는 [상황] 상황에서 찍혔습니다"</w:t>
            </w:r>
          </w:p>
        </w:tc>
      </w:tr>
      <w:tr w:rsidR="00226CAC" w14:paraId="30424448" w14:textId="77777777">
        <w:tc>
          <w:tcPr>
            <w:tcW w:w="3024" w:type="dxa"/>
          </w:tcPr>
          <w:p w14:paraId="58E142A7" w14:textId="77777777" w:rsidR="00226CAC" w:rsidRDefault="00000000">
            <w:pPr>
              <w:spacing w:before="60" w:after="60"/>
            </w:pPr>
            <w:r>
              <w:rPr>
                <w:rFonts w:ascii="Nanum Gothic" w:eastAsia="Nanum Gothic" w:hAnsi="Nanum Gothic" w:cs="Nanum Gothic"/>
                <w:b/>
                <w:color w:val="1A1A1A"/>
                <w:sz w:val="20"/>
              </w:rPr>
              <w:t>언어 혼용</w:t>
            </w:r>
          </w:p>
        </w:tc>
        <w:tc>
          <w:tcPr>
            <w:tcW w:w="3024" w:type="dxa"/>
          </w:tcPr>
          <w:p w14:paraId="54C6E8AB"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한국어 요청인데 영어 응답</w:t>
            </w:r>
          </w:p>
        </w:tc>
        <w:tc>
          <w:tcPr>
            <w:tcW w:w="3024" w:type="dxa"/>
          </w:tcPr>
          <w:p w14:paraId="6DD8C67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프롬프트 끝에 "한국어로 답변해줘" 명시; System Prompt에 언어 지정</w:t>
            </w:r>
          </w:p>
        </w:tc>
      </w:tr>
      <w:tr w:rsidR="00226CAC" w14:paraId="00A3DC36" w14:textId="77777777">
        <w:tc>
          <w:tcPr>
            <w:tcW w:w="3024" w:type="dxa"/>
          </w:tcPr>
          <w:p w14:paraId="79424675" w14:textId="77777777" w:rsidR="00226CAC" w:rsidRDefault="00000000">
            <w:pPr>
              <w:spacing w:before="60" w:after="60"/>
            </w:pPr>
            <w:r>
              <w:rPr>
                <w:rFonts w:ascii="Nanum Gothic" w:eastAsia="Nanum Gothic" w:hAnsi="Nanum Gothic" w:cs="Nanum Gothic"/>
                <w:b/>
                <w:color w:val="1A1A1A"/>
                <w:sz w:val="20"/>
              </w:rPr>
              <w:t>할루시네이션</w:t>
            </w:r>
          </w:p>
        </w:tc>
        <w:tc>
          <w:tcPr>
            <w:tcW w:w="3024" w:type="dxa"/>
          </w:tcPr>
          <w:p w14:paraId="7E960191"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이미지에 없는 내용을 '있다'고 생성</w:t>
            </w:r>
          </w:p>
        </w:tc>
        <w:tc>
          <w:tcPr>
            <w:tcW w:w="3024" w:type="dxa"/>
          </w:tcPr>
          <w:p w14:paraId="5BC71CA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"이미지에서 직접 보이는 내용만 답변해줘" 지시; 과도한 추론 제한</w:t>
            </w:r>
          </w:p>
        </w:tc>
      </w:tr>
    </w:tbl>
    <w:p w14:paraId="2943C269" w14:textId="77777777" w:rsidR="00226CAC" w:rsidRDefault="00226CAC">
      <w:pPr>
        <w:rPr>
          <w:rFonts w:eastAsia="Nanum Gothic"/>
          <w:lang w:eastAsia="ko-KR"/>
        </w:rPr>
      </w:pPr>
    </w:p>
    <w:p w14:paraId="2785F1DE"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8.9.1 검증 절차 설계 예시</w:t>
      </w:r>
    </w:p>
    <w:p w14:paraId="589C87B5"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영수증 분석 AI 워크플로 (오류 허용 설계)</w:t>
      </w:r>
      <w:r>
        <w:rPr>
          <w:rFonts w:ascii="Nanum Gothic" w:eastAsia="Nanum Gothic" w:hAnsi="Nanum Gothic" w:cs="Nanum Gothic"/>
          <w:color w:val="1A1A1A"/>
          <w:sz w:val="20"/>
          <w:lang w:eastAsia="ko-KR"/>
        </w:rPr>
        <w:t>:</w:t>
      </w:r>
    </w:p>
    <w:tbl>
      <w:tblPr>
        <w:tblStyle w:val="af9"/>
        <w:tblW w:w="0" w:type="auto"/>
        <w:tblLook w:val="04A0" w:firstRow="1" w:lastRow="0" w:firstColumn="1" w:lastColumn="0" w:noHBand="0" w:noVBand="1"/>
      </w:tblPr>
      <w:tblGrid>
        <w:gridCol w:w="9072"/>
      </w:tblGrid>
      <w:tr w:rsidR="00226CAC" w14:paraId="66FCD5A6" w14:textId="77777777">
        <w:tc>
          <w:tcPr>
            <w:tcW w:w="9072" w:type="dxa"/>
            <w:shd w:val="clear" w:color="auto" w:fill="F7F7F7"/>
          </w:tcPr>
          <w:p w14:paraId="080F19D7"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1. AI</w:t>
            </w:r>
            <w:r>
              <w:rPr>
                <w:rFonts w:ascii="Nanum Gothic" w:hAnsi="Nanum Gothic" w:eastAsia="Nanum Gothic" w:cs="Nanum Gothic"/>
                <w:color w:val="1A1A1A"/>
                <w:sz w:val="19"/>
                <w:lang w:eastAsia="ko-KR"/>
              </w:rPr>
              <w:t>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영수증에서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항목</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금액</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추출</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자동</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빠름</w:t>
            </w:r>
            <w:r>
              <w:rPr>
                <w:rFonts w:ascii="Nanum Gothic" w:hAnsi="Nanum Gothic" w:eastAsia="Nanum Gothic" w:cs="Nanum Gothic"/>
                <w:color w:val="1A1A1A"/>
                <w:sz w:val="19"/>
                <w:lang w:eastAsia="ko-KR"/>
              </w:rPr>
              <w:t>)</w:t>
            </w:r>
          </w:p>
          <w:p w14:paraId="465EF844"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2. </w:t>
            </w:r>
            <w:r>
              <w:rPr>
                <w:rFonts w:ascii="Nanum Gothic" w:hAnsi="Nanum Gothic" w:eastAsia="Nanum Gothic" w:cs="Nanum Gothic"/>
                <w:color w:val="1A1A1A"/>
                <w:sz w:val="19"/>
                <w:lang w:eastAsia="ko-KR"/>
              </w:rPr>
              <w:t>직원이</w:t>
            </w:r>
            <w:r>
              <w:rPr>
                <w:rFonts w:ascii="D2Coding" w:hAnsi="D2Coding" w:eastAsia="D2Coding" w:cs="D2Coding"/>
                <w:color w:val="1A1A1A"/>
                <w:sz w:val="19"/>
                <w:lang w:eastAsia="ko-KR"/>
              </w:rPr>
              <w:t xml:space="preserve"> AI </w:t>
            </w:r>
            <w:r>
              <w:rPr>
                <w:rFonts w:ascii="Nanum Gothic" w:hAnsi="Nanum Gothic" w:eastAsia="Nanum Gothic" w:cs="Nanum Gothic"/>
                <w:color w:val="1A1A1A"/>
                <w:sz w:val="19"/>
                <w:lang w:eastAsia="ko-KR"/>
              </w:rPr>
              <w:t>결과와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원본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영수증</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대조</w:t>
            </w:r>
            <w:r>
              <w:rPr>
                <w:rFonts w:ascii="D2Coding" w:hAnsi="D2Coding" w:eastAsia="D2Coding" w:cs="D2Coding"/>
                <w:color w:val="1A1A1A"/>
                <w:sz w:val="19"/>
                <w:lang w:eastAsia="ko-KR"/>
              </w:rPr>
              <w:t xml:space="preserve"> (30</w:t>
            </w:r>
            <w:r>
              <w:rPr>
                <w:rFonts w:ascii="Nanum Gothic" w:hAnsi="Nanum Gothic" w:eastAsia="Nanum Gothic" w:cs="Nanum Gothic"/>
                <w:color w:val="1A1A1A"/>
                <w:sz w:val="19"/>
                <w:lang w:eastAsia="ko-KR"/>
              </w:rPr>
              <w:t>초</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빠름</w:t>
            </w:r>
            <w:r>
              <w:rPr>
                <w:rFonts w:ascii="Nanum Gothic" w:hAnsi="Nanum Gothic" w:eastAsia="Nanum Gothic" w:cs="Nanum Gothic"/>
                <w:color w:val="1A1A1A"/>
                <w:sz w:val="19"/>
                <w:lang w:eastAsia="ko-KR"/>
              </w:rPr>
              <w:t>)</w:t>
            </w:r>
          </w:p>
          <w:p w14:paraId="44671428"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3. </w:t>
            </w:r>
            <w:r>
              <w:rPr>
                <w:rFonts w:ascii="Nanum Gothic" w:hAnsi="Nanum Gothic" w:eastAsia="Nanum Gothic" w:cs="Nanum Gothic"/>
                <w:color w:val="1A1A1A"/>
                <w:sz w:val="19"/>
                <w:lang w:eastAsia="ko-KR"/>
              </w:rPr>
              <w:t>불일치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항목은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직접</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수정</w:t>
            </w:r>
            <w:r>
              <w:rPr>
                <w:rFonts w:ascii="D2Coding" w:hAnsi="D2Coding" w:eastAsia="D2Coding" w:cs="D2Coding"/>
                <w:color w:val="1A1A1A"/>
                <w:sz w:val="19"/>
                <w:lang w:eastAsia="ko-KR"/>
              </w:rPr>
              <w:t xml:space="preserve"> (1~2</w:t>
            </w:r>
            <w:r>
              <w:rPr>
                <w:rFonts w:ascii="Nanum Gothic" w:hAnsi="Nanum Gothic" w:eastAsia="Nanum Gothic" w:cs="Nanum Gothic"/>
                <w:color w:val="1A1A1A"/>
                <w:sz w:val="19"/>
                <w:lang w:eastAsia="ko-KR"/>
              </w:rPr>
              <w:t>분</w:t>
            </w:r>
            <w:r>
              <w:rPr>
                <w:rFonts w:ascii="Nanum Gothic" w:hAnsi="Nanum Gothic" w:eastAsia="Nanum Gothic" w:cs="Nanum Gothic"/>
                <w:color w:val="1A1A1A"/>
                <w:sz w:val="19"/>
                <w:lang w:eastAsia="ko-KR"/>
              </w:rPr>
              <w:t>)</w:t>
            </w:r>
          </w:p>
          <w:p w14:paraId="417D1900"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4. </w:t>
            </w:r>
            <w:r>
              <w:rPr>
                <w:rFonts w:ascii="Nanum Gothic" w:hAnsi="Nanum Gothic" w:eastAsia="Nanum Gothic" w:cs="Nanum Gothic"/>
                <w:color w:val="1A1A1A"/>
                <w:sz w:val="19"/>
                <w:lang w:eastAsia="ko-KR"/>
              </w:rPr>
              <w:t>최종</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확인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경비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시스템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입력</w:t>
            </w:r>
          </w:p>
          <w:p w14:paraId="7734E000" w14:textId="77777777" w:rsidR="00226CAC" w:rsidRDefault="00226CAC">
            <w:pPr>
              <w:spacing w:before="20" w:after="20" w:line="220" w:lineRule="exact"/>
              <w:rPr>
                <w:rFonts w:eastAsia="Nanum Gothic"/>
                <w:lang w:eastAsia="ko-KR"/>
              </w:rPr>
            </w:pPr>
          </w:p>
          <w:p w14:paraId="42825962"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전체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수동</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입력</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대비</w:t>
            </w:r>
            <w:r>
              <w:rPr>
                <w:rFonts w:ascii="D2Coding" w:hAnsi="D2Coding" w:eastAsia="D2Coding" w:cs="D2Coding"/>
                <w:color w:val="1A1A1A"/>
                <w:sz w:val="19"/>
                <w:lang w:eastAsia="ko-KR"/>
              </w:rPr>
              <w:t xml:space="preserve"> 70% </w:t>
            </w:r>
            <w:r>
              <w:rPr>
                <w:rFonts w:ascii="Nanum Gothic" w:hAnsi="Nanum Gothic" w:eastAsia="Nanum Gothic" w:cs="Nanum Gothic"/>
                <w:color w:val="1A1A1A"/>
                <w:sz w:val="19"/>
                <w:lang w:eastAsia="ko-KR"/>
              </w:rPr>
              <w:t>이상</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시간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절약</w:t>
            </w:r>
          </w:p>
          <w:p w14:paraId="1DABE855"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AI </w:t>
            </w:r>
            <w:r>
              <w:rPr>
                <w:rFonts w:ascii="Nanum Gothic" w:hAnsi="Nanum Gothic" w:eastAsia="Nanum Gothic" w:cs="Nanum Gothic"/>
                <w:color w:val="1A1A1A"/>
                <w:sz w:val="19"/>
                <w:lang w:eastAsia="ko-KR"/>
              </w:rPr>
              <w:t>오류가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있어도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검증</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단계가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있어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안전</w:t>
            </w:r>
          </w:p>
        </w:tc>
      </w:tr>
    </w:tbl>
    <w:p w14:paraId="0C9D3A2B" w14:textId="77777777" w:rsidR="00226CAC" w:rsidRDefault="00226CAC">
      <w:pPr>
        <w:rPr>
          <w:rFonts w:eastAsia="Nanum Gothic"/>
          <w:lang w:eastAsia="ko-KR"/>
        </w:rPr>
      </w:pPr>
    </w:p>
    <w:p w14:paraId="06CD369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"AI가 100% 정확하지 않아도, 검증 단계를 설계하면 여전히 가치 있습니다."</w:t>
      </w:r>
    </w:p>
    <w:p w14:paraId="09B36CAA"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8.10 직무별 멀티모달 활용 시나리오</w:t>
      </w:r>
    </w:p>
    <w:p w14:paraId="435C5F45"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개발자 직무</w:t>
      </w:r>
      <w:r>
        <w:rPr>
          <w:rFonts w:ascii="Nanum Gothic" w:eastAsia="Nanum Gothic" w:hAnsi="Nanum Gothic" w:cs="Nanum Gothic"/>
          <w:color w:val="1A1A1A"/>
          <w:sz w:val="20"/>
          <w:lang w:eastAsia="ko-KR"/>
        </w:rPr>
        <w:t>:</w:t>
      </w:r>
    </w:p>
    <w:p w14:paraId="49BFA5AB"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오류 스크린샷 첨부 → "이 에러 메시지와 스택 트레이스를 분석하고 원인과 해결 방법을 알려줘"</w:t>
      </w:r>
    </w:p>
    <w:p w14:paraId="5843758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와이어프레임 이미지 → "이 UI에서 사용자 경험 문제점 3가지를 지적해줘"</w:t>
      </w:r>
    </w:p>
    <w:p w14:paraId="2F007ECE"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기획자 직무</w:t>
      </w:r>
      <w:r>
        <w:rPr>
          <w:rFonts w:ascii="Nanum Gothic" w:eastAsia="Nanum Gothic" w:hAnsi="Nanum Gothic" w:cs="Nanum Gothic"/>
          <w:color w:val="1A1A1A"/>
          <w:sz w:val="20"/>
          <w:lang w:eastAsia="ko-KR"/>
        </w:rPr>
        <w:t>:</w:t>
      </w:r>
    </w:p>
    <w:p w14:paraId="410D789B"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경쟁사 앱 캡처 → "이 화면의 UX 패턴을 분석하고 우리 제품에 적용 가능한 아이디어를 제안해줘"</w:t>
      </w:r>
    </w:p>
    <w:p w14:paraId="3CD8AEF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손글씨 아이디어 메모 → "이 스케치를 텍스트로 정리하고 실행 가능성을 평가해줘"</w:t>
      </w:r>
    </w:p>
    <w:p w14:paraId="5FBE3A8F"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마케터 직무</w:t>
      </w:r>
      <w:r>
        <w:rPr>
          <w:rFonts w:ascii="Nanum Gothic" w:eastAsia="Nanum Gothic" w:hAnsi="Nanum Gothic" w:cs="Nanum Gothic"/>
          <w:color w:val="1A1A1A"/>
          <w:sz w:val="20"/>
          <w:lang w:eastAsia="ko-KR"/>
        </w:rPr>
        <w:t>:</w:t>
      </w:r>
    </w:p>
    <w:p w14:paraId="1FD97C8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경쟁사 광고 이미지 → "이 광고의 핵심 메시지와 타깃 고객을 분석해줘"</w:t>
      </w:r>
    </w:p>
    <w:p w14:paraId="758C300B"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행사 현장 사진 → "이 사진에서 행사 분위기를 요약하고 SNS 포스팅 캡션을 작성해줘"</w:t>
      </w:r>
    </w:p>
    <w:p w14:paraId="1E1C1BBF"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HR 담당자 직무</w:t>
      </w:r>
      <w:r>
        <w:rPr>
          <w:rFonts w:ascii="Nanum Gothic" w:eastAsia="Nanum Gothic" w:hAnsi="Nanum Gothic" w:cs="Nanum Gothic"/>
          <w:color w:val="1A1A1A"/>
          <w:sz w:val="20"/>
          <w:lang w:eastAsia="ko-KR"/>
        </w:rPr>
        <w:t>:</w:t>
      </w:r>
    </w:p>
    <w:p w14:paraId="37612AB4"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이력서 스캔본 → "이 이력서에서 핵심 역량과 경력 요약을 추출해줘"</w:t>
      </w:r>
    </w:p>
    <w:p w14:paraId="25B01DB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&gt; ⚠️ 개인정보 처리: 이력서 처리 시 지원자 동의 및 개인정보보호법 준수 필수</w:t>
      </w:r>
    </w:p>
    <w:p w14:paraId="70701B7D"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현장 엔지니어 직무</w:t>
      </w:r>
      <w:r>
        <w:rPr>
          <w:rFonts w:ascii="Nanum Gothic" w:eastAsia="Nanum Gothic" w:hAnsi="Nanum Gothic" w:cs="Nanum Gothic"/>
          <w:color w:val="1A1A1A"/>
          <w:sz w:val="20"/>
          <w:lang w:eastAsia="ko-KR"/>
        </w:rPr>
        <w:t>:</w:t>
      </w:r>
    </w:p>
    <w:p w14:paraId="17DB84D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장비 현황 사진 → "이 장비 상태에서 보이는 이상 징후를 분석해줘"</w:t>
      </w:r>
    </w:p>
    <w:p w14:paraId="5B8424A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공사 현장 사진 → "이 시공 상태에서 품질 기준 위반 사항이 있는가?"</w:t>
      </w:r>
    </w:p>
    <w:p w14:paraId="777F718F"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lastRenderedPageBreak/>
        <w:t>8.11 핵심 3줄 정리</w:t>
      </w:r>
    </w:p>
    <w:p w14:paraId="6F34790D"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1. </w:t>
      </w:r>
      <w:r>
        <w:rPr>
          <w:rFonts w:ascii="Nanum Gothic" w:eastAsia="Nanum Gothic" w:hAnsi="Nanum Gothic" w:cs="Nanum Gothic"/>
          <w:b/>
          <w:color w:val="1A1A1A"/>
          <w:sz w:val="20"/>
          <w:lang w:eastAsia="ko-KR"/>
        </w:rPr>
        <w:t>멀티모달은 같은 API, 다른 입력이다</w:t>
      </w:r>
      <w:r>
        <w:rPr>
          <w:rFonts w:ascii="Nanum Gothic" w:eastAsia="Nanum Gothic" w:hAnsi="Nanum Gothic" w:cs="Nanum Gothic"/>
          <w:color w:val="1A1A1A"/>
          <w:sz w:val="20"/>
          <w:lang w:eastAsia="ko-KR"/>
        </w:rPr>
        <w:t>: API 원리에 이미지 데이터를 추가한 것.</w:t>
      </w:r>
    </w:p>
    <w:p w14:paraId="4B14DC8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2. </w:t>
      </w:r>
      <w:r>
        <w:rPr>
          <w:rFonts w:ascii="Nanum Gothic" w:eastAsia="Nanum Gothic" w:hAnsi="Nanum Gothic" w:cs="Nanum Gothic"/>
          <w:b/>
          <w:color w:val="1A1A1A"/>
          <w:sz w:val="20"/>
          <w:lang w:eastAsia="ko-KR"/>
        </w:rPr>
        <w:t>AI 오류는 무조건 나쁘지 않다</w:t>
      </w:r>
      <w:r>
        <w:rPr>
          <w:rFonts w:ascii="Nanum Gothic" w:eastAsia="Nanum Gothic" w:hAnsi="Nanum Gothic" w:cs="Nanum Gothic"/>
          <w:color w:val="1A1A1A"/>
          <w:sz w:val="20"/>
          <w:lang w:eastAsia="ko-KR"/>
        </w:rPr>
        <w:t>: 검증 절차를 설계하면 오류가 있어도 가치 있게 활용 가능.</w:t>
      </w:r>
    </w:p>
    <w:p w14:paraId="7A5D5480"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3. </w:t>
      </w:r>
      <w:r>
        <w:rPr>
          <w:rFonts w:ascii="Nanum Gothic" w:eastAsia="Nanum Gothic" w:hAnsi="Nanum Gothic" w:cs="Nanum Gothic"/>
          <w:b/>
          <w:color w:val="1A1A1A"/>
          <w:sz w:val="20"/>
          <w:lang w:eastAsia="ko-KR"/>
        </w:rPr>
        <w:t>이미지 첨부는 비용이 있다</w:t>
      </w:r>
      <w:r>
        <w:rPr>
          <w:rFonts w:ascii="Nanum Gothic" w:eastAsia="Nanum Gothic" w:hAnsi="Nanum Gothic" w:cs="Nanum Gothic"/>
          <w:color w:val="1A1A1A"/>
          <w:sz w:val="20"/>
          <w:lang w:eastAsia="ko-KR"/>
        </w:rPr>
        <w:t>: 텍스트 대비 토큰 소비가 크므로 꼭 필요한 경우에만 첨부.</w:t>
      </w:r>
    </w:p>
    <w:p w14:paraId="7D7355A8" w14:textId="77777777" w:rsidR="00226CAC" w:rsidRDefault="00000000">
      <w:pPr>
        <w:pBdr>
          <w:bottom w:val="single" w:sz="4" w:space="1" w:color="024AD8"/>
        </w:pBdr>
        <w:spacing w:before="280" w:after="80"/>
      </w:pPr>
      <w:r>
        <w:rPr>
          <w:rFonts w:ascii="Nanum Gothic" w:eastAsia="Nanum Gothic" w:hAnsi="Nanum Gothic" w:cs="Nanum Gothic"/>
          <w:b/>
          <w:color w:val="024AD8"/>
          <w:sz w:val="36"/>
        </w:rPr>
        <w:t>8.12 개념 연결 지도</w:t>
      </w:r>
    </w:p>
    <w:tbl>
      <w:tblPr>
        <w:tblStyle w:val="af9"/>
        <w:tblW w:w="0" w:type="auto"/>
        <w:tblLook w:val="04A0" w:firstRow="1" w:lastRow="0" w:firstColumn="1" w:lastColumn="0" w:noHBand="0" w:noVBand="1"/>
      </w:tblPr>
      <w:tblGrid>
        <w:gridCol w:w="9072"/>
      </w:tblGrid>
      <w:tr w:rsidR="00226CAC" w14:paraId="2BA2F374" w14:textId="77777777">
        <w:tc>
          <w:tcPr>
            <w:tcW w:w="9072" w:type="dxa"/>
            <w:shd w:val="clear" w:color="auto" w:fill="F7F7F7"/>
          </w:tcPr>
          <w:p w14:paraId="4CAA1042"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[LLM </w:t>
            </w:r>
            <w:r>
              <w:rPr>
                <w:rFonts w:ascii="Nanum Gothic" w:hAnsi="Nanum Gothic" w:eastAsia="Nanum Gothic" w:cs="Nanum Gothic"/>
                <w:color w:val="1A1A1A"/>
                <w:sz w:val="19"/>
                <w:lang w:eastAsia="ko-KR"/>
              </w:rPr>
              <w:t>핵심</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용어</w:t>
            </w:r>
            <w:r>
              <w:rPr>
                <w:rFonts w:ascii="Nanum Gothic" w:hAnsi="Nanum Gothic" w:eastAsia="Nanum Gothic" w:cs="Nanum Gothic"/>
                <w:color w:val="1A1A1A"/>
                <w:sz w:val="19"/>
                <w:lang w:eastAsia="ko-KR"/>
              </w:rPr>
              <w:t xml:space="preserve"> &amp; </w:t>
            </w:r>
            <w:r>
              <w:rPr>
                <w:rFonts w:ascii="Nanum Gothic" w:hAnsi="Nanum Gothic" w:eastAsia="Nanum Gothic" w:cs="Nanum Gothic"/>
                <w:color w:val="1A1A1A"/>
                <w:sz w:val="19"/>
                <w:lang w:eastAsia="ko-KR"/>
              </w:rPr>
              <w:t>작동</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원리</w:t>
            </w:r>
            <w:r>
              <w:rPr>
                <w:rFonts w:ascii="Nanum Gothic" w:hAnsi="Nanum Gothic" w:eastAsia="Nanum Gothic" w:cs="Nanum Gothic"/>
                <w:color w:val="1A1A1A"/>
                <w:sz w:val="19"/>
                <w:lang w:eastAsia="ko-KR"/>
              </w:rPr>
              <w:t>]</w:t>
            </w:r>
          </w:p>
          <w:p w14:paraId="333E81FA"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임베딩</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텍스트</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이미지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패치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모두에</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적용</w:t>
            </w:r>
            <w:r>
              <w:rPr>
                <w:rFonts w:ascii="Nanum Gothic" w:hAnsi="Nanum Gothic" w:eastAsia="Nanum Gothic" w:cs="Nanum Gothic"/>
                <w:color w:val="1A1A1A"/>
                <w:sz w:val="19"/>
                <w:lang w:eastAsia="ko-KR"/>
              </w:rPr>
              <w:t>)</w:t>
            </w:r>
          </w:p>
          <w:p w14:paraId="000D3109"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컨텍스트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윈도우</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이미지</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토큰</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대량</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소비</w:t>
            </w:r>
            <w:r>
              <w:rPr>
                <w:rFonts w:ascii="Nanum Gothic" w:hAnsi="Nanum Gothic" w:eastAsia="Nanum Gothic" w:cs="Nanum Gothic"/>
                <w:color w:val="1A1A1A"/>
                <w:sz w:val="19"/>
                <w:lang w:eastAsia="ko-KR"/>
              </w:rPr>
              <w:t>)</w:t>
            </w:r>
          </w:p>
          <w:p w14:paraId="151ED840"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5B5AC8A5"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범용</w:t>
            </w:r>
            <w:r>
              <w:rPr>
                <w:rFonts w:ascii="D2Coding" w:hAnsi="D2Coding" w:eastAsia="D2Coding" w:cs="D2Coding"/>
                <w:color w:val="1A1A1A"/>
                <w:sz w:val="19"/>
                <w:lang w:eastAsia="ko-KR"/>
              </w:rPr>
              <w:t xml:space="preserve"> LLM API </w:t>
            </w:r>
            <w:r>
              <w:rPr>
                <w:rFonts w:ascii="Nanum Gothic" w:hAnsi="Nanum Gothic" w:eastAsia="Nanum Gothic" w:cs="Nanum Gothic"/>
                <w:color w:val="1A1A1A"/>
                <w:sz w:val="19"/>
                <w:lang w:eastAsia="ko-KR"/>
              </w:rPr>
              <w:t>호출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기초</w:t>
            </w:r>
            <w:r>
              <w:rPr>
                <w:rFonts w:ascii="Nanum Gothic" w:hAnsi="Nanum Gothic" w:eastAsia="Nanum Gothic" w:cs="Nanum Gothic"/>
                <w:color w:val="1A1A1A"/>
                <w:sz w:val="19"/>
                <w:lang w:eastAsia="ko-KR"/>
              </w:rPr>
              <w:t>]</w:t>
            </w:r>
          </w:p>
          <w:p w14:paraId="44D04EAE"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7</w:t>
            </w:r>
            <w:r>
              <w:rPr>
                <w:rFonts w:ascii="Nanum Gothic" w:hAnsi="Nanum Gothic" w:eastAsia="Nanum Gothic" w:cs="Nanum Gothic"/>
                <w:color w:val="1A1A1A"/>
                <w:sz w:val="19"/>
                <w:lang w:eastAsia="ko-KR"/>
              </w:rPr>
              <w:t>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개념</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엔드포인트</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인증</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요청</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응답</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토큰</w:t>
            </w:r>
            <w:r>
              <w:rPr>
                <w:rFonts w:ascii="Nanum Gothic" w:hAnsi="Nanum Gothic" w:eastAsia="Nanum Gothic" w:cs="Nanum Gothic"/>
                <w:color w:val="1A1A1A"/>
                <w:sz w:val="19"/>
                <w:lang w:eastAsia="ko-KR"/>
              </w:rPr>
              <w:t>)</w:t>
            </w:r>
          </w:p>
          <w:p w14:paraId="066750B1"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448F43DB"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 messages.content</w:t>
            </w:r>
            <w:r>
              <w:rPr>
                <w:rFonts w:ascii="Nanum Gothic" w:hAnsi="Nanum Gothic" w:eastAsia="Nanum Gothic" w:cs="Nanum Gothic"/>
                <w:color w:val="1A1A1A"/>
                <w:sz w:val="19"/>
                <w:lang w:eastAsia="ko-KR"/>
              </w:rPr>
              <w:t>에</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이미지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데이터</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추가</w:t>
            </w:r>
          </w:p>
          <w:p w14:paraId="472B132E"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5A8BB7C2"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멀티모달</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능력</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체험</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지금</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여기</w:t>
            </w:r>
          </w:p>
          <w:p w14:paraId="3D156478"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78BC2502"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5</w:t>
            </w:r>
            <w:r>
              <w:rPr>
                <w:rFonts w:ascii="Nanum Gothic" w:hAnsi="Nanum Gothic" w:eastAsia="Nanum Gothic" w:cs="Nanum Gothic"/>
                <w:color w:val="1A1A1A"/>
                <w:sz w:val="19"/>
                <w:lang w:eastAsia="ko-KR"/>
              </w:rPr>
              <w:t>가지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미니</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챌린지</w:t>
            </w:r>
            <w:r>
              <w:rPr>
                <w:rFonts w:ascii="D2Coding" w:hAnsi="D2Coding" w:eastAsia="D2Coding" w:cs="D2Coding"/>
                <w:color w:val="1A1A1A"/>
                <w:sz w:val="19"/>
                <w:lang w:eastAsia="ko-KR"/>
              </w:rPr>
              <w:t xml:space="preserve"> (A~E)</w:t>
            </w:r>
          </w:p>
          <w:p w14:paraId="64E4C0A0"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프롬프트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반복</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개선</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패턴</w:t>
            </w:r>
          </w:p>
          <w:p w14:paraId="36BEA08E"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3</w:t>
            </w:r>
            <w:r>
              <w:rPr>
                <w:rFonts w:ascii="Nanum Gothic" w:hAnsi="Nanum Gothic" w:eastAsia="Nanum Gothic" w:cs="Nanum Gothic"/>
                <w:color w:val="1A1A1A"/>
                <w:sz w:val="19"/>
                <w:lang w:eastAsia="ko-KR"/>
              </w:rPr>
              <w:t>기준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자체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평가</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정확성</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비용</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활용성</w:t>
            </w:r>
            <w:r>
              <w:rPr>
                <w:rFonts w:ascii="Nanum Gothic" w:hAnsi="Nanum Gothic" w:eastAsia="Nanum Gothic" w:cs="Nanum Gothic"/>
                <w:color w:val="1A1A1A"/>
                <w:sz w:val="19"/>
                <w:lang w:eastAsia="ko-KR"/>
              </w:rPr>
              <w:t>)</w:t>
            </w:r>
          </w:p>
          <w:p w14:paraId="4A2226AD"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 AI </w:t>
            </w:r>
            <w:r>
              <w:rPr>
                <w:rFonts w:ascii="Nanum Gothic" w:hAnsi="Nanum Gothic" w:eastAsia="Nanum Gothic" w:cs="Nanum Gothic"/>
                <w:color w:val="1A1A1A"/>
                <w:sz w:val="19"/>
                <w:lang w:eastAsia="ko-KR"/>
              </w:rPr>
              <w:t>오류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유형</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검증</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절차</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설계</w:t>
            </w:r>
          </w:p>
          <w:p w14:paraId="1B329271"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7E28B97C"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7B60D257"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[오늘의 회고 &amp; 동료 피드백]</w:t>
            </w:r>
            <w:r>
              <w:rPr>
                <w:rFonts w:ascii="D2Coding" w:hAnsi="D2Coding" w:eastAsia="D2Coding" w:cs="D2Coding"/>
                <w:color w:val="1A1A1A"/>
                <w:sz w:val="19"/>
                <w:lang w:eastAsia="ko-KR"/>
              </w:rPr>
              <w:t/>
            </w:r>
            <w:r>
              <w:rPr>
                <w:rFonts w:ascii="D2Coding" w:hAnsi="D2Coding" w:eastAsia="D2Coding" w:cs="D2Coding"/>
                <w:color w:val="1A1A1A"/>
                <w:sz w:val="19"/>
                <w:lang w:eastAsia="ko-KR"/>
              </w:rPr>
              <w:t xml:space="preserve"/>
            </w:r>
            <w:r>
              <w:rPr>
                <w:rFonts w:ascii="D2Coding" w:hAnsi="D2Coding" w:eastAsia="D2Coding" w:cs="D2Coding"/>
                <w:color w:val="1A1A1A"/>
                <w:sz w:val="19"/>
                <w:lang w:eastAsia="ko-KR"/>
              </w:rPr>
              <w:t/>
            </w:r>
            <w:r>
              <w:rPr>
                <w:rFonts w:ascii="D2Coding" w:hAnsi="D2Coding" w:eastAsia="D2Coding" w:cs="D2Coding"/>
                <w:color w:val="1A1A1A"/>
                <w:sz w:val="19"/>
                <w:lang w:eastAsia="ko-KR"/>
              </w:rPr>
              <w:t xml:space="preserve"/>
            </w:r>
            <w:r>
              <w:rPr>
                <w:rFonts w:ascii="D2Coding" w:hAnsi="D2Coding" w:eastAsia="D2Coding" w:cs="D2Coding"/>
                <w:color w:val="1A1A1A"/>
                <w:sz w:val="19"/>
                <w:lang w:eastAsia="ko-KR"/>
              </w:rPr>
              <w:t/>
            </w:r>
            <w:r>
              <w:rPr>
                <w:rFonts w:ascii="D2Coding" w:hAnsi="D2Coding" w:eastAsia="D2Coding" w:cs="D2Coding"/>
                <w:color w:val="1A1A1A"/>
                <w:sz w:val="19"/>
                <w:lang w:eastAsia="ko-KR"/>
              </w:rPr>
              <w:t xml:space="preserve"/>
            </w:r>
            <w:r>
              <w:rPr>
                <w:rFonts w:ascii="D2Coding" w:hAnsi="D2Coding" w:eastAsia="D2Coding" w:cs="D2Coding"/>
                <w:color w:val="1A1A1A"/>
                <w:sz w:val="19"/>
                <w:lang w:eastAsia="ko-KR"/>
              </w:rPr>
              <w:t/>
            </w:r>
            <w:r>
              <w:rPr>
                <w:rFonts w:ascii="D2Coding" w:hAnsi="D2Coding" w:eastAsia="D2Coding" w:cs="D2Coding"/>
                <w:color w:val="1A1A1A"/>
                <w:sz w:val="19"/>
                <w:lang w:eastAsia="ko-KR"/>
              </w:rPr>
              <w:t xml:space="preserve"/>
            </w:r>
            <w:r>
              <w:rPr>
                <w:rFonts w:ascii="D2Coding" w:hAnsi="D2Coding" w:eastAsia="D2Coding" w:cs="D2Coding"/>
                <w:color w:val="1A1A1A"/>
                <w:sz w:val="19"/>
                <w:lang w:eastAsia="ko-KR"/>
              </w:rPr>
              <w:t/>
            </w:r>
            <w:r>
              <w:rPr>
                <w:rFonts w:ascii="D2Coding" w:hAnsi="D2Coding" w:eastAsia="D2Coding" w:cs="D2Coding"/>
                <w:color w:val="1A1A1A"/>
                <w:sz w:val="19"/>
                <w:lang w:eastAsia="ko-KR"/>
              </w:rPr>
              <w:t/>
            </w:r>
          </w:p>
          <w:p w14:paraId="4C723D07"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오늘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만든</w:t>
            </w:r>
            <w:r>
              <w:rPr>
                <w:rFonts w:ascii="D2Coding" w:hAnsi="D2Coding" w:eastAsia="D2Coding" w:cs="D2Coding"/>
                <w:color w:val="1A1A1A"/>
                <w:sz w:val="19"/>
                <w:lang w:eastAsia="ko-KR"/>
              </w:rPr>
              <w:t xml:space="preserve"> 2</w:t>
            </w:r>
            <w:r>
              <w:rPr>
                <w:rFonts w:ascii="Nanum Gothic" w:hAnsi="Nanum Gothic" w:eastAsia="Nanum Gothic" w:cs="Nanum Gothic"/>
                <w:color w:val="1A1A1A"/>
                <w:sz w:val="19"/>
                <w:lang w:eastAsia="ko-KR"/>
              </w:rPr>
              <w:t>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산출물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갤러리</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워크에</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전시</w:t>
            </w:r>
          </w:p>
          <w:p w14:paraId="559C2543"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624E4E82"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7126C2E4"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[문서 마지막: 캡스톤 기획]</w:t>
            </w:r>
            <w:r>
              <w:rPr>
                <w:rFonts w:ascii="Nanum Gothic" w:hAnsi="Nanum Gothic" w:eastAsia="Nanum Gothic" w:cs="Nanum Gothic"/>
                <w:color w:val="1A1A1A"/>
                <w:sz w:val="19"/>
                <w:lang w:eastAsia="ko-KR"/>
              </w:rPr>
              <w:t/>
            </w:r>
            <w:r>
              <w:rPr>
                <w:rFonts w:ascii="D2Coding" w:hAnsi="D2Coding" w:eastAsia="D2Coding" w:cs="D2Coding"/>
                <w:color w:val="1A1A1A"/>
                <w:sz w:val="19"/>
                <w:lang w:eastAsia="ko-KR"/>
              </w:rPr>
              <w:t xml:space="preserve"/>
            </w:r>
            <w:r>
              <w:rPr>
                <w:rFonts w:ascii="Nanum Gothic" w:hAnsi="Nanum Gothic" w:eastAsia="Nanum Gothic" w:cs="Nanum Gothic"/>
                <w:color w:val="1A1A1A"/>
                <w:sz w:val="19"/>
                <w:lang w:eastAsia="ko-KR"/>
              </w:rPr>
              <w:t/>
            </w:r>
            <w:r>
              <w:rPr>
                <w:rFonts w:ascii="Nanum Gothic" w:hAnsi="Nanum Gothic" w:eastAsia="Nanum Gothic" w:cs="Nanum Gothic"/>
                <w:color w:val="1A1A1A"/>
                <w:sz w:val="19"/>
                <w:lang w:eastAsia="ko-KR"/>
              </w:rPr>
              <w:t/>
            </w:r>
          </w:p>
          <w:p w14:paraId="770F93B8"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멀티모달</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실습</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경험</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캡스톤</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기능</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설계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기반</w:t>
            </w:r>
          </w:p>
        </w:tc>
      </w:tr>
    </w:tbl>
    <w:p w14:paraId="25627B7D" w14:textId="77777777" w:rsidR="00226CAC" w:rsidRDefault="00226CAC">
      <w:pPr>
        <w:rPr>
          <w:rFonts w:eastAsia="Nanum Gothic"/>
          <w:lang w:eastAsia="ko-KR"/>
        </w:rPr>
      </w:pPr>
    </w:p>
    <w:p w14:paraId="4E2835CA"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lastRenderedPageBreak/>
        <w:t>8.13 심화 학습</w:t>
      </w:r>
    </w:p>
    <w:p w14:paraId="77A455E1"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멀티모달 AI 공식 문서</w:t>
      </w:r>
      <w:r>
        <w:rPr>
          <w:rFonts w:ascii="Nanum Gothic" w:eastAsia="Nanum Gothic" w:hAnsi="Nanum Gothic" w:cs="Nanum Gothic"/>
          <w:color w:val="1A1A1A"/>
          <w:sz w:val="20"/>
          <w:lang w:eastAsia="ko-KR"/>
        </w:rPr>
        <w:t>:</w:t>
      </w:r>
    </w:p>
    <w:p w14:paraId="767F8E39" w14:textId="77777777" w:rsidR="00226CAC" w:rsidRDefault="00000000">
      <w:pPr>
        <w:spacing w:before="40" w:after="40"/>
        <w:ind w:left="397"/>
      </w:pPr>
      <w:r>
        <w:rPr>
          <w:rFonts w:ascii="Nanum Gothic" w:eastAsia="Nanum Gothic" w:hAnsi="Nanum Gothic" w:cs="Nanum Gothic"/>
          <w:color w:val="1A1A1A"/>
          <w:sz w:val="20"/>
        </w:rPr>
        <w:t>• Google Gemini Multimodal: https://ai.google.dev/gemini-api/docs/vision</w:t>
      </w:r>
    </w:p>
    <w:p w14:paraId="168019B8" w14:textId="77777777" w:rsidR="00226CAC" w:rsidRDefault="00000000">
      <w:pPr>
        <w:spacing w:before="40" w:after="40"/>
        <w:ind w:left="397"/>
      </w:pPr>
      <w:r>
        <w:rPr>
          <w:rFonts w:ascii="Nanum Gothic" w:eastAsia="Nanum Gothic" w:hAnsi="Nanum Gothic" w:cs="Nanum Gothic"/>
          <w:color w:val="1A1A1A"/>
          <w:sz w:val="20"/>
        </w:rPr>
        <w:t>• OpenAI Vision: https://platform.openai.com/docs/guides/vision</w:t>
      </w:r>
    </w:p>
    <w:p w14:paraId="4B6768CE"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OCR vs 멀티모달 AI 비교</w:t>
      </w:r>
      <w:r>
        <w:rPr>
          <w:rFonts w:ascii="Nanum Gothic" w:eastAsia="Nanum Gothic" w:hAnsi="Nanum Gothic" w:cs="Nanum Gothic"/>
          <w:color w:val="1A1A1A"/>
          <w:sz w:val="20"/>
          <w:lang w:eastAsia="ko-KR"/>
        </w:rPr>
        <w:t xml:space="preserve"> (실무 참고): 전통적 OCR 도구와 멀티모달 AI의 차이:</w:t>
      </w:r>
    </w:p>
    <w:p w14:paraId="592C932E"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OCR: 텍스트 추출 특화, 빠름, 낮은 비용</w:t>
      </w:r>
    </w:p>
    <w:p w14:paraId="1E173E94"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멀티모달 AI: 텍스트 추출 + 이해 + 생성 가능, 느릴 수 있음, 높은 비용</w:t>
      </w:r>
    </w:p>
    <w:p w14:paraId="7CC878B2"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언제 OCR, 언제 멀티모달 AI?</w:t>
      </w:r>
      <w:r>
        <w:rPr>
          <w:rFonts w:ascii="Nanum Gothic" w:eastAsia="Nanum Gothic" w:hAnsi="Nanum Gothic" w:cs="Nanum Gothic"/>
          <w:color w:val="1A1A1A"/>
          <w:sz w:val="20"/>
          <w:lang w:eastAsia="ko-KR"/>
        </w:rPr>
        <w:t>:</w:t>
      </w:r>
    </w:p>
    <w:p w14:paraId="31CB4910"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대량의 문서 텍스트 추출 → OCR 도구 (Google Document AI, AWS Textract 등)</w:t>
      </w:r>
    </w:p>
    <w:p w14:paraId="5EBEC327"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이미지 내 맥락 이해 + 분석이 필요한 경우 → 멀티모달 AI</w:t>
      </w:r>
    </w:p>
    <w:p w14:paraId="57518EED" w14:textId="77777777" w:rsidR="00226CAC" w:rsidRDefault="00226CAC">
      <w:pPr>
        <w:spacing w:before="60" w:after="60"/>
        <w:rPr>
          <w:rFonts w:eastAsia="Nanum Gothic"/>
          <w:lang w:eastAsia="ko-KR"/>
        </w:rPr>
      </w:pP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9. 종합 실습과 이해도 확인</w:t>
            </w:r>
          </w:p>
          <w:p>
            <w:pPr>
              <w:spacing w:before="0" w:after="200" w:line="340" w:lineRule="exact"/>
            </w:pPr>
            <w:r>
              <w:rPr>
                <w:rFonts w:ascii="Nanum Gothic" w:hAnsi="Nanum Gothic" w:eastAsia="Nanum Gothic" w:cs="Nanum Gothic"/>
                <w:b w:val="0"/>
                <w:i/>
                <w:color w:val="C9E0FC"/>
                <w:sz w:val="26"/>
              </w:rPr>
              <w:t>오늘 만든 결과를 공유하고 다음 학습 기준을 정리한다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결과 공유</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동료 피드백</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다음 기준</w:t>
            </w:r>
          </w:p>
        </w:tc>
      </w:tr>
    </w:tbl>
    <w:p/>
    <w:tbl>
      <w:tblPr>
        <w:tblStyle w:val="af9"/>
        <w:tblW w:w="0" w:type="auto"/>
        <w:tblLayout w:type="fixed"/>
        <w:tblLook w:val="04A0" w:firstRow="1" w:lastRow="0" w:firstColumn="1" w:lastColumn="0" w:noHBand="0" w:noVBand="1"/>
      </w:tblPr>
      <w:tblGrid>
        <w:gridCol w:w="400"/>
        <w:gridCol w:w="8672"/>
      </w:tblGrid>
      <w:tr w:rsidR="00226CAC" w14:paraId="470138A8" w14:textId="77777777">
        <w:tc>
          <w:tcPr>
            <w:tcW w:w="400" w:type="dxa"/>
            <w:shd w:val="clear" w:color="auto" w:fill="C05621"/>
          </w:tcPr>
          <w:p w14:paraId="6EE4F92E" w14:textId="77777777" w:rsidR="00226CAC" w:rsidRDefault="00226CAC">
            <w:pPr>
              <w:spacing w:before="80" w:after="80"/>
              <w:rPr>
                <w:rFonts w:eastAsia="Nanum Gothic"/>
                <w:lang w:eastAsia="ko-KR"/>
              </w:rPr>
            </w:pPr>
          </w:p>
        </w:tc>
        <w:tc>
          <w:tcPr>
            <w:tcW w:w="8672" w:type="dxa"/>
            <w:shd w:val="clear" w:color="auto" w:fill="FFF7E6"/>
          </w:tcPr>
          <w:p w14:paraId="613846CE" w14:textId="77777777" w:rsidR="00226CAC" w:rsidRDefault="00000000">
            <w:pPr>
              <w:spacing w:before="80" w:after="80"/>
              <w:rPr>
                <w:rFonts w:eastAsia="Nanum Gothic"/>
                <w:lang w:eastAsia="ko-KR"/>
              </w:rPr>
            </w:pPr>
            <w:r>
              <w:rPr>
                <w:rFonts w:ascii="Nanum Gothic" w:eastAsia="Nanum Gothic" w:hAnsi="Nanum Gothic" w:cs="Nanum Gothic"/>
                <w:b/>
                <w:color w:val="C05621"/>
                <w:sz w:val="20"/>
                <w:lang w:eastAsia="ko-KR"/>
              </w:rPr>
              <w:t>⚠️ 주의</w:t>
            </w:r>
            <w:r>
              <w:rPr>
                <w:rFonts w:ascii="Apple SD Gothic Neo" w:eastAsia="Nanum Gothic" w:hAnsi="Apple SD Gothic Neo" w:cs="Apple SD Gothic Neo"/>
                <w:b/>
                <w:color w:val="C05621"/>
                <w:sz w:val="20"/>
                <w:lang w:eastAsia="ko-KR"/>
              </w:rPr>
              <w:br/>
            </w:r>
            <w:r>
              <w:rPr>
                <w:rFonts w:ascii="Nanum Gothic" w:eastAsia="Nanum Gothic" w:hAnsi="Nanum Gothic" w:cs="Nanum Gothic"/>
                <w:color w:val="1A1A1A"/>
                <w:sz w:val="20"/>
                <w:lang w:eastAsia="ko-KR"/>
              </w:rPr>
              <w:t>AI 사용 경계 - ❌ 금지: 학습일지 3칸을 AI에 써달라고 하기, Sandwich 피드백을 AI에 대필하기 - ✅ 허용: 작성한 학습일지를 AI에게 "잘 표현됐나요?" 검토받기</w:t>
            </w:r>
          </w:p>
        </w:tc>
      </w:tr>
    </w:tbl>
    <w:p w14:paraId="14E76D7C" w14:textId="77777777" w:rsidR="00226CAC" w:rsidRDefault="00226CAC">
      <w:pPr>
        <w:rPr>
          <w:rFonts w:eastAsia="Nanum Gothic"/>
          <w:lang w:eastAsia="ko-KR"/>
        </w:rPr>
      </w:pPr>
    </w:p>
    <w:p w14:paraId="0D5FE978" w14:textId="77777777" w:rsidR="00226CAC" w:rsidRDefault="00000000">
      <w:pPr>
        <w:pBdr>
          <w:bottom w:val="single" w:sz="4" w:space="1" w:color="024AD8"/>
        </w:pBdr>
        <w:spacing w:before="280" w:after="80"/>
      </w:pPr>
      <w:r>
        <w:rPr>
          <w:rFonts w:ascii="Nanum Gothic" w:eastAsia="Nanum Gothic" w:hAnsi="Nanum Gothic" w:cs="Nanum Gothic"/>
          <w:b/>
          <w:color w:val="024AD8"/>
          <w:sz w:val="36"/>
        </w:rPr>
        <w:t>9.1 오늘 배운 내용의 연결 관계 생각해보기</w:t>
      </w:r>
    </w:p>
    <w:tbl>
      <w:tblPr>
        <w:tblStyle w:val="af9"/>
        <w:tblW w:w="0" w:type="auto"/>
        <w:tblLayout w:type="fixed"/>
        <w:tblLook w:val="04A0" w:firstRow="1" w:lastRow="0" w:firstColumn="1" w:lastColumn="0" w:noHBand="0" w:noVBand="1"/>
      </w:tblPr>
      <w:tblGrid>
        <w:gridCol w:w="400"/>
        <w:gridCol w:w="8672"/>
      </w:tblGrid>
      <w:tr w:rsidR="00226CAC" w14:paraId="084888B7" w14:textId="77777777">
        <w:tc>
          <w:tcPr>
            <w:tcW w:w="400" w:type="dxa"/>
            <w:shd w:val="clear" w:color="auto" w:fill="6B46C1"/>
          </w:tcPr>
          <w:p w14:paraId="338C55A5" w14:textId="77777777" w:rsidR="00226CAC" w:rsidRDefault="00226CAC">
            <w:pPr>
              <w:spacing w:before="80" w:after="80"/>
            </w:pPr>
          </w:p>
        </w:tc>
        <w:tc>
          <w:tcPr>
            <w:tcW w:w="8672" w:type="dxa"/>
            <w:shd w:val="clear" w:color="auto" w:fill="F3EEFB"/>
          </w:tcPr>
          <w:p w14:paraId="29BE657F" w14:textId="056DC347" w:rsidR="00226CAC" w:rsidRDefault="00000000">
            <w:pPr>
              <w:spacing w:before="80" w:after="80"/>
              <w:rPr>
                <w:rFonts w:eastAsia="Nanum Gothic"/>
                <w:lang w:eastAsia="ko-KR"/>
              </w:rPr>
            </w:pPr>
            <w:r>
              <w:rPr>
                <w:rFonts w:ascii="Nanum Gothic" w:eastAsia="Nanum Gothic" w:hAnsi="Nanum Gothic" w:cs="Nanum Gothic"/>
                <w:b/>
                <w:color w:val="6B46C1"/>
                <w:sz w:val="20"/>
                <w:lang w:eastAsia="ko-KR"/>
              </w:rPr>
              <w:t>❓ 발문</w:t>
            </w:r>
            <w:r>
              <w:rPr>
                <w:rFonts w:ascii="Apple SD Gothic Neo" w:eastAsia="Nanum Gothic" w:hAnsi="Apple SD Gothic Neo" w:cs="Apple SD Gothic Neo"/>
                <w:b/>
                <w:color w:val="6B46C1"/>
                <w:sz w:val="20"/>
                <w:lang w:eastAsia="ko-KR"/>
              </w:rPr>
              <w:br/>
            </w:r>
            <w:r>
              <w:rPr>
                <w:rFonts w:ascii="Nanum Gothic" w:eastAsia="Nanum Gothic" w:hAnsi="Nanum Gothic" w:cs="Nanum Gothic"/>
                <w:color w:val="1A1A1A"/>
                <w:sz w:val="20"/>
                <w:lang w:eastAsia="ko-KR"/>
              </w:rPr>
              <w:t>"</w:t>
            </w:r>
            <w:r w:rsidR="00787EB8" w:rsidRPr="00787EB8">
              <w:rPr>
                <w:rFonts w:ascii="Nanum Gothic" w:eastAsia="Nanum Gothic" w:hAnsi="Nanum Gothic" w:cs="Nanum Gothic"/>
                <w:color w:val="1A1A1A"/>
                <w:sz w:val="20"/>
                <w:lang w:eastAsia="ko-KR"/>
              </w:rPr>
              <w:t>오늘 배운 5가지 주제를 떠올려보세요</w:t>
            </w:r>
            <w:r>
              <w:rPr>
                <w:rFonts w:ascii="Nanum Gothic" w:eastAsia="Nanum Gothic" w:hAnsi="Nanum Gothic" w:cs="Nanum Gothic"/>
                <w:color w:val="1A1A1A"/>
                <w:sz w:val="20"/>
                <w:lang w:eastAsia="ko-KR"/>
              </w:rPr>
              <w:t>: 트렌드 / LLM 용어 / AIR Studio 플랫폼 / LLM API / 멀티모달 이것들이 어떤 순서로, 왜 연결되어 있을까요?"</w:t>
            </w:r>
          </w:p>
        </w:tc>
      </w:tr>
    </w:tbl>
    <w:p w14:paraId="61B18435" w14:textId="77777777" w:rsidR="00226CAC" w:rsidRDefault="00226CAC">
      <w:pPr>
        <w:rPr>
          <w:rFonts w:eastAsia="Nanum Gothic"/>
          <w:lang w:eastAsia="ko-KR"/>
        </w:rPr>
      </w:pPr>
    </w:p>
    <w:p w14:paraId="7229DA2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 질문에 바로 답하지 마세요. 교재 전체를 읽은 후, §9.4의 연결 지도를 보기 전에 직접 그려보세요. 그린 다음 §9.4와 비교해 빠진 연결이 있는지 확인합니다.</w:t>
      </w:r>
    </w:p>
    <w:p w14:paraId="4AA27EB4"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9.2 갤러리 워크 (Gallery Walk)</w:t>
      </w:r>
    </w:p>
    <w:p w14:paraId="56E3A152"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9.2.1 갤러리 워크의 목적</w:t>
      </w:r>
    </w:p>
    <w:p w14:paraId="75B0B023"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갤러리 워크는 단순히 "구경하는 것"이 아닙니다.</w:t>
      </w:r>
    </w:p>
    <w:p w14:paraId="16621764"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왜 갤러리 워크를 하는가</w:t>
      </w:r>
      <w:r>
        <w:rPr>
          <w:rFonts w:ascii="Nanum Gothic" w:eastAsia="Nanum Gothic" w:hAnsi="Nanum Gothic" w:cs="Nanum Gothic"/>
          <w:color w:val="1A1A1A"/>
          <w:sz w:val="20"/>
          <w:lang w:eastAsia="ko-KR"/>
        </w:rPr>
        <w:t>:</w:t>
      </w:r>
    </w:p>
    <w:p w14:paraId="4C2827B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1. </w:t>
      </w:r>
      <w:r>
        <w:rPr>
          <w:rFonts w:ascii="Nanum Gothic" w:eastAsia="Nanum Gothic" w:hAnsi="Nanum Gothic" w:cs="Nanum Gothic"/>
          <w:b/>
          <w:color w:val="1A1A1A"/>
          <w:sz w:val="20"/>
          <w:lang w:eastAsia="ko-KR"/>
        </w:rPr>
        <w:t>다양한 접근 발견</w:t>
      </w:r>
      <w:r>
        <w:rPr>
          <w:rFonts w:ascii="Nanum Gothic" w:eastAsia="Nanum Gothic" w:hAnsi="Nanum Gothic" w:cs="Nanum Gothic"/>
          <w:color w:val="1A1A1A"/>
          <w:sz w:val="20"/>
          <w:lang w:eastAsia="ko-KR"/>
        </w:rPr>
        <w:t>: 같은 챌린지를 다른 팀은 어떻게 풀었는가?</w:t>
      </w:r>
    </w:p>
    <w:p w14:paraId="3B88E09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내가 시도하지 않은 프롬프트 전략을 발견할 수 있음</w:t>
      </w:r>
    </w:p>
    <w:p w14:paraId="0D1CC86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2. </w:t>
      </w:r>
      <w:r>
        <w:rPr>
          <w:rFonts w:ascii="Nanum Gothic" w:eastAsia="Nanum Gothic" w:hAnsi="Nanum Gothic" w:cs="Nanum Gothic"/>
          <w:b/>
          <w:color w:val="1A1A1A"/>
          <w:sz w:val="20"/>
          <w:lang w:eastAsia="ko-KR"/>
        </w:rPr>
        <w:t>피드백 제공 연습</w:t>
      </w:r>
      <w:r>
        <w:rPr>
          <w:rFonts w:ascii="Nanum Gothic" w:eastAsia="Nanum Gothic" w:hAnsi="Nanum Gothic" w:cs="Nanum Gothic"/>
          <w:color w:val="1A1A1A"/>
          <w:sz w:val="20"/>
          <w:lang w:eastAsia="ko-KR"/>
        </w:rPr>
        <w:t>: 피드백을 주는 것 자체가 학습 행위</w:t>
      </w:r>
    </w:p>
    <w:p w14:paraId="24414FE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다른 산출물을 분석하는 과정에서 내 이해가 깊어짐</w:t>
      </w:r>
    </w:p>
    <w:p w14:paraId="78A2BF4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3. </w:t>
      </w:r>
      <w:r>
        <w:rPr>
          <w:rFonts w:ascii="Nanum Gothic" w:eastAsia="Nanum Gothic" w:hAnsi="Nanum Gothic" w:cs="Nanum Gothic"/>
          <w:b/>
          <w:color w:val="1A1A1A"/>
          <w:sz w:val="20"/>
          <w:lang w:eastAsia="ko-KR"/>
        </w:rPr>
        <w:t>학습 공유</w:t>
      </w:r>
      <w:r>
        <w:rPr>
          <w:rFonts w:ascii="Nanum Gothic" w:eastAsia="Nanum Gothic" w:hAnsi="Nanum Gothic" w:cs="Nanum Gothic"/>
          <w:color w:val="1A1A1A"/>
          <w:sz w:val="20"/>
          <w:lang w:eastAsia="ko-KR"/>
        </w:rPr>
        <w:t>: 나만의 발견을 공유하는 것이 커뮤니티 학습의 핵심</w:t>
      </w:r>
    </w:p>
    <w:p w14:paraId="16921F9B"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4. </w:t>
      </w:r>
      <w:r>
        <w:rPr>
          <w:rFonts w:ascii="Nanum Gothic" w:eastAsia="Nanum Gothic" w:hAnsi="Nanum Gothic" w:cs="Nanum Gothic"/>
          <w:b/>
          <w:color w:val="1A1A1A"/>
          <w:sz w:val="20"/>
          <w:lang w:eastAsia="ko-KR"/>
        </w:rPr>
        <w:t>캡스톤 아이디어 발굴</w:t>
      </w:r>
      <w:r>
        <w:rPr>
          <w:rFonts w:ascii="Nanum Gothic" w:eastAsia="Nanum Gothic" w:hAnsi="Nanum Gothic" w:cs="Nanum Gothic"/>
          <w:color w:val="1A1A1A"/>
          <w:sz w:val="20"/>
          <w:lang w:eastAsia="ko-KR"/>
        </w:rPr>
        <w:t>: 다른 팀 아이디어에서 내 캡스톤 방향을 발견하기도 함</w:t>
      </w:r>
    </w:p>
    <w:tbl>
      <w:tblPr>
        <w:tblStyle w:val="af9"/>
        <w:tblW w:w="0" w:type="auto"/>
        <w:tblLayout w:type="fixed"/>
        <w:tblLook w:val="04A0" w:firstRow="1" w:lastRow="0" w:firstColumn="1" w:lastColumn="0" w:noHBand="0" w:noVBand="1"/>
      </w:tblPr>
      <w:tblGrid>
        <w:gridCol w:w="400"/>
        <w:gridCol w:w="8672"/>
      </w:tblGrid>
      <w:tr w:rsidR="00226CAC" w14:paraId="0C07DDF2" w14:textId="77777777">
        <w:tc>
          <w:tcPr>
            <w:tcW w:w="400" w:type="dxa"/>
            <w:shd w:val="clear" w:color="auto" w:fill="4A5568"/>
          </w:tcPr>
          <w:p w14:paraId="7ED331FB" w14:textId="77777777" w:rsidR="00226CAC" w:rsidRDefault="00226CAC">
            <w:pPr>
              <w:spacing w:before="80" w:after="80"/>
              <w:rPr>
                <w:rFonts w:eastAsia="Nanum Gothic"/>
                <w:lang w:eastAsia="ko-KR"/>
              </w:rPr>
            </w:pPr>
          </w:p>
        </w:tc>
        <w:tc>
          <w:tcPr>
            <w:tcW w:w="8672" w:type="dxa"/>
            <w:shd w:val="clear" w:color="auto" w:fill="F7F7F7"/>
          </w:tcPr>
          <w:p w14:paraId="07315EA0" w14:textId="77777777" w:rsidR="00226CAC" w:rsidRDefault="00000000">
            <w:pPr>
              <w:spacing w:before="80" w:after="80"/>
              <w:rPr>
                <w:rFonts w:eastAsia="Nanum Gothic"/>
                <w:lang w:eastAsia="ko-KR"/>
              </w:rPr>
            </w:pPr>
            <w:r>
              <w:rPr>
                <w:rFonts w:ascii="Nanum Gothic" w:eastAsia="Nanum Gothic" w:hAnsi="Nanum Gothic" w:cs="Nanum Gothic"/>
                <w:b/>
                <w:color w:val="4A5568"/>
                <w:sz w:val="20"/>
                <w:lang w:eastAsia="ko-KR"/>
              </w:rPr>
              <w:t>📌 Note</w:t>
            </w:r>
            <w:r>
              <w:rPr>
                <w:rFonts w:ascii="Apple SD Gothic Neo" w:eastAsia="Nanum Gothic" w:hAnsi="Apple SD Gothic Neo" w:cs="Apple SD Gothic Neo"/>
                <w:b/>
                <w:color w:val="4A5568"/>
                <w:sz w:val="20"/>
                <w:lang w:eastAsia="ko-KR"/>
              </w:rPr>
              <w:br/>
            </w:r>
            <w:r>
              <w:rPr>
                <w:rFonts w:ascii="Nanum Gothic" w:eastAsia="Nanum Gothic" w:hAnsi="Nanum Gothic" w:cs="Nanum Gothic"/>
                <w:color w:val="1A1A1A"/>
                <w:sz w:val="20"/>
                <w:lang w:eastAsia="ko-KR"/>
              </w:rPr>
              <w:t>"가르치는 것이 배우는 것이다 (Learning by Teaching)." Sandwich 피드백을 작성하는 과정에서 우리는 평가자가 아니라 공동 학습자가 됩니다.</w:t>
            </w:r>
          </w:p>
        </w:tc>
      </w:tr>
    </w:tbl>
    <w:p w14:paraId="24DA3AC6" w14:textId="77777777" w:rsidR="00226CAC" w:rsidRDefault="00226CAC">
      <w:pPr>
        <w:rPr>
          <w:rFonts w:eastAsia="Nanum Gothic"/>
          <w:lang w:eastAsia="ko-KR"/>
        </w:rPr>
      </w:pPr>
    </w:p>
    <w:p w14:paraId="630D77B3" w14:textId="77777777" w:rsidR="00226CAC" w:rsidRDefault="00000000">
      <w:pPr>
        <w:spacing w:before="200" w:after="40"/>
      </w:pPr>
      <w:r>
        <w:rPr>
          <w:rFonts w:ascii="Nanum Gothic" w:eastAsia="Nanum Gothic" w:hAnsi="Nanum Gothic" w:cs="Nanum Gothic"/>
          <w:b/>
          <w:color w:val="024AD8"/>
          <w:sz w:val="28"/>
        </w:rPr>
        <w:t>9.2.2 갤러리 워크 4단계 진행</w:t>
      </w:r>
    </w:p>
    <w:tbl>
      <w:tblPr>
        <w:tblStyle w:val="af9"/>
        <w:tblW w:w="0" w:type="auto"/>
        <w:tblLook w:val="04A0" w:firstRow="1" w:lastRow="0" w:firstColumn="1" w:lastColumn="0" w:noHBand="0" w:noVBand="1"/>
      </w:tblPr>
      <w:tblGrid>
        <w:gridCol w:w="3024"/>
        <w:gridCol w:w="3024"/>
        <w:gridCol w:w="3024"/>
      </w:tblGrid>
      <w:tr w:rsidR="00226CAC" w14:paraId="34B5679A" w14:textId="77777777">
        <w:tc>
          <w:tcPr>
            <w:tcW w:w="3024" w:type="dxa"/>
            <w:shd w:val="clear" w:color="auto" w:fill="024AD8"/>
          </w:tcPr>
          <w:p w14:paraId="16B5E998" w14:textId="77777777" w:rsidR="00226CAC" w:rsidRDefault="00000000">
            <w:pPr>
              <w:spacing w:before="60" w:after="60"/>
            </w:pPr>
            <w:r>
              <w:rPr>
                <w:rFonts w:ascii="Nanum Gothic" w:eastAsia="Nanum Gothic" w:hAnsi="Nanum Gothic" w:cs="Nanum Gothic"/>
                <w:b/>
                <w:color w:val="FFFFFF"/>
                <w:sz w:val="20"/>
              </w:rPr>
              <w:t>단계</w:t>
            </w:r>
          </w:p>
        </w:tc>
        <w:tc>
          <w:tcPr>
            <w:tcW w:w="3024" w:type="dxa"/>
            <w:shd w:val="clear" w:color="auto" w:fill="024AD8"/>
          </w:tcPr>
          <w:p w14:paraId="5BCF1E58" w14:textId="77777777" w:rsidR="00226CAC" w:rsidRDefault="00000000">
            <w:pPr>
              <w:spacing w:before="60" w:after="60"/>
            </w:pPr>
            <w:r>
              <w:rPr>
                <w:rFonts w:ascii="Nanum Gothic" w:eastAsia="Nanum Gothic" w:hAnsi="Nanum Gothic" w:cs="Nanum Gothic"/>
                <w:b/>
                <w:color w:val="FFFFFF"/>
                <w:sz w:val="20"/>
              </w:rPr>
              <w:t>활동</w:t>
            </w:r>
          </w:p>
        </w:tc>
        <w:tc>
          <w:tcPr>
            <w:tcW w:w="3024" w:type="dxa"/>
            <w:shd w:val="clear" w:color="auto" w:fill="024AD8"/>
          </w:tcPr>
          <w:p w14:paraId="33CC03AA" w14:textId="77777777" w:rsidR="00226CAC" w:rsidRDefault="00000000">
            <w:pPr>
              <w:spacing w:before="60" w:after="60"/>
            </w:pPr>
            <w:r>
              <w:rPr>
                <w:rFonts w:ascii="Nanum Gothic" w:eastAsia="Nanum Gothic" w:hAnsi="Nanum Gothic" w:cs="Nanum Gothic"/>
                <w:b/>
                <w:color w:val="FFFFFF"/>
                <w:sz w:val="20"/>
              </w:rPr>
              <w:t>시간</w:t>
            </w:r>
          </w:p>
        </w:tc>
      </w:tr>
      <w:tr w:rsidR="00226CAC" w14:paraId="14D23DDA" w14:textId="77777777">
        <w:tc>
          <w:tcPr>
            <w:tcW w:w="3024" w:type="dxa"/>
          </w:tcPr>
          <w:p w14:paraId="2E54466E" w14:textId="77777777" w:rsidR="00226CAC" w:rsidRDefault="00000000">
            <w:pPr>
              <w:spacing w:before="60" w:after="60"/>
            </w:pPr>
            <w:r>
              <w:rPr>
                <w:rFonts w:ascii="Nanum Gothic" w:eastAsia="Nanum Gothic" w:hAnsi="Nanum Gothic" w:cs="Nanum Gothic"/>
                <w:b/>
                <w:color w:val="1A1A1A"/>
                <w:sz w:val="20"/>
              </w:rPr>
              <w:t>1 — 전시</w:t>
            </w:r>
          </w:p>
        </w:tc>
        <w:tc>
          <w:tcPr>
            <w:tcW w:w="3024" w:type="dxa"/>
          </w:tcPr>
          <w:p w14:paraId="721EA860"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멀티모달 대표 산출물(또는 오늘의 대표 산출물) 벽 게시</w:t>
            </w:r>
          </w:p>
        </w:tc>
        <w:tc>
          <w:tcPr>
            <w:tcW w:w="3024" w:type="dxa"/>
          </w:tcPr>
          <w:p w14:paraId="1D2E507B" w14:textId="77777777" w:rsidR="00226CAC" w:rsidRDefault="00000000">
            <w:pPr>
              <w:spacing w:before="60" w:after="60"/>
            </w:pPr>
            <w:r>
              <w:rPr>
                <w:rFonts w:ascii="Nanum Gothic" w:eastAsia="Nanum Gothic" w:hAnsi="Nanum Gothic" w:cs="Nanum Gothic"/>
                <w:color w:val="1A1A1A"/>
                <w:sz w:val="20"/>
              </w:rPr>
              <w:t>5분</w:t>
            </w:r>
          </w:p>
        </w:tc>
      </w:tr>
      <w:tr w:rsidR="00226CAC" w14:paraId="6DC0FEBB" w14:textId="77777777">
        <w:tc>
          <w:tcPr>
            <w:tcW w:w="3024" w:type="dxa"/>
          </w:tcPr>
          <w:p w14:paraId="609B8C64" w14:textId="77777777" w:rsidR="00226CAC" w:rsidRDefault="00000000">
            <w:pPr>
              <w:spacing w:before="60" w:after="60"/>
            </w:pPr>
            <w:r>
              <w:rPr>
                <w:rFonts w:ascii="Nanum Gothic" w:eastAsia="Nanum Gothic" w:hAnsi="Nanum Gothic" w:cs="Nanum Gothic"/>
                <w:b/>
                <w:color w:val="1A1A1A"/>
                <w:sz w:val="20"/>
              </w:rPr>
              <w:t>2 — 관람</w:t>
            </w:r>
          </w:p>
        </w:tc>
        <w:tc>
          <w:tcPr>
            <w:tcW w:w="3024" w:type="dxa"/>
          </w:tcPr>
          <w:p w14:paraId="4A65BB0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전원 자유 갤러리 워크 — 포스트잇 3색 익명 피드백 부착</w:t>
            </w:r>
          </w:p>
        </w:tc>
        <w:tc>
          <w:tcPr>
            <w:tcW w:w="3024" w:type="dxa"/>
          </w:tcPr>
          <w:p w14:paraId="3BC41E08" w14:textId="77777777" w:rsidR="00226CAC" w:rsidRDefault="00000000">
            <w:pPr>
              <w:spacing w:before="60" w:after="60"/>
            </w:pPr>
            <w:r>
              <w:rPr>
                <w:rFonts w:ascii="Nanum Gothic" w:eastAsia="Nanum Gothic" w:hAnsi="Nanum Gothic" w:cs="Nanum Gothic"/>
                <w:color w:val="1A1A1A"/>
                <w:sz w:val="20"/>
              </w:rPr>
              <w:t>15분</w:t>
            </w:r>
          </w:p>
        </w:tc>
      </w:tr>
      <w:tr w:rsidR="00226CAC" w14:paraId="206BF0AC" w14:textId="77777777">
        <w:tc>
          <w:tcPr>
            <w:tcW w:w="3024" w:type="dxa"/>
          </w:tcPr>
          <w:p w14:paraId="1FF9465E" w14:textId="77777777" w:rsidR="00226CAC" w:rsidRDefault="00000000">
            <w:pPr>
              <w:spacing w:before="60" w:after="60"/>
            </w:pPr>
            <w:r>
              <w:rPr>
                <w:rFonts w:ascii="Nanum Gothic" w:eastAsia="Nanum Gothic" w:hAnsi="Nanum Gothic" w:cs="Nanum Gothic"/>
                <w:b/>
                <w:color w:val="1A1A1A"/>
                <w:sz w:val="20"/>
              </w:rPr>
              <w:t>3 — 읽기</w:t>
            </w:r>
          </w:p>
        </w:tc>
        <w:tc>
          <w:tcPr>
            <w:tcW w:w="3024" w:type="dxa"/>
          </w:tcPr>
          <w:p w14:paraId="390D565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자기 산출물 피드백 읽기 + 페어 리뷰 활동지 작성</w:t>
            </w:r>
          </w:p>
        </w:tc>
        <w:tc>
          <w:tcPr>
            <w:tcW w:w="3024" w:type="dxa"/>
          </w:tcPr>
          <w:p w14:paraId="4FB651C6" w14:textId="77777777" w:rsidR="00226CAC" w:rsidRDefault="00000000">
            <w:pPr>
              <w:spacing w:before="60" w:after="60"/>
            </w:pPr>
            <w:r>
              <w:rPr>
                <w:rFonts w:ascii="Nanum Gothic" w:eastAsia="Nanum Gothic" w:hAnsi="Nanum Gothic" w:cs="Nanum Gothic"/>
                <w:color w:val="1A1A1A"/>
                <w:sz w:val="20"/>
              </w:rPr>
              <w:t>7분</w:t>
            </w:r>
          </w:p>
        </w:tc>
      </w:tr>
      <w:tr w:rsidR="00226CAC" w14:paraId="00AB3634" w14:textId="77777777">
        <w:tc>
          <w:tcPr>
            <w:tcW w:w="3024" w:type="dxa"/>
          </w:tcPr>
          <w:p w14:paraId="67FCC4DB" w14:textId="77777777" w:rsidR="00226CAC" w:rsidRDefault="00000000">
            <w:pPr>
              <w:spacing w:before="60" w:after="60"/>
            </w:pPr>
            <w:r>
              <w:rPr>
                <w:rFonts w:ascii="Nanum Gothic" w:eastAsia="Nanum Gothic" w:hAnsi="Nanum Gothic" w:cs="Nanum Gothic"/>
                <w:b/>
                <w:color w:val="1A1A1A"/>
                <w:sz w:val="20"/>
              </w:rPr>
              <w:t>4 — 추가 전시</w:t>
            </w:r>
            <w:r>
              <w:rPr>
                <w:rFonts w:ascii="Nanum Gothic" w:eastAsia="Nanum Gothic" w:hAnsi="Nanum Gothic" w:cs="Nanum Gothic"/>
                <w:color w:val="1A1A1A"/>
                <w:sz w:val="20"/>
              </w:rPr>
              <w:t xml:space="preserve"> (선택)</w:t>
            </w:r>
          </w:p>
        </w:tc>
        <w:tc>
          <w:tcPr>
            <w:tcW w:w="3024" w:type="dxa"/>
          </w:tcPr>
          <w:p w14:paraId="6719059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오늘의 지식 연결 지도 희망자 추가 게시</w:t>
            </w:r>
          </w:p>
        </w:tc>
        <w:tc>
          <w:tcPr>
            <w:tcW w:w="3024" w:type="dxa"/>
          </w:tcPr>
          <w:p w14:paraId="45F91BC5" w14:textId="77777777" w:rsidR="00226CAC" w:rsidRDefault="00000000">
            <w:pPr>
              <w:spacing w:before="60" w:after="60"/>
            </w:pPr>
            <w:r>
              <w:rPr>
                <w:rFonts w:ascii="Nanum Gothic" w:eastAsia="Nanum Gothic" w:hAnsi="Nanum Gothic" w:cs="Nanum Gothic"/>
                <w:color w:val="1A1A1A"/>
                <w:sz w:val="20"/>
              </w:rPr>
              <w:t>2분</w:t>
            </w:r>
          </w:p>
        </w:tc>
      </w:tr>
    </w:tbl>
    <w:p w14:paraId="434B1001" w14:textId="77777777" w:rsidR="00226CAC" w:rsidRDefault="00226CAC"/>
    <w:p w14:paraId="31B1C929" w14:textId="77777777" w:rsidR="00226CAC" w:rsidRDefault="00000000">
      <w:pPr>
        <w:spacing w:before="200" w:after="40"/>
      </w:pPr>
      <w:r>
        <w:rPr>
          <w:rFonts w:ascii="Nanum Gothic" w:eastAsia="Nanum Gothic" w:hAnsi="Nanum Gothic" w:cs="Nanum Gothic"/>
          <w:b/>
          <w:color w:val="024AD8"/>
          <w:sz w:val="28"/>
        </w:rPr>
        <w:t>9.2.3 포스트잇 3색 규칙</w:t>
      </w:r>
    </w:p>
    <w:tbl>
      <w:tblPr>
        <w:tblStyle w:val="af9"/>
        <w:tblW w:w="0" w:type="auto"/>
        <w:tblLook w:val="04A0" w:firstRow="1" w:lastRow="0" w:firstColumn="1" w:lastColumn="0" w:noHBand="0" w:noVBand="1"/>
      </w:tblPr>
      <w:tblGrid>
        <w:gridCol w:w="2268"/>
        <w:gridCol w:w="2268"/>
        <w:gridCol w:w="2268"/>
        <w:gridCol w:w="2268"/>
      </w:tblGrid>
      <w:tr w:rsidR="00226CAC" w14:paraId="0BCEEB58" w14:textId="77777777">
        <w:tc>
          <w:tcPr>
            <w:tcW w:w="2268" w:type="dxa"/>
            <w:shd w:val="clear" w:color="auto" w:fill="024AD8"/>
          </w:tcPr>
          <w:p w14:paraId="0C7F0430" w14:textId="77777777" w:rsidR="00226CAC" w:rsidRDefault="00000000">
            <w:pPr>
              <w:spacing w:before="60" w:after="60"/>
            </w:pPr>
            <w:r>
              <w:rPr>
                <w:rFonts w:ascii="Nanum Gothic" w:eastAsia="Nanum Gothic" w:hAnsi="Nanum Gothic" w:cs="Nanum Gothic"/>
                <w:b/>
                <w:color w:val="FFFFFF"/>
                <w:sz w:val="20"/>
              </w:rPr>
              <w:t>색상</w:t>
            </w:r>
          </w:p>
        </w:tc>
        <w:tc>
          <w:tcPr>
            <w:tcW w:w="2268" w:type="dxa"/>
            <w:shd w:val="clear" w:color="auto" w:fill="024AD8"/>
          </w:tcPr>
          <w:p w14:paraId="7FD05430" w14:textId="77777777" w:rsidR="00226CAC" w:rsidRDefault="00000000">
            <w:pPr>
              <w:spacing w:before="60" w:after="60"/>
            </w:pPr>
            <w:r>
              <w:rPr>
                <w:rFonts w:ascii="Nanum Gothic" w:eastAsia="Nanum Gothic" w:hAnsi="Nanum Gothic" w:cs="Nanum Gothic"/>
                <w:b/>
                <w:color w:val="FFFFFF"/>
                <w:sz w:val="20"/>
              </w:rPr>
              <w:t>의미</w:t>
            </w:r>
          </w:p>
        </w:tc>
        <w:tc>
          <w:tcPr>
            <w:tcW w:w="2268" w:type="dxa"/>
            <w:shd w:val="clear" w:color="auto" w:fill="024AD8"/>
          </w:tcPr>
          <w:p w14:paraId="763AC2D3" w14:textId="77777777" w:rsidR="00226CAC" w:rsidRDefault="00000000">
            <w:pPr>
              <w:spacing w:before="60" w:after="60"/>
            </w:pPr>
            <w:r>
              <w:rPr>
                <w:rFonts w:ascii="Nanum Gothic" w:eastAsia="Nanum Gothic" w:hAnsi="Nanum Gothic" w:cs="Nanum Gothic"/>
                <w:b/>
                <w:color w:val="FFFFFF"/>
                <w:sz w:val="20"/>
              </w:rPr>
              <w:t>작성 지침</w:t>
            </w:r>
          </w:p>
        </w:tc>
        <w:tc>
          <w:tcPr>
            <w:tcW w:w="2268" w:type="dxa"/>
            <w:shd w:val="clear" w:color="auto" w:fill="024AD8"/>
          </w:tcPr>
          <w:p w14:paraId="47510F90" w14:textId="77777777" w:rsidR="00226CAC" w:rsidRDefault="00000000">
            <w:pPr>
              <w:spacing w:before="60" w:after="60"/>
            </w:pPr>
            <w:r>
              <w:rPr>
                <w:rFonts w:ascii="Nanum Gothic" w:eastAsia="Nanum Gothic" w:hAnsi="Nanum Gothic" w:cs="Nanum Gothic"/>
                <w:b/>
                <w:color w:val="FFFFFF"/>
                <w:sz w:val="20"/>
              </w:rPr>
              <w:t>예시</w:t>
            </w:r>
          </w:p>
        </w:tc>
      </w:tr>
      <w:tr w:rsidR="00226CAC" w14:paraId="1F109563" w14:textId="77777777">
        <w:tc>
          <w:tcPr>
            <w:tcW w:w="2268" w:type="dxa"/>
          </w:tcPr>
          <w:p w14:paraId="1C275541" w14:textId="77777777" w:rsidR="00226CAC" w:rsidRDefault="00000000">
            <w:pPr>
              <w:spacing w:before="60" w:after="60"/>
            </w:pPr>
            <w:r>
              <w:rPr>
                <w:rFonts w:ascii="Nanum Gothic" w:eastAsia="Nanum Gothic" w:hAnsi="Nanum Gothic" w:cs="Nanum Gothic"/>
                <w:color w:val="1A1A1A"/>
                <w:sz w:val="20"/>
              </w:rPr>
              <w:t xml:space="preserve">🟢 </w:t>
            </w:r>
            <w:r>
              <w:rPr>
                <w:rFonts w:ascii="Nanum Gothic" w:eastAsia="Nanum Gothic" w:hAnsi="Nanum Gothic" w:cs="Nanum Gothic"/>
                <w:b/>
                <w:color w:val="1A1A1A"/>
                <w:sz w:val="20"/>
              </w:rPr>
              <w:t>초록</w:t>
            </w:r>
          </w:p>
        </w:tc>
        <w:tc>
          <w:tcPr>
            <w:tcW w:w="2268" w:type="dxa"/>
          </w:tcPr>
          <w:p w14:paraId="2BFE60A0" w14:textId="77777777" w:rsidR="00226CAC" w:rsidRDefault="00000000">
            <w:pPr>
              <w:spacing w:before="60" w:after="60"/>
            </w:pPr>
            <w:r>
              <w:rPr>
                <w:rFonts w:ascii="Nanum Gothic" w:eastAsia="Nanum Gothic" w:hAnsi="Nanum Gothic" w:cs="Nanum Gothic"/>
                <w:color w:val="1A1A1A"/>
                <w:sz w:val="20"/>
              </w:rPr>
              <w:t>칭찬</w:t>
            </w:r>
          </w:p>
        </w:tc>
        <w:tc>
          <w:tcPr>
            <w:tcW w:w="2268" w:type="dxa"/>
          </w:tcPr>
          <w:p w14:paraId="58CDB4F0"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잘된 점 1가지 이상. 구체적으로</w:t>
            </w:r>
          </w:p>
        </w:tc>
        <w:tc>
          <w:tcPr>
            <w:tcW w:w="2268" w:type="dxa"/>
          </w:tcPr>
          <w:p w14:paraId="66A33AB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"프롬프트를 3번 개선한 과정이 인상적입니다"</w:t>
            </w:r>
          </w:p>
        </w:tc>
      </w:tr>
      <w:tr w:rsidR="00226CAC" w14:paraId="77A4F1AA" w14:textId="77777777">
        <w:tc>
          <w:tcPr>
            <w:tcW w:w="2268" w:type="dxa"/>
          </w:tcPr>
          <w:p w14:paraId="5A3FCA0F" w14:textId="77777777" w:rsidR="00226CAC" w:rsidRDefault="00000000">
            <w:pPr>
              <w:spacing w:before="60" w:after="60"/>
            </w:pPr>
            <w:r>
              <w:rPr>
                <w:rFonts w:ascii="Nanum Gothic" w:eastAsia="Nanum Gothic" w:hAnsi="Nanum Gothic" w:cs="Nanum Gothic"/>
                <w:color w:val="1A1A1A"/>
                <w:sz w:val="20"/>
              </w:rPr>
              <w:t xml:space="preserve">🔵 </w:t>
            </w:r>
            <w:r>
              <w:rPr>
                <w:rFonts w:ascii="Nanum Gothic" w:eastAsia="Nanum Gothic" w:hAnsi="Nanum Gothic" w:cs="Nanum Gothic"/>
                <w:b/>
                <w:color w:val="1A1A1A"/>
                <w:sz w:val="20"/>
              </w:rPr>
              <w:t>파랑</w:t>
            </w:r>
          </w:p>
        </w:tc>
        <w:tc>
          <w:tcPr>
            <w:tcW w:w="2268" w:type="dxa"/>
          </w:tcPr>
          <w:p w14:paraId="5C378C25" w14:textId="77777777" w:rsidR="00226CAC" w:rsidRDefault="00000000">
            <w:pPr>
              <w:spacing w:before="60" w:after="60"/>
            </w:pPr>
            <w:r>
              <w:rPr>
                <w:rFonts w:ascii="Nanum Gothic" w:eastAsia="Nanum Gothic" w:hAnsi="Nanum Gothic" w:cs="Nanum Gothic"/>
                <w:color w:val="1A1A1A"/>
                <w:sz w:val="20"/>
              </w:rPr>
              <w:t>질문</w:t>
            </w:r>
          </w:p>
        </w:tc>
        <w:tc>
          <w:tcPr>
            <w:tcW w:w="2268" w:type="dxa"/>
          </w:tcPr>
          <w:p w14:paraId="5A085A7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궁금한 점 또는 이해 안 된 부분</w:t>
            </w:r>
          </w:p>
        </w:tc>
        <w:tc>
          <w:tcPr>
            <w:tcW w:w="2268" w:type="dxa"/>
          </w:tcPr>
          <w:p w14:paraId="0D830D61"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 프롬프트를 어떻게 생각하셨나요?"</w:t>
            </w:r>
          </w:p>
        </w:tc>
      </w:tr>
      <w:tr w:rsidR="00226CAC" w14:paraId="7955B68C" w14:textId="77777777">
        <w:tc>
          <w:tcPr>
            <w:tcW w:w="2268" w:type="dxa"/>
          </w:tcPr>
          <w:p w14:paraId="0DD80624" w14:textId="77777777" w:rsidR="00226CAC" w:rsidRDefault="00000000">
            <w:pPr>
              <w:spacing w:before="60" w:after="60"/>
            </w:pPr>
            <w:r>
              <w:rPr>
                <w:rFonts w:ascii="Nanum Gothic" w:eastAsia="Nanum Gothic" w:hAnsi="Nanum Gothic" w:cs="Nanum Gothic"/>
                <w:color w:val="1A1A1A"/>
                <w:sz w:val="20"/>
              </w:rPr>
              <w:t xml:space="preserve">🟠 </w:t>
            </w:r>
            <w:r>
              <w:rPr>
                <w:rFonts w:ascii="Nanum Gothic" w:eastAsia="Nanum Gothic" w:hAnsi="Nanum Gothic" w:cs="Nanum Gothic"/>
                <w:b/>
                <w:color w:val="1A1A1A"/>
                <w:sz w:val="20"/>
              </w:rPr>
              <w:t>주황</w:t>
            </w:r>
          </w:p>
        </w:tc>
        <w:tc>
          <w:tcPr>
            <w:tcW w:w="2268" w:type="dxa"/>
          </w:tcPr>
          <w:p w14:paraId="33703E76" w14:textId="77777777" w:rsidR="00226CAC" w:rsidRDefault="00000000">
            <w:pPr>
              <w:spacing w:before="60" w:after="60"/>
            </w:pPr>
            <w:r>
              <w:rPr>
                <w:rFonts w:ascii="Nanum Gothic" w:eastAsia="Nanum Gothic" w:hAnsi="Nanum Gothic" w:cs="Nanum Gothic"/>
                <w:color w:val="1A1A1A"/>
                <w:sz w:val="20"/>
              </w:rPr>
              <w:t>제안</w:t>
            </w:r>
          </w:p>
        </w:tc>
        <w:tc>
          <w:tcPr>
            <w:tcW w:w="2268" w:type="dxa"/>
          </w:tcPr>
          <w:p w14:paraId="7419153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더 나아질 수 있는 부분 1가지</w:t>
            </w:r>
          </w:p>
        </w:tc>
        <w:tc>
          <w:tcPr>
            <w:tcW w:w="2268" w:type="dxa"/>
          </w:tcPr>
          <w:p w14:paraId="01501C2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"결과에 날짜를 추가하면 더 활용하기 좋을 것 같아요"</w:t>
            </w:r>
          </w:p>
        </w:tc>
      </w:tr>
    </w:tbl>
    <w:p w14:paraId="68490EA5" w14:textId="77777777" w:rsidR="00226CAC" w:rsidRDefault="00226CAC">
      <w:pPr>
        <w:rPr>
          <w:rFonts w:eastAsia="Nanum Gothic"/>
          <w:lang w:eastAsia="ko-KR"/>
        </w:rPr>
      </w:pPr>
    </w:p>
    <w:p w14:paraId="55C3CA00"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금지 표현</w:t>
      </w:r>
      <w:r>
        <w:rPr>
          <w:rFonts w:ascii="Nanum Gothic" w:eastAsia="Nanum Gothic" w:hAnsi="Nanum Gothic" w:cs="Nanum Gothic"/>
          <w:color w:val="1A1A1A"/>
          <w:sz w:val="20"/>
          <w:lang w:eastAsia="ko-KR"/>
        </w:rPr>
        <w:t>:</w:t>
      </w:r>
    </w:p>
    <w:p w14:paraId="532937B8"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"이건 틀렸어요" → ❌</w:t>
      </w:r>
    </w:p>
    <w:p w14:paraId="6F4B5FE3"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"별로였어요" → ❌</w:t>
      </w:r>
    </w:p>
    <w:p w14:paraId="39AA83B2"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"왜 이렇게 했어요?" (비판 톤) → ❌</w:t>
      </w:r>
    </w:p>
    <w:p w14:paraId="5D8B23A5"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권장 개수</w:t>
      </w:r>
      <w:r>
        <w:rPr>
          <w:rFonts w:ascii="Nanum Gothic" w:eastAsia="Nanum Gothic" w:hAnsi="Nanum Gothic" w:cs="Nanum Gothic"/>
          <w:color w:val="1A1A1A"/>
          <w:sz w:val="20"/>
          <w:lang w:eastAsia="ko-KR"/>
        </w:rPr>
        <w:t>: 산출물 1건당 최소 2개 부착. 1색만 독점하지 말고 색을 섞어서 붙이세요.</w:t>
      </w:r>
    </w:p>
    <w:p w14:paraId="3DE364EE"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9.2.4 갤러리 워크 중 관찰 포인트</w:t>
      </w:r>
    </w:p>
    <w:p w14:paraId="57A3DF31"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다른 팀의 산출물을 볼 때 이 3가지를 확인하세요:</w:t>
      </w:r>
    </w:p>
    <w:p w14:paraId="44B647BF"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① 프롬프트 전략</w:t>
      </w:r>
    </w:p>
    <w:p w14:paraId="1FEB484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어떤 형식을 요청했는가? (표·목록·단락)</w:t>
      </w:r>
    </w:p>
    <w:p w14:paraId="20406FC3"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불확실성 처리를 어떻게 했는가?</w:t>
      </w:r>
    </w:p>
    <w:p w14:paraId="630C4682"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lastRenderedPageBreak/>
        <w:t>• 내가 시도하지 않은 지시가 있는가?</w:t>
      </w:r>
    </w:p>
    <w:p w14:paraId="68F9CBAE"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② 오류 대응</w:t>
      </w:r>
    </w:p>
    <w:p w14:paraId="5207C5F9"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AI 오류가 발생했을 때 어떻게 대응했는가?</w:t>
      </w:r>
    </w:p>
    <w:p w14:paraId="0F42D3A7"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재시도 프롬프트가 있는가?</w:t>
      </w:r>
    </w:p>
    <w:p w14:paraId="11BE5A41"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③ 결과물의 활용성</w:t>
      </w:r>
    </w:p>
    <w:p w14:paraId="4E992603"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이 결과물이 실제 업무에 바로 쓰일 수 있는가?</w:t>
      </w:r>
    </w:p>
    <w:p w14:paraId="645415FB"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내 직무에 응용할 수 있는가?</w:t>
      </w:r>
    </w:p>
    <w:p w14:paraId="08DC36AC"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9.3 Sandwich 피드백 작성 가이드</w:t>
      </w:r>
    </w:p>
    <w:p w14:paraId="032A1AF6"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9.3.1 Sandwich 피드백이란</w:t>
      </w:r>
    </w:p>
    <w:p w14:paraId="015904DF"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 xml:space="preserve">Sandwich 피드백은 피드백을 </w:t>
      </w:r>
      <w:r>
        <w:rPr>
          <w:rFonts w:ascii="Nanum Gothic" w:eastAsia="Nanum Gothic" w:hAnsi="Nanum Gothic" w:cs="Nanum Gothic"/>
          <w:b/>
          <w:color w:val="1A1A1A"/>
          <w:sz w:val="20"/>
          <w:lang w:eastAsia="ko-KR"/>
        </w:rPr>
        <w:t>칭찬 → 제안 → 감사</w:t>
      </w:r>
      <w:r>
        <w:rPr>
          <w:rFonts w:ascii="Nanum Gothic" w:eastAsia="Nanum Gothic" w:hAnsi="Nanum Gothic" w:cs="Nanum Gothic"/>
          <w:color w:val="1A1A1A"/>
          <w:sz w:val="20"/>
          <w:lang w:eastAsia="ko-KR"/>
        </w:rPr>
        <w:t xml:space="preserve"> 순으로 구성하는 방법입니다.</w:t>
      </w:r>
    </w:p>
    <w:p w14:paraId="4F1C86A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이름의 유래: 두 조각의 빵(칭찬·감사) 사이에 내용물(제안)이 있는 샌드위치.</w:t>
      </w:r>
    </w:p>
    <w:p w14:paraId="14668284"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왜 이 순서인가</w:t>
      </w:r>
      <w:r>
        <w:rPr>
          <w:rFonts w:ascii="Nanum Gothic" w:eastAsia="Nanum Gothic" w:hAnsi="Nanum Gothic" w:cs="Nanum Gothic"/>
          <w:color w:val="1A1A1A"/>
          <w:sz w:val="20"/>
          <w:lang w:eastAsia="ko-KR"/>
        </w:rPr>
        <w:t>:</w:t>
      </w:r>
    </w:p>
    <w:p w14:paraId="3BA9BE1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칭찬으로 시작 → 수용 저항 낮아짐</w:t>
      </w:r>
    </w:p>
    <w:p w14:paraId="79EF7FA1"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제안 → 핵심 피드백 전달</w:t>
      </w:r>
    </w:p>
    <w:p w14:paraId="7400318E"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감사로 마무리 → 긍정적 관계 유지</w:t>
      </w:r>
    </w:p>
    <w:p w14:paraId="467A0E58"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9.3.2 Sandwich 피드백 구조</w:t>
      </w:r>
    </w:p>
    <w:tbl>
      <w:tblPr>
        <w:tblStyle w:val="af9"/>
        <w:tblW w:w="0" w:type="auto"/>
        <w:tblLayout w:type="fixed"/>
        <w:tblLook w:val="04A0" w:firstRow="1" w:lastRow="0" w:firstColumn="1" w:lastColumn="0" w:noHBand="0" w:noVBand="1"/>
      </w:tblPr>
      <w:tblGrid>
        <w:gridCol w:w="400"/>
        <w:gridCol w:w="8672"/>
      </w:tblGrid>
      <w:tr w:rsidR="00226CAC" w14:paraId="03EEEC01" w14:textId="77777777">
        <w:tc>
          <w:tcPr>
            <w:tcW w:w="400" w:type="dxa"/>
            <w:shd w:val="clear" w:color="auto" w:fill="C05621"/>
          </w:tcPr>
          <w:p w14:paraId="53852640" w14:textId="77777777" w:rsidR="00226CAC" w:rsidRDefault="00226CAC">
            <w:pPr>
              <w:spacing w:before="80" w:after="80"/>
              <w:rPr>
                <w:rFonts w:eastAsia="Nanum Gothic"/>
                <w:lang w:eastAsia="ko-KR"/>
              </w:rPr>
            </w:pPr>
          </w:p>
        </w:tc>
        <w:tc>
          <w:tcPr>
            <w:tcW w:w="8672" w:type="dxa"/>
            <w:shd w:val="clear" w:color="auto" w:fill="FFF7E6"/>
          </w:tcPr>
          <w:p w14:paraId="36194EC0" w14:textId="77777777" w:rsidR="00226CAC" w:rsidRDefault="00000000">
            <w:pPr>
              <w:spacing w:before="80" w:after="80"/>
              <w:rPr>
                <w:rFonts w:eastAsia="Nanum Gothic"/>
                <w:lang w:eastAsia="ko-KR"/>
              </w:rPr>
            </w:pPr>
            <w:r>
              <w:rPr>
                <w:rFonts w:ascii="Nanum Gothic" w:eastAsia="Nanum Gothic" w:hAnsi="Nanum Gothic" w:cs="Nanum Gothic"/>
                <w:b/>
                <w:color w:val="C05621"/>
                <w:sz w:val="20"/>
                <w:lang w:eastAsia="ko-KR"/>
              </w:rPr>
              <w:t>⚠️ 주의</w:t>
            </w:r>
            <w:r>
              <w:rPr>
                <w:rFonts w:ascii="Apple SD Gothic Neo" w:eastAsia="Nanum Gothic" w:hAnsi="Apple SD Gothic Neo" w:cs="Apple SD Gothic Neo"/>
                <w:b/>
                <w:color w:val="C05621"/>
                <w:sz w:val="20"/>
                <w:lang w:eastAsia="ko-KR"/>
              </w:rPr>
              <w:br/>
            </w:r>
            <w:r>
              <w:rPr>
                <w:rFonts w:ascii="Nanum Gothic" w:eastAsia="Nanum Gothic" w:hAnsi="Nanum Gothic" w:cs="Nanum Gothic"/>
                <w:color w:val="1A1A1A"/>
                <w:sz w:val="20"/>
                <w:lang w:eastAsia="ko-KR"/>
              </w:rPr>
              <w:t>AI 대필 금지. 본인 문장으로 작성. 1문장씩 충분.</w:t>
            </w:r>
          </w:p>
        </w:tc>
      </w:tr>
    </w:tbl>
    <w:p w14:paraId="7FE08414" w14:textId="77777777" w:rsidR="00226CAC" w:rsidRDefault="00226CAC">
      <w:pPr>
        <w:rPr>
          <w:rFonts w:eastAsia="Nanum Gothic"/>
          <w:lang w:eastAsia="ko-KR"/>
        </w:rPr>
      </w:pPr>
    </w:p>
    <w:tbl>
      <w:tblPr>
        <w:tblStyle w:val="af9"/>
        <w:tblW w:w="0" w:type="auto"/>
        <w:tblLook w:val="04A0" w:firstRow="1" w:lastRow="0" w:firstColumn="1" w:lastColumn="0" w:noHBand="0" w:noVBand="1"/>
      </w:tblPr>
      <w:tblGrid>
        <w:gridCol w:w="9072"/>
      </w:tblGrid>
      <w:tr w:rsidR="00226CAC" w14:paraId="2314B430" w14:textId="77777777">
        <w:tc>
          <w:tcPr>
            <w:tcW w:w="9072" w:type="dxa"/>
            <w:shd w:val="clear" w:color="auto" w:fill="F7F7F7"/>
          </w:tcPr>
          <w:p w14:paraId="6337E96D"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① </w:t>
            </w:r>
            <w:r>
              <w:rPr>
                <w:rFonts w:ascii="Nanum Gothic" w:hAnsi="Nanum Gothic" w:eastAsia="Nanum Gothic" w:cs="Nanum Gothic"/>
                <w:color w:val="1A1A1A"/>
                <w:sz w:val="19"/>
                <w:lang w:eastAsia="ko-KR"/>
              </w:rPr>
              <w:t>칭찬</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잘된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점</w:t>
            </w:r>
            <w:r>
              <w:rPr>
                <w:rFonts w:ascii="D2Coding" w:hAnsi="D2Coding" w:eastAsia="D2Coding" w:cs="D2Coding"/>
                <w:color w:val="1A1A1A"/>
                <w:sz w:val="19"/>
                <w:lang w:eastAsia="ko-KR"/>
              </w:rPr>
              <w:t xml:space="preserve"> 1</w:t>
            </w:r>
            <w:r>
              <w:rPr>
                <w:rFonts w:ascii="Nanum Gothic" w:hAnsi="Nanum Gothic" w:eastAsia="Nanum Gothic" w:cs="Nanum Gothic"/>
                <w:color w:val="1A1A1A"/>
                <w:sz w:val="19"/>
                <w:lang w:eastAsia="ko-KR"/>
              </w:rPr>
              <w:t>문장</w:t>
            </w:r>
            <w:r>
              <w:rPr>
                <w:rFonts w:ascii="Nanum Gothic" w:hAnsi="Nanum Gothic" w:eastAsia="Nanum Gothic" w:cs="Nanum Gothic"/>
                <w:color w:val="1A1A1A"/>
                <w:sz w:val="19"/>
                <w:lang w:eastAsia="ko-KR"/>
              </w:rPr>
              <w:t>)</w:t>
            </w:r>
          </w:p>
          <w:p w14:paraId="7302E5AB"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산출물에서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특히</w:t>
            </w:r>
            <w:r>
              <w:rPr>
                <w:rFonts w:ascii="Nanum Gothic" w:hAnsi="Nanum Gothic" w:eastAsia="Nanum Gothic" w:cs="Nanum Gothic"/>
                <w:color w:val="1A1A1A"/>
                <w:sz w:val="19"/>
                <w:lang w:eastAsia="ko-KR"/>
              </w:rPr>
              <w:t xml:space="preserve"> ___</w:t>
            </w:r>
            <w:r>
              <w:rPr>
                <w:rFonts w:ascii="Nanum Gothic" w:hAnsi="Nanum Gothic" w:eastAsia="Nanum Gothic" w:cs="Nanum Gothic"/>
                <w:color w:val="1A1A1A"/>
                <w:sz w:val="19"/>
                <w:lang w:eastAsia="ko-KR"/>
              </w:rPr>
              <w:t>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훌륭했습니다</w:t>
            </w:r>
            <w:r>
              <w:rPr>
                <w:rFonts w:ascii="Nanum Gothic" w:hAnsi="Nanum Gothic" w:eastAsia="Nanum Gothic" w:cs="Nanum Gothic"/>
                <w:color w:val="1A1A1A"/>
                <w:sz w:val="19"/>
                <w:lang w:eastAsia="ko-KR"/>
              </w:rPr>
              <w:t>."</w:t>
            </w:r>
          </w:p>
          <w:p w14:paraId="5131C09D"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또는</w:t>
            </w:r>
            <w:r>
              <w:rPr>
                <w:rFonts w:ascii="Nanum Gothic" w:hAnsi="Nanum Gothic" w:eastAsia="Nanum Gothic" w:cs="Nanum Gothic"/>
                <w:color w:val="1A1A1A"/>
                <w:sz w:val="19"/>
                <w:lang w:eastAsia="ko-KR"/>
              </w:rPr>
              <w:t>: "___</w:t>
            </w:r>
            <w:r>
              <w:rPr>
                <w:rFonts w:ascii="Nanum Gothic" w:hAnsi="Nanum Gothic" w:eastAsia="Nanum Gothic" w:cs="Nanum Gothic"/>
                <w:color w:val="1A1A1A"/>
                <w:sz w:val="19"/>
                <w:lang w:eastAsia="ko-KR"/>
              </w:rPr>
              <w:t>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접근이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인상적이었습니다</w:t>
            </w:r>
            <w:r>
              <w:rPr>
                <w:rFonts w:ascii="Nanum Gothic" w:hAnsi="Nanum Gothic" w:eastAsia="Nanum Gothic" w:cs="Nanum Gothic"/>
                <w:color w:val="1A1A1A"/>
                <w:sz w:val="19"/>
                <w:lang w:eastAsia="ko-KR"/>
              </w:rPr>
              <w:t>."</w:t>
            </w:r>
          </w:p>
          <w:p w14:paraId="7CB72BA9" w14:textId="77777777" w:rsidR="00226CAC" w:rsidRDefault="00226CAC">
            <w:pPr>
              <w:spacing w:before="20" w:after="20" w:line="220" w:lineRule="exact"/>
              <w:rPr>
                <w:rFonts w:eastAsia="Nanum Gothic"/>
                <w:lang w:eastAsia="ko-KR"/>
              </w:rPr>
            </w:pPr>
          </w:p>
          <w:p w14:paraId="1A12F06D"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② </w:t>
            </w:r>
            <w:r>
              <w:rPr>
                <w:rFonts w:ascii="Nanum Gothic" w:hAnsi="Nanum Gothic" w:eastAsia="Nanum Gothic" w:cs="Nanum Gothic"/>
                <w:color w:val="1A1A1A"/>
                <w:sz w:val="19"/>
                <w:lang w:eastAsia="ko-KR"/>
              </w:rPr>
              <w:t>제안</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개선</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아이디어</w:t>
            </w:r>
            <w:r>
              <w:rPr>
                <w:rFonts w:ascii="D2Coding" w:hAnsi="D2Coding" w:eastAsia="D2Coding" w:cs="D2Coding"/>
                <w:color w:val="1A1A1A"/>
                <w:sz w:val="19"/>
                <w:lang w:eastAsia="ko-KR"/>
              </w:rPr>
              <w:t xml:space="preserve"> 1</w:t>
            </w:r>
            <w:r>
              <w:rPr>
                <w:rFonts w:ascii="Nanum Gothic" w:hAnsi="Nanum Gothic" w:eastAsia="Nanum Gothic" w:cs="Nanum Gothic"/>
                <w:color w:val="1A1A1A"/>
                <w:sz w:val="19"/>
                <w:lang w:eastAsia="ko-KR"/>
              </w:rPr>
              <w:t>문장</w:t>
            </w:r>
            <w:r>
              <w:rPr>
                <w:rFonts w:ascii="Nanum Gothic" w:hAnsi="Nanum Gothic" w:eastAsia="Nanum Gothic" w:cs="Nanum Gothic"/>
                <w:color w:val="1A1A1A"/>
                <w:sz w:val="19"/>
                <w:lang w:eastAsia="ko-KR"/>
              </w:rPr>
              <w:t>)</w:t>
            </w:r>
          </w:p>
          <w:p w14:paraId="639E4D01"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"___</w:t>
            </w:r>
            <w:r>
              <w:rPr>
                <w:rFonts w:ascii="Nanum Gothic" w:hAnsi="Nanum Gothic" w:eastAsia="Nanum Gothic" w:cs="Nanum Gothic"/>
                <w:color w:val="1A1A1A"/>
                <w:sz w:val="19"/>
                <w:lang w:eastAsia="ko-KR"/>
              </w:rPr>
              <w:t>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점을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보완하면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더욱</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강력해질</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것</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같습니다</w:t>
            </w:r>
            <w:r>
              <w:rPr>
                <w:rFonts w:ascii="Nanum Gothic" w:hAnsi="Nanum Gothic" w:eastAsia="Nanum Gothic" w:cs="Nanum Gothic"/>
                <w:color w:val="1A1A1A"/>
                <w:sz w:val="19"/>
                <w:lang w:eastAsia="ko-KR"/>
              </w:rPr>
              <w:t>."</w:t>
            </w:r>
          </w:p>
          <w:p w14:paraId="4AFCFD2C"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또는</w:t>
            </w:r>
            <w:r>
              <w:rPr>
                <w:rFonts w:ascii="Nanum Gothic" w:hAnsi="Nanum Gothic" w:eastAsia="Nanum Gothic" w:cs="Nanum Gothic"/>
                <w:color w:val="1A1A1A"/>
                <w:sz w:val="19"/>
                <w:lang w:eastAsia="ko-KR"/>
              </w:rPr>
              <w:t>: "___</w:t>
            </w:r>
            <w:r>
              <w:rPr>
                <w:rFonts w:ascii="Nanum Gothic" w:hAnsi="Nanum Gothic" w:eastAsia="Nanum Gothic" w:cs="Nanum Gothic"/>
                <w:color w:val="1A1A1A"/>
                <w:sz w:val="19"/>
                <w:lang w:eastAsia="ko-KR"/>
              </w:rPr>
              <w:t>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추가하면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실무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활용도가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높아질</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것</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같아요</w:t>
            </w:r>
            <w:r>
              <w:rPr>
                <w:rFonts w:ascii="Nanum Gothic" w:hAnsi="Nanum Gothic" w:eastAsia="Nanum Gothic" w:cs="Nanum Gothic"/>
                <w:color w:val="1A1A1A"/>
                <w:sz w:val="19"/>
                <w:lang w:eastAsia="ko-KR"/>
              </w:rPr>
              <w:t>."</w:t>
            </w:r>
          </w:p>
          <w:p w14:paraId="66896AB5" w14:textId="77777777" w:rsidR="00226CAC" w:rsidRDefault="00226CAC">
            <w:pPr>
              <w:spacing w:before="20" w:after="20" w:line="220" w:lineRule="exact"/>
              <w:rPr>
                <w:rFonts w:eastAsia="Nanum Gothic"/>
                <w:lang w:eastAsia="ko-KR"/>
              </w:rPr>
            </w:pPr>
          </w:p>
          <w:p w14:paraId="40CF86E8"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③ </w:t>
            </w:r>
            <w:r>
              <w:rPr>
                <w:rFonts w:ascii="Nanum Gothic" w:hAnsi="Nanum Gothic" w:eastAsia="Nanum Gothic" w:cs="Nanum Gothic"/>
                <w:color w:val="1A1A1A"/>
                <w:sz w:val="19"/>
                <w:lang w:eastAsia="ko-KR"/>
              </w:rPr>
              <w:t>감사</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협업</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소감</w:t>
            </w:r>
            <w:r>
              <w:rPr>
                <w:rFonts w:ascii="D2Coding" w:hAnsi="D2Coding" w:eastAsia="D2Coding" w:cs="D2Coding"/>
                <w:color w:val="1A1A1A"/>
                <w:sz w:val="19"/>
                <w:lang w:eastAsia="ko-KR"/>
              </w:rPr>
              <w:t xml:space="preserve"> 1</w:t>
            </w:r>
            <w:r>
              <w:rPr>
                <w:rFonts w:ascii="Nanum Gothic" w:hAnsi="Nanum Gothic" w:eastAsia="Nanum Gothic" w:cs="Nanum Gothic"/>
                <w:color w:val="1A1A1A"/>
                <w:sz w:val="19"/>
                <w:lang w:eastAsia="ko-KR"/>
              </w:rPr>
              <w:t>문장</w:t>
            </w:r>
            <w:r>
              <w:rPr>
                <w:rFonts w:ascii="Nanum Gothic" w:hAnsi="Nanum Gothic" w:eastAsia="Nanum Gothic" w:cs="Nanum Gothic"/>
                <w:color w:val="1A1A1A"/>
                <w:sz w:val="19"/>
                <w:lang w:eastAsia="ko-KR"/>
              </w:rPr>
              <w:t>)</w:t>
            </w:r>
          </w:p>
          <w:p w14:paraId="7477545C"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함께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실습하면서</w:t>
            </w:r>
            <w:r>
              <w:rPr>
                <w:rFonts w:ascii="Nanum Gothic" w:hAnsi="Nanum Gothic" w:eastAsia="Nanum Gothic" w:cs="Nanum Gothic"/>
                <w:color w:val="1A1A1A"/>
                <w:sz w:val="19"/>
                <w:lang w:eastAsia="ko-KR"/>
              </w:rPr>
              <w:t xml:space="preserve"> ___</w:t>
            </w:r>
            <w:r>
              <w:rPr>
                <w:rFonts w:ascii="Nanum Gothic" w:hAnsi="Nanum Gothic" w:eastAsia="Nanum Gothic" w:cs="Nanum Gothic"/>
                <w:color w:val="1A1A1A"/>
                <w:sz w:val="19"/>
                <w:lang w:eastAsia="ko-KR"/>
              </w:rPr>
              <w:t>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새롭게</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배웠습니다</w:t>
            </w:r>
            <w:r>
              <w:rPr>
                <w:rFonts w:ascii="Nanum Gothic" w:hAnsi="Nanum Gothic" w:eastAsia="Nanum Gothic" w:cs="Nanum Gothic"/>
                <w:color w:val="1A1A1A"/>
                <w:sz w:val="19"/>
                <w:lang w:eastAsia="ko-KR"/>
              </w:rPr>
              <w:t>."</w:t>
            </w:r>
          </w:p>
          <w:p w14:paraId="20EC44B6"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또는</w:t>
            </w: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산출물을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보고</w:t>
            </w:r>
            <w:r>
              <w:rPr>
                <w:rFonts w:ascii="Nanum Gothic" w:hAnsi="Nanum Gothic" w:eastAsia="Nanum Gothic" w:cs="Nanum Gothic"/>
                <w:color w:val="1A1A1A"/>
                <w:sz w:val="19"/>
                <w:lang w:eastAsia="ko-KR"/>
              </w:rPr>
              <w:t xml:space="preserve"> ___</w:t>
            </w:r>
            <w:r>
              <w:rPr>
                <w:rFonts w:ascii="Nanum Gothic" w:hAnsi="Nanum Gothic" w:eastAsia="Nanum Gothic" w:cs="Nanum Gothic"/>
                <w:color w:val="1A1A1A"/>
                <w:sz w:val="19"/>
                <w:lang w:eastAsia="ko-KR"/>
              </w:rPr>
              <w:t>라는</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아이디어를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얻었습니다</w:t>
            </w:r>
            <w:r>
              <w:rPr>
                <w:rFonts w:ascii="Nanum Gothic" w:hAnsi="Nanum Gothic" w:eastAsia="Nanum Gothic" w:cs="Nanum Gothic"/>
                <w:color w:val="1A1A1A"/>
                <w:sz w:val="19"/>
                <w:lang w:eastAsia="ko-KR"/>
              </w:rPr>
              <w:t>."</w:t>
            </w:r>
          </w:p>
        </w:tc>
      </w:tr>
    </w:tbl>
    <w:p w14:paraId="6C516682" w14:textId="77777777" w:rsidR="00226CAC" w:rsidRDefault="00226CAC">
      <w:pPr>
        <w:rPr>
          <w:rFonts w:eastAsia="Nanum Gothic"/>
          <w:lang w:eastAsia="ko-KR"/>
        </w:rPr>
      </w:pPr>
    </w:p>
    <w:p w14:paraId="09D67799"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9.3.3 피드백 예시 3가지</w:t>
      </w:r>
    </w:p>
    <w:p w14:paraId="03B6F17E"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예시 1 — 챌린지 D (손글씨 변환) 산출물 대상</w:t>
      </w:r>
      <w:r>
        <w:rPr>
          <w:rFonts w:ascii="Nanum Gothic" w:eastAsia="Nanum Gothic" w:hAnsi="Nanum Gothic" w:cs="Nanum Gothic"/>
          <w:color w:val="1A1A1A"/>
          <w:sz w:val="20"/>
          <w:lang w:eastAsia="ko-KR"/>
        </w:rPr>
        <w:t>:</w:t>
      </w:r>
    </w:p>
    <w:tbl>
      <w:tblPr>
        <w:tblStyle w:val="af9"/>
        <w:tblW w:w="0" w:type="auto"/>
        <w:tblLook w:val="04A0" w:firstRow="1" w:lastRow="0" w:firstColumn="1" w:lastColumn="0" w:noHBand="0" w:noVBand="1"/>
      </w:tblPr>
      <w:tblGrid>
        <w:gridCol w:w="9072"/>
      </w:tblGrid>
      <w:tr w:rsidR="00226CAC" w14:paraId="77841FF7" w14:textId="77777777">
        <w:tc>
          <w:tcPr>
            <w:tcW w:w="9072" w:type="dxa"/>
            <w:shd w:val="clear" w:color="auto" w:fill="F7F7F7"/>
          </w:tcPr>
          <w:p w14:paraId="1C5B1823"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① </w:t>
            </w:r>
            <w:r>
              <w:rPr>
                <w:rFonts w:ascii="Nanum Gothic" w:hAnsi="Nanum Gothic" w:eastAsia="Nanum Gothic" w:cs="Nanum Gothic"/>
                <w:color w:val="1A1A1A"/>
                <w:sz w:val="19"/>
                <w:lang w:eastAsia="ko-KR"/>
              </w:rPr>
              <w:t>칭찬</w:t>
            </w: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손글씨</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변환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결과에서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불확실한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글자에</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불명확</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표시를</w:t>
            </w:r>
          </w:p>
          <w:p w14:paraId="6DB9B461"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추가한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점이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실용적이었습니다</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그냥</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지나치지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않은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게</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인상적입니다</w:t>
            </w:r>
            <w:r>
              <w:rPr>
                <w:rFonts w:ascii="Nanum Gothic" w:hAnsi="Nanum Gothic" w:eastAsia="Nanum Gothic" w:cs="Nanum Gothic"/>
                <w:color w:val="1A1A1A"/>
                <w:sz w:val="19"/>
                <w:lang w:eastAsia="ko-KR"/>
              </w:rPr>
              <w:t>."</w:t>
            </w:r>
          </w:p>
          <w:p w14:paraId="0849D9E3" w14:textId="77777777" w:rsidR="00226CAC" w:rsidRDefault="00226CAC">
            <w:pPr>
              <w:spacing w:before="20" w:after="20" w:line="220" w:lineRule="exact"/>
              <w:rPr>
                <w:rFonts w:eastAsia="Nanum Gothic"/>
                <w:lang w:eastAsia="ko-KR"/>
              </w:rPr>
            </w:pPr>
          </w:p>
          <w:p w14:paraId="14389B7B"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② </w:t>
            </w:r>
            <w:r>
              <w:rPr>
                <w:rFonts w:ascii="Nanum Gothic" w:hAnsi="Nanum Gothic" w:eastAsia="Nanum Gothic" w:cs="Nanum Gothic"/>
                <w:color w:val="1A1A1A"/>
                <w:sz w:val="19"/>
                <w:lang w:eastAsia="ko-KR"/>
              </w:rPr>
              <w:t>제안</w:t>
            </w: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변환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항목</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분류를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회의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결정사항</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할</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일</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다음</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미팅으로</w:t>
            </w:r>
          </w:p>
          <w:p w14:paraId="5AB17222"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나누면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더</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바로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활용하기</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좋을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것</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같습니다</w:t>
            </w:r>
            <w:r>
              <w:rPr>
                <w:rFonts w:ascii="Nanum Gothic" w:hAnsi="Nanum Gothic" w:eastAsia="Nanum Gothic" w:cs="Nanum Gothic"/>
                <w:color w:val="1A1A1A"/>
                <w:sz w:val="19"/>
                <w:lang w:eastAsia="ko-KR"/>
              </w:rPr>
              <w:t>."</w:t>
            </w:r>
          </w:p>
          <w:p w14:paraId="647461E2" w14:textId="77777777" w:rsidR="00226CAC" w:rsidRDefault="00226CAC">
            <w:pPr>
              <w:spacing w:before="20" w:after="20" w:line="220" w:lineRule="exact"/>
              <w:rPr>
                <w:rFonts w:eastAsia="Nanum Gothic"/>
                <w:lang w:eastAsia="ko-KR"/>
              </w:rPr>
            </w:pPr>
          </w:p>
          <w:p w14:paraId="5FDC0BA4"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③ </w:t>
            </w:r>
            <w:r>
              <w:rPr>
                <w:rFonts w:ascii="Nanum Gothic" w:hAnsi="Nanum Gothic" w:eastAsia="Nanum Gothic" w:cs="Nanum Gothic"/>
                <w:color w:val="1A1A1A"/>
                <w:sz w:val="19"/>
                <w:lang w:eastAsia="ko-KR"/>
              </w:rPr>
              <w:t>감사</w:t>
            </w: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프롬프트를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두</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번</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개선하는</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과정을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보고</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저도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반복</w:t>
            </w:r>
          </w:p>
          <w:p w14:paraId="17B78C0A"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개선이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중요하다는</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다시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확인했습니다</w:t>
            </w:r>
            <w:r>
              <w:rPr>
                <w:rFonts w:ascii="Nanum Gothic" w:hAnsi="Nanum Gothic" w:eastAsia="Nanum Gothic" w:cs="Nanum Gothic"/>
                <w:color w:val="1A1A1A"/>
                <w:sz w:val="19"/>
                <w:lang w:eastAsia="ko-KR"/>
              </w:rPr>
              <w:t>."</w:t>
            </w:r>
          </w:p>
        </w:tc>
      </w:tr>
    </w:tbl>
    <w:p w14:paraId="22CB39BF" w14:textId="77777777" w:rsidR="00226CAC" w:rsidRDefault="00226CAC">
      <w:pPr>
        <w:rPr>
          <w:rFonts w:eastAsia="Nanum Gothic"/>
          <w:lang w:eastAsia="ko-KR"/>
        </w:rPr>
      </w:pPr>
    </w:p>
    <w:p w14:paraId="69732755"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예시 2 — 챌린지 E (이메일 요점 추출) 산출물 대상</w:t>
      </w:r>
      <w:r>
        <w:rPr>
          <w:rFonts w:ascii="Nanum Gothic" w:eastAsia="Nanum Gothic" w:hAnsi="Nanum Gothic" w:cs="Nanum Gothic"/>
          <w:color w:val="1A1A1A"/>
          <w:sz w:val="20"/>
          <w:lang w:eastAsia="ko-KR"/>
        </w:rPr>
        <w:t>:</w:t>
      </w:r>
    </w:p>
    <w:tbl>
      <w:tblPr>
        <w:tblStyle w:val="af9"/>
        <w:tblW w:w="0" w:type="auto"/>
        <w:tblLook w:val="04A0" w:firstRow="1" w:lastRow="0" w:firstColumn="1" w:lastColumn="0" w:noHBand="0" w:noVBand="1"/>
      </w:tblPr>
      <w:tblGrid>
        <w:gridCol w:w="9072"/>
      </w:tblGrid>
      <w:tr w:rsidR="00226CAC" w14:paraId="39DD43FF" w14:textId="77777777">
        <w:tc>
          <w:tcPr>
            <w:tcW w:w="9072" w:type="dxa"/>
            <w:shd w:val="clear" w:color="auto" w:fill="F7F7F7"/>
          </w:tcPr>
          <w:p w14:paraId="01B8C4A5"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① </w:t>
            </w:r>
            <w:r>
              <w:rPr>
                <w:rFonts w:ascii="Nanum Gothic" w:hAnsi="Nanum Gothic" w:eastAsia="Nanum Gothic" w:cs="Nanum Gothic"/>
                <w:color w:val="1A1A1A"/>
                <w:sz w:val="19"/>
                <w:lang w:eastAsia="ko-KR"/>
              </w:rPr>
              <w:t>칭찬</w:t>
            </w: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결정</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사항</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할</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일</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미결</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항목으로</w:t>
            </w:r>
            <w:r>
              <w:rPr>
                <w:rFonts w:ascii="D2Coding" w:hAnsi="D2Coding" w:eastAsia="D2Coding" w:cs="D2Coding"/>
                <w:color w:val="1A1A1A"/>
                <w:sz w:val="19"/>
                <w:lang w:eastAsia="ko-KR"/>
              </w:rPr>
              <w:t xml:space="preserve"> 3</w:t>
            </w:r>
            <w:r>
              <w:rPr>
                <w:rFonts w:ascii="Nanum Gothic" w:hAnsi="Nanum Gothic" w:eastAsia="Nanum Gothic" w:cs="Nanum Gothic"/>
                <w:color w:val="1A1A1A"/>
                <w:sz w:val="19"/>
                <w:lang w:eastAsia="ko-KR"/>
              </w:rPr>
              <w:t>분류한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구조가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매우</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명확합니다</w:t>
            </w:r>
            <w:r>
              <w:rPr>
                <w:rFonts w:ascii="Nanum Gothic" w:hAnsi="Nanum Gothic" w:eastAsia="Nanum Gothic" w:cs="Nanum Gothic"/>
                <w:color w:val="1A1A1A"/>
                <w:sz w:val="19"/>
                <w:lang w:eastAsia="ko-KR"/>
              </w:rPr>
              <w:t>.</w:t>
            </w:r>
          </w:p>
          <w:p w14:paraId="285C9C79"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회의에</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바로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활용할</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있을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것</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같습니다</w:t>
            </w:r>
            <w:r>
              <w:rPr>
                <w:rFonts w:ascii="Nanum Gothic" w:hAnsi="Nanum Gothic" w:eastAsia="Nanum Gothic" w:cs="Nanum Gothic"/>
                <w:color w:val="1A1A1A"/>
                <w:sz w:val="19"/>
                <w:lang w:eastAsia="ko-KR"/>
              </w:rPr>
              <w:t>."</w:t>
            </w:r>
          </w:p>
          <w:p w14:paraId="03EBA016" w14:textId="77777777" w:rsidR="00226CAC" w:rsidRDefault="00226CAC">
            <w:pPr>
              <w:spacing w:before="20" w:after="20" w:line="220" w:lineRule="exact"/>
              <w:rPr>
                <w:rFonts w:eastAsia="Nanum Gothic"/>
                <w:lang w:eastAsia="ko-KR"/>
              </w:rPr>
            </w:pPr>
          </w:p>
          <w:p w14:paraId="0169131C"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② </w:t>
            </w:r>
            <w:r>
              <w:rPr>
                <w:rFonts w:ascii="Nanum Gothic" w:hAnsi="Nanum Gothic" w:eastAsia="Nanum Gothic" w:cs="Nanum Gothic"/>
                <w:color w:val="1A1A1A"/>
                <w:sz w:val="19"/>
                <w:lang w:eastAsia="ko-KR"/>
              </w:rPr>
              <w:t>제안</w:t>
            </w: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각</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할</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항목에</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담당자</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이름을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추가하면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더</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완성도가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높아질</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것</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같아요</w:t>
            </w:r>
            <w:r>
              <w:rPr>
                <w:rFonts w:ascii="Nanum Gothic" w:hAnsi="Nanum Gothic" w:eastAsia="Nanum Gothic" w:cs="Nanum Gothic"/>
                <w:color w:val="1A1A1A"/>
                <w:sz w:val="19"/>
                <w:lang w:eastAsia="ko-KR"/>
              </w:rPr>
              <w:t>."</w:t>
            </w:r>
          </w:p>
          <w:p w14:paraId="370EC59B" w14:textId="77777777" w:rsidR="00226CAC" w:rsidRDefault="00226CAC">
            <w:pPr>
              <w:spacing w:before="20" w:after="20" w:line="220" w:lineRule="exact"/>
              <w:rPr>
                <w:rFonts w:eastAsia="Nanum Gothic"/>
                <w:lang w:eastAsia="ko-KR"/>
              </w:rPr>
            </w:pPr>
          </w:p>
          <w:p w14:paraId="4CBF9A22"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③ </w:t>
            </w:r>
            <w:r>
              <w:rPr>
                <w:rFonts w:ascii="Nanum Gothic" w:hAnsi="Nanum Gothic" w:eastAsia="Nanum Gothic" w:cs="Nanum Gothic"/>
                <w:color w:val="1A1A1A"/>
                <w:sz w:val="19"/>
                <w:lang w:eastAsia="ko-KR"/>
              </w:rPr>
              <w:t>감사</w:t>
            </w: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이메일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요약</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프롬프트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구조를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업무에도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응용할</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있겠다고</w:t>
            </w:r>
          </w:p>
          <w:p w14:paraId="6D88F2F3"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생각했습니다</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좋은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아이디어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감사합니다</w:t>
            </w:r>
            <w:r>
              <w:rPr>
                <w:rFonts w:ascii="Nanum Gothic" w:hAnsi="Nanum Gothic" w:eastAsia="Nanum Gothic" w:cs="Nanum Gothic"/>
                <w:color w:val="1A1A1A"/>
                <w:sz w:val="19"/>
                <w:lang w:eastAsia="ko-KR"/>
              </w:rPr>
              <w:t>."</w:t>
            </w:r>
          </w:p>
        </w:tc>
      </w:tr>
    </w:tbl>
    <w:p w14:paraId="788660E1" w14:textId="77777777" w:rsidR="00226CAC" w:rsidRDefault="00226CAC">
      <w:pPr>
        <w:rPr>
          <w:rFonts w:eastAsia="Nanum Gothic"/>
          <w:lang w:eastAsia="ko-KR"/>
        </w:rPr>
      </w:pPr>
    </w:p>
    <w:p w14:paraId="563F905F"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예시 3 — 챌린지 B (음식 영양 분석) 산출물 대상</w:t>
      </w:r>
      <w:r>
        <w:rPr>
          <w:rFonts w:ascii="Nanum Gothic" w:eastAsia="Nanum Gothic" w:hAnsi="Nanum Gothic" w:cs="Nanum Gothic"/>
          <w:color w:val="1A1A1A"/>
          <w:sz w:val="20"/>
          <w:lang w:eastAsia="ko-KR"/>
        </w:rPr>
        <w:t>:</w:t>
      </w:r>
    </w:p>
    <w:tbl>
      <w:tblPr>
        <w:tblStyle w:val="af9"/>
        <w:tblW w:w="0" w:type="auto"/>
        <w:tblLook w:val="04A0" w:firstRow="1" w:lastRow="0" w:firstColumn="1" w:lastColumn="0" w:noHBand="0" w:noVBand="1"/>
      </w:tblPr>
      <w:tblGrid>
        <w:gridCol w:w="9072"/>
      </w:tblGrid>
      <w:tr w:rsidR="00226CAC" w14:paraId="0CC5F157" w14:textId="77777777">
        <w:tc>
          <w:tcPr>
            <w:tcW w:w="9072" w:type="dxa"/>
            <w:shd w:val="clear" w:color="auto" w:fill="F7F7F7"/>
          </w:tcPr>
          <w:p w14:paraId="5F927748"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① </w:t>
            </w:r>
            <w:r>
              <w:rPr>
                <w:rFonts w:ascii="Nanum Gothic" w:hAnsi="Nanum Gothic" w:eastAsia="Nanum Gothic" w:cs="Nanum Gothic"/>
                <w:color w:val="1A1A1A"/>
                <w:sz w:val="19"/>
                <w:lang w:eastAsia="ko-KR"/>
              </w:rPr>
              <w:t>칭찬</w:t>
            </w: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추정</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표시를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활용해</w:t>
            </w:r>
            <w:r>
              <w:rPr>
                <w:rFonts w:ascii="D2Coding" w:hAnsi="D2Coding" w:eastAsia="D2Coding" w:cs="D2Coding"/>
                <w:color w:val="1A1A1A"/>
                <w:sz w:val="19"/>
                <w:lang w:eastAsia="ko-KR"/>
              </w:rPr>
              <w:t xml:space="preserve"> AI</w:t>
            </w:r>
            <w:r>
              <w:rPr>
                <w:rFonts w:ascii="Nanum Gothic" w:hAnsi="Nanum Gothic" w:eastAsia="Nanum Gothic" w:cs="Nanum Gothic"/>
                <w:color w:val="1A1A1A"/>
                <w:sz w:val="19"/>
                <w:lang w:eastAsia="ko-KR"/>
              </w:rPr>
              <w:t>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불확실성을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투명하게</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표현한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점이</w:t>
            </w:r>
          </w:p>
          <w:p w14:paraId="10F6FF25"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인상적입니다</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실제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활용</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안전하게</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있겠습니다</w:t>
            </w:r>
            <w:r>
              <w:rPr>
                <w:rFonts w:ascii="Nanum Gothic" w:hAnsi="Nanum Gothic" w:eastAsia="Nanum Gothic" w:cs="Nanum Gothic"/>
                <w:color w:val="1A1A1A"/>
                <w:sz w:val="19"/>
                <w:lang w:eastAsia="ko-KR"/>
              </w:rPr>
              <w:t>."</w:t>
            </w:r>
          </w:p>
          <w:p w14:paraId="6EA6D6D3" w14:textId="77777777" w:rsidR="00226CAC" w:rsidRDefault="00226CAC">
            <w:pPr>
              <w:spacing w:before="20" w:after="20" w:line="220" w:lineRule="exact"/>
              <w:rPr>
                <w:rFonts w:eastAsia="Nanum Gothic"/>
                <w:lang w:eastAsia="ko-KR"/>
              </w:rPr>
            </w:pPr>
          </w:p>
          <w:p w14:paraId="118C5930"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② </w:t>
            </w:r>
            <w:r>
              <w:rPr>
                <w:rFonts w:ascii="Nanum Gothic" w:hAnsi="Nanum Gothic" w:eastAsia="Nanum Gothic" w:cs="Nanum Gothic"/>
                <w:color w:val="1A1A1A"/>
                <w:sz w:val="19"/>
                <w:lang w:eastAsia="ko-KR"/>
              </w:rPr>
              <w:t>제안</w:t>
            </w: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표에</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주의사항</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행을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추가해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결과물의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한계를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명시하면</w:t>
            </w:r>
          </w:p>
          <w:p w14:paraId="50463591"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더</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신뢰도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있는</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산출물이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될</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것</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같아요</w:t>
            </w:r>
            <w:r>
              <w:rPr>
                <w:rFonts w:ascii="Nanum Gothic" w:hAnsi="Nanum Gothic" w:eastAsia="Nanum Gothic" w:cs="Nanum Gothic"/>
                <w:color w:val="1A1A1A"/>
                <w:sz w:val="19"/>
                <w:lang w:eastAsia="ko-KR"/>
              </w:rPr>
              <w:t>."</w:t>
            </w:r>
          </w:p>
          <w:p w14:paraId="3081DF2F" w14:textId="77777777" w:rsidR="00226CAC" w:rsidRDefault="00226CAC">
            <w:pPr>
              <w:spacing w:before="20" w:after="20" w:line="220" w:lineRule="exact"/>
              <w:rPr>
                <w:rFonts w:eastAsia="Nanum Gothic"/>
                <w:lang w:eastAsia="ko-KR"/>
              </w:rPr>
            </w:pPr>
          </w:p>
          <w:p w14:paraId="015BC9F2"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xml:space="preserve">③ </w:t>
            </w:r>
            <w:r>
              <w:rPr>
                <w:rFonts w:ascii="Nanum Gothic" w:hAnsi="Nanum Gothic" w:eastAsia="Nanum Gothic" w:cs="Nanum Gothic"/>
                <w:color w:val="1A1A1A"/>
                <w:sz w:val="19"/>
                <w:lang w:eastAsia="ko-KR"/>
              </w:rPr>
              <w:t>감사</w:t>
            </w: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영양소</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분석</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프롬프트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개선</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과정을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보고</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프롬프트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구체화의</w:t>
            </w:r>
          </w:p>
          <w:p w14:paraId="395F0169" w14:textId="77777777" w:rsidR="00226CAC" w:rsidRDefault="00000000">
            <w:pPr>
              <w:spacing w:before="20" w:after="20" w:line="220" w:lineRule="exact"/>
            </w:pPr>
            <w:r>
              <w:rPr>
                <w:rFonts w:ascii="Nanum Gothic" w:hAnsi="Nanum Gothic" w:eastAsia="Nanum Gothic" w:cs="Nanum Gothic"/>
                <w:color w:val="1A1A1A"/>
                <w:sz w:val="19"/>
              </w:rPr>
              <w:t>효과를</w:t>
            </w:r>
            <w:r>
              <w:rPr>
                <w:rFonts w:ascii="D2Coding" w:hAnsi="D2Coding" w:eastAsia="D2Coding" w:cs="D2Coding"/>
                <w:color w:val="1A1A1A"/>
                <w:sz w:val="19"/>
              </w:rPr>
              <w:t xml:space="preserve"> </w:t>
            </w:r>
            <w:r>
              <w:rPr>
                <w:rFonts w:ascii="Nanum Gothic" w:hAnsi="Nanum Gothic" w:eastAsia="Nanum Gothic" w:cs="Nanum Gothic"/>
                <w:color w:val="1A1A1A"/>
                <w:sz w:val="19"/>
              </w:rPr>
              <w:t>실감했습니다</w:t>
            </w:r>
            <w:r>
              <w:rPr>
                <w:rFonts w:ascii="Nanum Gothic" w:hAnsi="Nanum Gothic" w:eastAsia="Nanum Gothic" w:cs="Nanum Gothic"/>
                <w:color w:val="1A1A1A"/>
                <w:sz w:val="19"/>
              </w:rPr>
              <w:t>."</w:t>
            </w:r>
          </w:p>
        </w:tc>
      </w:tr>
    </w:tbl>
    <w:p w14:paraId="20C84D88" w14:textId="77777777" w:rsidR="00226CAC" w:rsidRDefault="00226CAC"/>
    <w:p w14:paraId="3F53135A" w14:textId="77777777" w:rsidR="00226CAC" w:rsidRDefault="00000000">
      <w:pPr>
        <w:spacing w:before="200" w:after="40"/>
      </w:pPr>
      <w:r>
        <w:rPr>
          <w:rFonts w:ascii="Nanum Gothic" w:eastAsia="Nanum Gothic" w:hAnsi="Nanum Gothic" w:cs="Nanum Gothic"/>
          <w:b/>
          <w:color w:val="024AD8"/>
          <w:sz w:val="28"/>
        </w:rPr>
        <w:t>9.3.4 피드백 작성 시 흔한 실수</w:t>
      </w:r>
    </w:p>
    <w:tbl>
      <w:tblPr>
        <w:tblStyle w:val="af9"/>
        <w:tblW w:w="0" w:type="auto"/>
        <w:tblLook w:val="04A0" w:firstRow="1" w:lastRow="0" w:firstColumn="1" w:lastColumn="0" w:noHBand="0" w:noVBand="1"/>
      </w:tblPr>
      <w:tblGrid>
        <w:gridCol w:w="3024"/>
        <w:gridCol w:w="3024"/>
        <w:gridCol w:w="3024"/>
      </w:tblGrid>
      <w:tr w:rsidR="00226CAC" w14:paraId="7ED5FC24" w14:textId="77777777">
        <w:tc>
          <w:tcPr>
            <w:tcW w:w="3024" w:type="dxa"/>
            <w:shd w:val="clear" w:color="auto" w:fill="024AD8"/>
          </w:tcPr>
          <w:p w14:paraId="711A3F54" w14:textId="77777777" w:rsidR="00226CAC" w:rsidRDefault="00000000">
            <w:pPr>
              <w:spacing w:before="60" w:after="60"/>
            </w:pPr>
            <w:r>
              <w:rPr>
                <w:rFonts w:ascii="Nanum Gothic" w:eastAsia="Nanum Gothic" w:hAnsi="Nanum Gothic" w:cs="Nanum Gothic"/>
                <w:b/>
                <w:color w:val="FFFFFF"/>
                <w:sz w:val="20"/>
              </w:rPr>
              <w:t>실수</w:t>
            </w:r>
          </w:p>
        </w:tc>
        <w:tc>
          <w:tcPr>
            <w:tcW w:w="3024" w:type="dxa"/>
            <w:shd w:val="clear" w:color="auto" w:fill="024AD8"/>
          </w:tcPr>
          <w:p w14:paraId="16FC7F57" w14:textId="77777777" w:rsidR="00226CAC" w:rsidRDefault="00000000">
            <w:pPr>
              <w:spacing w:before="60" w:after="60"/>
            </w:pPr>
            <w:r>
              <w:rPr>
                <w:rFonts w:ascii="Nanum Gothic" w:eastAsia="Nanum Gothic" w:hAnsi="Nanum Gothic" w:cs="Nanum Gothic"/>
                <w:b/>
                <w:color w:val="FFFFFF"/>
                <w:sz w:val="20"/>
              </w:rPr>
              <w:t>문제</w:t>
            </w:r>
          </w:p>
        </w:tc>
        <w:tc>
          <w:tcPr>
            <w:tcW w:w="3024" w:type="dxa"/>
            <w:shd w:val="clear" w:color="auto" w:fill="024AD8"/>
          </w:tcPr>
          <w:p w14:paraId="6FADEFD0" w14:textId="77777777" w:rsidR="00226CAC" w:rsidRDefault="00000000">
            <w:pPr>
              <w:spacing w:before="60" w:after="60"/>
            </w:pPr>
            <w:r>
              <w:rPr>
                <w:rFonts w:ascii="Nanum Gothic" w:eastAsia="Nanum Gothic" w:hAnsi="Nanum Gothic" w:cs="Nanum Gothic"/>
                <w:b/>
                <w:color w:val="FFFFFF"/>
                <w:sz w:val="20"/>
              </w:rPr>
              <w:t>올바른 방향</w:t>
            </w:r>
          </w:p>
        </w:tc>
      </w:tr>
      <w:tr w:rsidR="00226CAC" w14:paraId="6756008F" w14:textId="77777777">
        <w:tc>
          <w:tcPr>
            <w:tcW w:w="3024" w:type="dxa"/>
          </w:tcPr>
          <w:p w14:paraId="7236DB66" w14:textId="77777777" w:rsidR="00226CAC" w:rsidRDefault="00000000">
            <w:pPr>
              <w:spacing w:before="60" w:after="60"/>
            </w:pPr>
            <w:r>
              <w:rPr>
                <w:rFonts w:ascii="Nanum Gothic" w:eastAsia="Nanum Gothic" w:hAnsi="Nanum Gothic" w:cs="Nanum Gothic"/>
                <w:color w:val="1A1A1A"/>
                <w:sz w:val="20"/>
              </w:rPr>
              <w:t>"칭찬"이 막연함</w:t>
            </w:r>
          </w:p>
        </w:tc>
        <w:tc>
          <w:tcPr>
            <w:tcW w:w="3024" w:type="dxa"/>
          </w:tcPr>
          <w:p w14:paraId="3D8BCEAB" w14:textId="77777777" w:rsidR="00226CAC" w:rsidRDefault="00000000">
            <w:pPr>
              <w:spacing w:before="60" w:after="60"/>
            </w:pPr>
            <w:r>
              <w:rPr>
                <w:rFonts w:ascii="Nanum Gothic" w:eastAsia="Nanum Gothic" w:hAnsi="Nanum Gothic" w:cs="Nanum Gothic"/>
                <w:color w:val="1A1A1A"/>
                <w:sz w:val="20"/>
              </w:rPr>
              <w:t>"잘 하셨어요"</w:t>
            </w:r>
          </w:p>
        </w:tc>
        <w:tc>
          <w:tcPr>
            <w:tcW w:w="3024" w:type="dxa"/>
          </w:tcPr>
          <w:p w14:paraId="37843E4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"~한 점이 특히 좋았습니다" (구체적으로)</w:t>
            </w:r>
          </w:p>
        </w:tc>
      </w:tr>
      <w:tr w:rsidR="00226CAC" w14:paraId="7E80F5D3" w14:textId="77777777">
        <w:tc>
          <w:tcPr>
            <w:tcW w:w="3024" w:type="dxa"/>
          </w:tcPr>
          <w:p w14:paraId="696054D3" w14:textId="77777777" w:rsidR="00226CAC" w:rsidRDefault="00000000">
            <w:pPr>
              <w:spacing w:before="60" w:after="60"/>
            </w:pPr>
            <w:r>
              <w:rPr>
                <w:rFonts w:ascii="Nanum Gothic" w:eastAsia="Nanum Gothic" w:hAnsi="Nanum Gothic" w:cs="Nanum Gothic"/>
                <w:color w:val="1A1A1A"/>
                <w:sz w:val="20"/>
              </w:rPr>
              <w:t>"제안"이 비판처럼 들림</w:t>
            </w:r>
          </w:p>
        </w:tc>
        <w:tc>
          <w:tcPr>
            <w:tcW w:w="3024" w:type="dxa"/>
          </w:tcPr>
          <w:p w14:paraId="2FA30B8E" w14:textId="77777777" w:rsidR="00226CAC" w:rsidRDefault="00000000">
            <w:pPr>
              <w:spacing w:before="60" w:after="60"/>
            </w:pPr>
            <w:r>
              <w:rPr>
                <w:rFonts w:ascii="Nanum Gothic" w:eastAsia="Nanum Gothic" w:hAnsi="Nanum Gothic" w:cs="Nanum Gothic"/>
                <w:color w:val="1A1A1A"/>
                <w:sz w:val="20"/>
              </w:rPr>
              <w:t>"이건 잘못됐어요"</w:t>
            </w:r>
          </w:p>
        </w:tc>
        <w:tc>
          <w:tcPr>
            <w:tcW w:w="3024" w:type="dxa"/>
          </w:tcPr>
          <w:p w14:paraId="1CFF0574"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"~하면 더 나아질 것 같아요" (건설적으로)</w:t>
            </w:r>
          </w:p>
        </w:tc>
      </w:tr>
      <w:tr w:rsidR="00226CAC" w14:paraId="66EB597C" w14:textId="77777777">
        <w:tc>
          <w:tcPr>
            <w:tcW w:w="3024" w:type="dxa"/>
          </w:tcPr>
          <w:p w14:paraId="346392D1" w14:textId="77777777" w:rsidR="00226CAC" w:rsidRDefault="00000000">
            <w:pPr>
              <w:spacing w:before="60" w:after="60"/>
            </w:pPr>
            <w:r>
              <w:rPr>
                <w:rFonts w:ascii="Nanum Gothic" w:eastAsia="Nanum Gothic" w:hAnsi="Nanum Gothic" w:cs="Nanum Gothic"/>
                <w:color w:val="1A1A1A"/>
                <w:sz w:val="20"/>
              </w:rPr>
              <w:t>AI 대필</w:t>
            </w:r>
          </w:p>
        </w:tc>
        <w:tc>
          <w:tcPr>
            <w:tcW w:w="3024" w:type="dxa"/>
          </w:tcPr>
          <w:p w14:paraId="6B043CCE" w14:textId="77777777" w:rsidR="00226CAC" w:rsidRDefault="00000000">
            <w:pPr>
              <w:spacing w:before="60" w:after="60"/>
            </w:pPr>
            <w:r>
              <w:rPr>
                <w:rFonts w:ascii="Nanum Gothic" w:eastAsia="Nanum Gothic" w:hAnsi="Nanum Gothic" w:cs="Nanum Gothic"/>
                <w:color w:val="1A1A1A"/>
                <w:sz w:val="20"/>
              </w:rPr>
              <w:t>피드백이 기계적</w:t>
            </w:r>
          </w:p>
        </w:tc>
        <w:tc>
          <w:tcPr>
            <w:tcW w:w="3024" w:type="dxa"/>
          </w:tcPr>
          <w:p w14:paraId="1C9DA5B9"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내 경험과 관점에서 나온 문장이어야 함</w:t>
            </w:r>
          </w:p>
        </w:tc>
      </w:tr>
      <w:tr w:rsidR="00226CAC" w14:paraId="5B60F6C6" w14:textId="77777777">
        <w:tc>
          <w:tcPr>
            <w:tcW w:w="3024" w:type="dxa"/>
          </w:tcPr>
          <w:p w14:paraId="6DD4DB7C" w14:textId="77777777" w:rsidR="00226CAC" w:rsidRDefault="00000000">
            <w:pPr>
              <w:spacing w:before="60" w:after="60"/>
            </w:pPr>
            <w:r>
              <w:rPr>
                <w:rFonts w:ascii="Nanum Gothic" w:eastAsia="Nanum Gothic" w:hAnsi="Nanum Gothic" w:cs="Nanum Gothic"/>
                <w:color w:val="1A1A1A"/>
                <w:sz w:val="20"/>
              </w:rPr>
              <w:t>감사가 의례적</w:t>
            </w:r>
          </w:p>
        </w:tc>
        <w:tc>
          <w:tcPr>
            <w:tcW w:w="3024" w:type="dxa"/>
          </w:tcPr>
          <w:p w14:paraId="19F52467" w14:textId="77777777" w:rsidR="00226CAC" w:rsidRDefault="00000000">
            <w:pPr>
              <w:spacing w:before="60" w:after="60"/>
            </w:pPr>
            <w:r>
              <w:rPr>
                <w:rFonts w:ascii="Nanum Gothic" w:eastAsia="Nanum Gothic" w:hAnsi="Nanum Gothic" w:cs="Nanum Gothic"/>
                <w:color w:val="1A1A1A"/>
                <w:sz w:val="20"/>
              </w:rPr>
              <w:t>"감사합니다"</w:t>
            </w:r>
          </w:p>
        </w:tc>
        <w:tc>
          <w:tcPr>
            <w:tcW w:w="3024" w:type="dxa"/>
          </w:tcPr>
          <w:p w14:paraId="6C823CB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구체적으로 배운 것을 언급</w:t>
            </w:r>
          </w:p>
        </w:tc>
      </w:tr>
    </w:tbl>
    <w:p w14:paraId="31E7FB26" w14:textId="77777777" w:rsidR="00226CAC" w:rsidRDefault="00226CAC">
      <w:pPr>
        <w:rPr>
          <w:rFonts w:eastAsia="Nanum Gothic"/>
          <w:lang w:eastAsia="ko-KR"/>
        </w:rPr>
      </w:pPr>
    </w:p>
    <w:p w14:paraId="2B9AA5E4" w14:textId="77777777" w:rsidR="00226CAC" w:rsidRDefault="00000000">
      <w:pPr>
        <w:pBdr>
          <w:bottom w:val="single" w:sz="4" w:space="1" w:color="024AD8"/>
        </w:pBdr>
        <w:spacing w:before="280" w:after="80"/>
        <w:rPr>
          <w:rFonts w:eastAsia="Nanum Gothic"/>
          <w:lang w:eastAsia="ko-KR"/>
        </w:rPr>
        <w:keepNext/>
      </w:pPr>
      <w:r>
        <w:rPr>
          <w:rFonts w:ascii="Nanum Gothic" w:eastAsia="Nanum Gothic" w:hAnsi="Nanum Gothic" w:cs="Nanum Gothic"/>
          <w:b/>
          <w:color w:val="024AD8"/>
          <w:sz w:val="36"/>
          <w:lang w:eastAsia="ko-KR"/>
        </w:rPr>
        <w:t>9.4 오늘의 지식 연결 지도</w:t>
      </w:r>
    </w:p>
    <w:p w14:paraId="66DAE16F" w14:textId="77777777" w:rsidR="00226CAC" w:rsidRDefault="00000000">
      <w:pPr>
        <w:spacing w:before="60" w:after="0"/>
        <w:jc w:val="center"/>
      </w:pPr>
      <w:r>
        <w:rPr>
          <w:rFonts w:eastAsia="Nanum Gothic"/>
          <w:noProof/>
        </w:rPr>
        <w:lastRenderedPageBreak/>
        <w:drawing>
          <wp:inline distT="0" distB="0" distL="0" distR="0" wp14:anchorId="0596BE0B" wp14:editId="03055B21">
            <wp:extent cx="4860000" cy="7290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part5-01.png"/>
                    <pic:cNvPicPr/>
                  </pic:nvPicPr>
                  <pic:blipFill>
                    <a:blip r:embed="rId18"/>
                    <a:stretch>
                      <a:fillRect/>
                    </a:stretch>
                  </pic:blipFill>
                  <pic:spPr>
                    <a:xfrm>
                      <a:off x="0" y="0"/>
                      <a:ext cx="4860000" cy="7290000"/>
                    </a:xfrm>
                    <a:prstGeom prst="rect">
                      <a:avLst/>
                    </a:prstGeom>
                  </pic:spPr>
                </pic:pic>
              </a:graphicData>
            </a:graphic>
          </wp:inline>
        </w:drawing>
      </w:r>
    </w:p>
    <w:p w14:paraId="760755B5" w14:textId="77777777" w:rsidR="00226CAC" w:rsidRDefault="00000000">
      <w:pPr>
        <w:spacing w:after="80"/>
        <w:jc w:val="center"/>
        <w:rPr>
          <w:rFonts w:eastAsia="Nanum Gothic"/>
          <w:lang w:eastAsia="ko-KR"/>
        </w:rPr>
      </w:pPr>
      <w:r>
        <w:rPr>
          <w:rFonts w:ascii="Nanum Gothic" w:eastAsia="Nanum Gothic" w:hAnsi="Nanum Gothic" w:cs="Nanum Gothic"/>
          <w:i/>
          <w:color w:val="666666"/>
          <w:sz w:val="16"/>
          <w:lang w:eastAsia="ko-KR"/>
        </w:rPr>
        <w:t>오늘의 전체 개념 연결 지도: 트렌드→AIR Studio→LLM 용어→API→멀티모달→캡스톤 흐름</w:t>
      </w:r>
    </w:p>
    <w:p w14:paraId="127000A9"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9.4.1 "오늘 배운 5가지는 어떻게 연결되는가?"</w:t>
      </w:r>
    </w:p>
    <w:tbl>
      <w:tblPr>
        <w:tblStyle w:val="af9"/>
        <w:tblW w:w="0" w:type="auto"/>
        <w:tblLayout w:type="fixed"/>
        <w:tblLook w:val="04A0" w:firstRow="1" w:lastRow="0" w:firstColumn="1" w:lastColumn="0" w:noHBand="0" w:noVBand="1"/>
      </w:tblPr>
      <w:tblGrid>
        <w:gridCol w:w="400"/>
        <w:gridCol w:w="8672"/>
      </w:tblGrid>
      <w:tr w:rsidR="00226CAC" w14:paraId="5A20D177" w14:textId="77777777">
        <w:tc>
          <w:tcPr>
            <w:tcW w:w="400" w:type="dxa"/>
            <w:shd w:val="clear" w:color="auto" w:fill="4A5568"/>
          </w:tcPr>
          <w:p w14:paraId="6DD60944" w14:textId="77777777" w:rsidR="00226CAC" w:rsidRDefault="00226CAC">
            <w:pPr>
              <w:spacing w:before="80" w:after="80"/>
              <w:rPr>
                <w:rFonts w:eastAsia="Nanum Gothic"/>
                <w:lang w:eastAsia="ko-KR"/>
              </w:rPr>
            </w:pPr>
          </w:p>
        </w:tc>
        <w:tc>
          <w:tcPr>
            <w:tcW w:w="8672" w:type="dxa"/>
            <w:shd w:val="clear" w:color="auto" w:fill="F7F7F7"/>
          </w:tcPr>
          <w:p w14:paraId="472E668C" w14:textId="77777777" w:rsidR="00226CAC" w:rsidRDefault="00000000">
            <w:pPr>
              <w:spacing w:before="80" w:after="80"/>
              <w:rPr>
                <w:rFonts w:eastAsia="Nanum Gothic"/>
                <w:lang w:eastAsia="ko-KR"/>
              </w:rPr>
            </w:pPr>
            <w:r>
              <w:rPr>
                <w:rFonts w:ascii="Nanum Gothic" w:eastAsia="Nanum Gothic" w:hAnsi="Nanum Gothic" w:cs="Nanum Gothic"/>
                <w:b/>
                <w:color w:val="4A5568"/>
                <w:sz w:val="20"/>
                <w:lang w:eastAsia="ko-KR"/>
              </w:rPr>
              <w:t>📌 Note</w:t>
            </w:r>
            <w:r>
              <w:rPr>
                <w:rFonts w:ascii="Apple SD Gothic Neo" w:eastAsia="Nanum Gothic" w:hAnsi="Apple SD Gothic Neo" w:cs="Apple SD Gothic Neo"/>
                <w:b/>
                <w:color w:val="4A5568"/>
                <w:sz w:val="20"/>
                <w:lang w:eastAsia="ko-KR"/>
              </w:rPr>
              <w:br/>
            </w:r>
            <w:r>
              <w:rPr>
                <w:rFonts w:ascii="Nanum Gothic" w:eastAsia="Nanum Gothic" w:hAnsi="Nanum Gothic" w:cs="Nanum Gothic"/>
                <w:color w:val="1A1A1A"/>
                <w:sz w:val="20"/>
                <w:lang w:eastAsia="ko-KR"/>
              </w:rPr>
              <w:t>활동 — A4 백지에 5가지 개념을 연결하는 화살표 그림 자유 스케치.</w:t>
            </w:r>
          </w:p>
        </w:tc>
      </w:tr>
    </w:tbl>
    <w:p w14:paraId="38109C72" w14:textId="77777777" w:rsidR="00226CAC" w:rsidRDefault="00226CAC">
      <w:pPr>
        <w:rPr>
          <w:rFonts w:eastAsia="Nanum Gothic"/>
          <w:lang w:eastAsia="ko-KR"/>
        </w:rPr>
      </w:pPr>
    </w:p>
    <w:p w14:paraId="704E8F90"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학습자 스케치 순서</w:t>
      </w:r>
      <w:r>
        <w:rPr>
          <w:rFonts w:ascii="Nanum Gothic" w:eastAsia="Nanum Gothic" w:hAnsi="Nanum Gothic" w:cs="Nanum Gothic"/>
          <w:color w:val="1A1A1A"/>
          <w:sz w:val="20"/>
          <w:lang w:eastAsia="ko-KR"/>
        </w:rPr>
        <w:t>:</w:t>
      </w:r>
    </w:p>
    <w:p w14:paraId="10E67277"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lastRenderedPageBreak/>
        <w:t>1. 종이 중앙에 원 5개 그리기 (각 원에 핵심 세션 제목)</w:t>
      </w:r>
    </w:p>
    <w:p w14:paraId="73C1E8F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2. 연결된다고 생각하는 두 원 사이에 화살표 긋기</w:t>
      </w:r>
    </w:p>
    <w:p w14:paraId="71132C3C"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3. 화살표 위에 연결 이유 1~3 단어 메모</w:t>
      </w:r>
    </w:p>
    <w:p w14:paraId="0794F834"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4. 연결이 모호한 부분은 점선으로 표시</w:t>
      </w:r>
    </w:p>
    <w:p w14:paraId="7902A6D9"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9.4.2 연결 흐름 (질문·토의 후 최후에 공개)</w:t>
      </w:r>
    </w:p>
    <w:tbl>
      <w:tblPr>
        <w:tblStyle w:val="af9"/>
        <w:tblW w:w="0" w:type="auto"/>
        <w:tblLook w:val="04A0" w:firstRow="1" w:lastRow="0" w:firstColumn="1" w:lastColumn="0" w:noHBand="0" w:noVBand="1"/>
      </w:tblPr>
      <w:tblGrid>
        <w:gridCol w:w="9072"/>
      </w:tblGrid>
      <w:tr w:rsidR="00226CAC" w14:paraId="1F0AC3EB" w14:textId="77777777">
        <w:tc>
          <w:tcPr>
            <w:tcW w:w="9072" w:type="dxa"/>
            <w:shd w:val="clear" w:color="auto" w:fill="F7F7F7"/>
          </w:tcPr>
          <w:p w14:paraId="75C7C95E" w14:textId="77777777" w:rsidR="00226CAC" w:rsidRDefault="00000000">
            <w:pPr>
              <w:spacing w:before="20" w:after="20" w:line="220" w:lineRule="exact"/>
            </w:pPr>
            <w:r>
              <w:rPr>
                <w:rFonts w:ascii="Nanum Gothic" w:hAnsi="Nanum Gothic" w:eastAsia="Nanum Gothic" w:cs="Nanum Gothic"/>
                <w:color w:val="1A1A1A"/>
                <w:sz w:val="19"/>
              </w:rPr>
              <w:t>[</w:t>
            </w:r>
            <w:r>
              <w:rPr>
                <w:rFonts w:ascii="Nanum Gothic" w:hAnsi="Nanum Gothic" w:eastAsia="Nanum Gothic" w:cs="Nanum Gothic"/>
                <w:color w:val="1A1A1A"/>
                <w:sz w:val="19"/>
              </w:rPr>
              <w:t>트렌드</w:t>
            </w:r>
            <w:r>
              <w:rPr>
                <w:rFonts w:ascii="D2Coding" w:hAnsi="D2Coding" w:eastAsia="D2Coding" w:cs="D2Coding"/>
                <w:color w:val="1A1A1A"/>
                <w:sz w:val="19"/>
              </w:rPr>
              <w:t>: Agentic·Vertical·On-Device]</w:t>
            </w:r>
          </w:p>
          <w:p w14:paraId="0C8502A1" w14:textId="77777777" w:rsidR="00226CAC" w:rsidRDefault="00000000">
            <w:pPr>
              <w:spacing w:before="20" w:after="20" w:line="220" w:lineRule="exact"/>
            </w:pPr>
            <w:r>
              <w:rPr>
                <w:rFonts w:ascii="Nanum Gothic" w:hAnsi="Nanum Gothic" w:eastAsia="Nanum Gothic" w:cs="Nanum Gothic"/>
                <w:color w:val="1A1A1A"/>
                <w:sz w:val="19"/>
              </w:rPr>
              <w:t>│</w:t>
            </w:r>
          </w:p>
          <w:p w14:paraId="65C2881E" w14:textId="77777777" w:rsidR="00226CAC" w:rsidRDefault="00000000">
            <w:pPr>
              <w:spacing w:before="20" w:after="20" w:line="220" w:lineRule="exact"/>
            </w:pPr>
            <w:r>
              <w:rPr>
                <w:rFonts w:ascii="Nanum Gothic" w:hAnsi="Nanum Gothic" w:eastAsia="Nanum Gothic" w:cs="Nanum Gothic"/>
                <w:color w:val="1A1A1A"/>
                <w:sz w:val="19"/>
              </w:rPr>
              <w:t>│ "</w:t>
            </w:r>
            <w:r>
              <w:rPr>
                <w:rFonts w:ascii="Nanum Gothic" w:hAnsi="Nanum Gothic" w:eastAsia="Nanum Gothic" w:cs="Nanum Gothic"/>
                <w:color w:val="1A1A1A"/>
                <w:sz w:val="19"/>
              </w:rPr>
              <w:t>어떤</w:t>
            </w:r>
            <w:r>
              <w:rPr>
                <w:rFonts w:ascii="D2Coding" w:hAnsi="D2Coding" w:eastAsia="D2Coding" w:cs="D2Coding"/>
                <w:color w:val="1A1A1A"/>
                <w:sz w:val="19"/>
              </w:rPr>
              <w:t xml:space="preserve"> </w:t>
            </w:r>
            <w:r>
              <w:rPr>
                <w:rFonts w:ascii="Nanum Gothic" w:hAnsi="Nanum Gothic" w:eastAsia="Nanum Gothic" w:cs="Nanum Gothic"/>
                <w:color w:val="1A1A1A"/>
                <w:sz w:val="19"/>
              </w:rPr>
              <w:t>도구로</w:t>
            </w:r>
            <w:r>
              <w:rPr>
                <w:rFonts w:ascii="D2Coding" w:hAnsi="D2Coding" w:eastAsia="D2Coding" w:cs="D2Coding"/>
                <w:color w:val="1A1A1A"/>
                <w:sz w:val="19"/>
              </w:rPr>
              <w:t xml:space="preserve"> </w:t>
            </w:r>
            <w:r>
              <w:rPr>
                <w:rFonts w:ascii="Nanum Gothic" w:hAnsi="Nanum Gothic" w:eastAsia="Nanum Gothic" w:cs="Nanum Gothic"/>
                <w:color w:val="1A1A1A"/>
                <w:sz w:val="19"/>
              </w:rPr>
              <w:t>구현하나</w:t>
            </w:r>
            <w:r>
              <w:rPr>
                <w:rFonts w:ascii="Nanum Gothic" w:hAnsi="Nanum Gothic" w:eastAsia="Nanum Gothic" w:cs="Nanum Gothic"/>
                <w:color w:val="1A1A1A"/>
                <w:sz w:val="19"/>
              </w:rPr>
              <w:t>?"</w:t>
            </w:r>
          </w:p>
          <w:p w14:paraId="72ECD87D" w14:textId="77777777" w:rsidR="00226CAC" w:rsidRDefault="00000000">
            <w:pPr>
              <w:spacing w:before="20" w:after="20" w:line="220" w:lineRule="exact"/>
            </w:pPr>
            <w:r>
              <w:rPr>
                <w:rFonts w:ascii="Nanum Gothic" w:hAnsi="Nanum Gothic" w:eastAsia="Nanum Gothic" w:cs="Nanum Gothic"/>
                <w:color w:val="1A1A1A"/>
                <w:sz w:val="19"/>
              </w:rPr>
              <w:t>▼</w:t>
            </w:r>
          </w:p>
          <w:p w14:paraId="033A1B57" w14:textId="77777777" w:rsidR="00226CAC" w:rsidRDefault="00000000">
            <w:pPr>
              <w:spacing w:before="20" w:after="20" w:line="220" w:lineRule="exact"/>
            </w:pPr>
            <w:r>
              <w:rPr>
                <w:rFonts w:ascii="D2Coding" w:hAnsi="D2Coding" w:eastAsia="D2Coding" w:cs="D2Coding"/>
                <w:color w:val="1A1A1A"/>
                <w:sz w:val="19"/>
              </w:rPr>
              <w:t xml:space="preserve">[AIR Studio </w:t>
            </w:r>
            <w:r>
              <w:rPr>
                <w:rFonts w:ascii="Nanum Gothic" w:hAnsi="Nanum Gothic" w:eastAsia="Nanum Gothic" w:cs="Nanum Gothic"/>
                <w:color w:val="1A1A1A"/>
                <w:sz w:val="19"/>
              </w:rPr>
              <w:t>플랫폼</w:t>
            </w:r>
            <w:r>
              <w:rPr>
                <w:rFonts w:ascii="D2Coding" w:hAnsi="D2Coding" w:eastAsia="D2Coding" w:cs="D2Coding"/>
                <w:color w:val="1A1A1A"/>
                <w:sz w:val="19"/>
              </w:rPr>
              <w:t xml:space="preserve"> (+ ChatGPT·Gemini·Claude)]</w:t>
            </w:r>
          </w:p>
          <w:p w14:paraId="673789AE"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58A9D771"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도구를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이해하려면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개념이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필요</w:t>
            </w:r>
            <w:r>
              <w:rPr>
                <w:rFonts w:ascii="Nanum Gothic" w:hAnsi="Nanum Gothic" w:eastAsia="Nanum Gothic" w:cs="Nanum Gothic"/>
                <w:color w:val="1A1A1A"/>
                <w:sz w:val="19"/>
                <w:lang w:eastAsia="ko-KR"/>
              </w:rPr>
              <w:t>"</w:t>
            </w:r>
          </w:p>
          <w:p w14:paraId="06BAE4DE"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 (</w:t>
            </w:r>
            <w:r>
              <w:rPr>
                <w:rFonts w:ascii="Nanum Gothic" w:hAnsi="Nanum Gothic" w:eastAsia="Nanum Gothic" w:cs="Nanum Gothic"/>
                <w:color w:val="1A1A1A"/>
                <w:sz w:val="19"/>
                <w:lang w:eastAsia="ko-KR"/>
              </w:rPr>
              <w:t>양방향</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연결</w:t>
            </w:r>
            <w:r>
              <w:rPr>
                <w:rFonts w:ascii="Nanum Gothic" w:hAnsi="Nanum Gothic" w:eastAsia="Nanum Gothic" w:cs="Nanum Gothic"/>
                <w:color w:val="1A1A1A"/>
                <w:sz w:val="19"/>
                <w:lang w:eastAsia="ko-KR"/>
              </w:rPr>
              <w:t>)</w:t>
            </w:r>
          </w:p>
          <w:p w14:paraId="4AEAD1D2"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[LLM 5</w:t>
            </w:r>
            <w:r>
              <w:rPr>
                <w:rFonts w:ascii="Nanum Gothic" w:hAnsi="Nanum Gothic" w:eastAsia="Nanum Gothic" w:cs="Nanum Gothic"/>
                <w:color w:val="1A1A1A"/>
                <w:sz w:val="19"/>
                <w:lang w:eastAsia="ko-KR"/>
              </w:rPr>
              <w:t>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용어</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토큰</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파라미터</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컨텍스트</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임베딩</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온도</w:t>
            </w:r>
            <w:r>
              <w:rPr>
                <w:rFonts w:ascii="Nanum Gothic" w:hAnsi="Nanum Gothic" w:eastAsia="Nanum Gothic" w:cs="Nanum Gothic"/>
                <w:color w:val="1A1A1A"/>
                <w:sz w:val="19"/>
                <w:lang w:eastAsia="ko-KR"/>
              </w:rPr>
              <w:t>]</w:t>
            </w:r>
          </w:p>
          <w:p w14:paraId="2D802F78"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29A9E1B1"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 "UI </w:t>
            </w:r>
            <w:r>
              <w:rPr>
                <w:rFonts w:ascii="Nanum Gothic" w:hAnsi="Nanum Gothic" w:eastAsia="Nanum Gothic" w:cs="Nanum Gothic"/>
                <w:color w:val="1A1A1A"/>
                <w:sz w:val="19"/>
                <w:lang w:eastAsia="ko-KR"/>
              </w:rPr>
              <w:t>없이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직접</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제어하려면</w:t>
            </w:r>
            <w:r>
              <w:rPr>
                <w:rFonts w:ascii="Nanum Gothic" w:hAnsi="Nanum Gothic" w:eastAsia="Nanum Gothic" w:cs="Nanum Gothic"/>
                <w:color w:val="1A1A1A"/>
                <w:sz w:val="19"/>
                <w:lang w:eastAsia="ko-KR"/>
              </w:rPr>
              <w:t>?"</w:t>
            </w:r>
          </w:p>
          <w:p w14:paraId="754407A2"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4DE5C4DE"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[LLM API: </w:t>
            </w:r>
            <w:r>
              <w:rPr>
                <w:rFonts w:ascii="Nanum Gothic" w:hAnsi="Nanum Gothic" w:eastAsia="Nanum Gothic" w:cs="Nanum Gothic"/>
                <w:color w:val="1A1A1A"/>
                <w:sz w:val="19"/>
                <w:lang w:eastAsia="ko-KR"/>
              </w:rPr>
              <w:t>엔드포인트</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인증</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요청</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응답</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스트리밍</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과금</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온도</w:t>
            </w:r>
            <w:r>
              <w:rPr>
                <w:rFonts w:ascii="Nanum Gothic" w:hAnsi="Nanum Gothic" w:eastAsia="Nanum Gothic" w:cs="Nanum Gothic"/>
                <w:color w:val="1A1A1A"/>
                <w:sz w:val="19"/>
                <w:lang w:eastAsia="ko-KR"/>
              </w:rPr>
              <w:t>]</w:t>
            </w:r>
          </w:p>
          <w:p w14:paraId="02BE4B99"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5966E2FB"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텍스트를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넘어서면</w:t>
            </w:r>
            <w:r>
              <w:rPr>
                <w:rFonts w:ascii="Nanum Gothic" w:hAnsi="Nanum Gothic" w:eastAsia="Nanum Gothic" w:cs="Nanum Gothic"/>
                <w:color w:val="1A1A1A"/>
                <w:sz w:val="19"/>
                <w:lang w:eastAsia="ko-KR"/>
              </w:rPr>
              <w:t>?"</w:t>
            </w:r>
          </w:p>
          <w:p w14:paraId="5B1E8C14"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3DF0C464"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멀티모달</w:t>
            </w:r>
            <w:r>
              <w:rPr>
                <w:rFonts w:ascii="Nanum Gothic" w:hAnsi="Nanum Gothic" w:eastAsia="Nanum Gothic" w:cs="Nanum Gothic"/>
                <w:color w:val="1A1A1A"/>
                <w:sz w:val="19"/>
                <w:lang w:eastAsia="ko-KR"/>
              </w:rPr>
              <w:t xml:space="preserve">: </w:t>
            </w:r>
            <w:r>
              <w:rPr>
                <w:rFonts w:ascii="Nanum Gothic" w:hAnsi="Nanum Gothic" w:eastAsia="Nanum Gothic" w:cs="Nanum Gothic"/>
                <w:color w:val="1A1A1A"/>
                <w:sz w:val="19"/>
                <w:lang w:eastAsia="ko-KR"/>
              </w:rPr>
              <w:t>이미지</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텍스트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결합</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처리</w:t>
            </w:r>
            <w:r>
              <w:rPr>
                <w:rFonts w:ascii="Nanum Gothic" w:hAnsi="Nanum Gothic" w:eastAsia="Nanum Gothic" w:cs="Nanum Gothic"/>
                <w:color w:val="1A1A1A"/>
                <w:sz w:val="19"/>
                <w:lang w:eastAsia="ko-KR"/>
              </w:rPr>
              <w:t>]</w:t>
            </w:r>
          </w:p>
          <w:p w14:paraId="58AB0419"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33C90FC5"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모든</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것으로</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무엇을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만드는가</w:t>
            </w:r>
            <w:r>
              <w:rPr>
                <w:rFonts w:ascii="Nanum Gothic" w:hAnsi="Nanum Gothic" w:eastAsia="Nanum Gothic" w:cs="Nanum Gothic"/>
                <w:color w:val="1A1A1A"/>
                <w:sz w:val="19"/>
                <w:lang w:eastAsia="ko-KR"/>
              </w:rPr>
              <w:t>?"</w:t>
            </w:r>
          </w:p>
          <w:p w14:paraId="436EC67E"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0BC1A605"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[캡스톤: 나의 AI 어시스턴트] → 기획 기준선에서 v0.4까지 발전</w:t>
            </w:r>
            <w:r>
              <w:rPr>
                <w:rFonts w:ascii="Nanum Gothic" w:hAnsi="Nanum Gothic" w:eastAsia="Nanum Gothic" w:cs="Nanum Gothic"/>
                <w:color w:val="1A1A1A"/>
                <w:sz w:val="19"/>
                <w:lang w:eastAsia="ko-KR"/>
              </w:rPr>
              <w:t/>
            </w:r>
            <w:r>
              <w:rPr>
                <w:rFonts w:ascii="D2Coding" w:hAnsi="D2Coding" w:eastAsia="D2Coding" w:cs="D2Coding"/>
                <w:color w:val="1A1A1A"/>
                <w:sz w:val="19"/>
                <w:lang w:eastAsia="ko-KR"/>
              </w:rPr>
              <w:t xml:space="preserve"/>
            </w:r>
            <w:r>
              <w:rPr>
                <w:rFonts w:ascii="Nanum Gothic" w:hAnsi="Nanum Gothic" w:eastAsia="Nanum Gothic" w:cs="Nanum Gothic"/>
                <w:color w:val="1A1A1A"/>
                <w:sz w:val="19"/>
                <w:lang w:eastAsia="ko-KR"/>
              </w:rPr>
              <w:t/>
            </w:r>
            <w:r>
              <w:rPr>
                <w:rFonts w:ascii="D2Coding" w:hAnsi="D2Coding" w:eastAsia="D2Coding" w:cs="D2Coding"/>
                <w:color w:val="1A1A1A"/>
                <w:sz w:val="19"/>
                <w:lang w:eastAsia="ko-KR"/>
              </w:rPr>
              <w:t xml:space="preserve"/>
            </w:r>
            <w:r>
              <w:rPr>
                <w:rFonts w:ascii="Nanum Gothic" w:hAnsi="Nanum Gothic" w:eastAsia="Nanum Gothic" w:cs="Nanum Gothic"/>
                <w:color w:val="1A1A1A"/>
                <w:sz w:val="19"/>
                <w:lang w:eastAsia="ko-KR"/>
              </w:rPr>
              <w:t/>
            </w:r>
            <w:r>
              <w:rPr>
                <w:rFonts w:ascii="Nanum Gothic" w:hAnsi="Nanum Gothic" w:eastAsia="Nanum Gothic" w:cs="Nanum Gothic"/>
                <w:color w:val="1A1A1A"/>
                <w:sz w:val="19"/>
                <w:lang w:eastAsia="ko-KR"/>
              </w:rPr>
              <w:t xml:space="preserve"/>
            </w:r>
            <w:r>
              <w:rPr>
                <w:rFonts w:ascii="Nanum Gothic" w:hAnsi="Nanum Gothic" w:eastAsia="Nanum Gothic" w:cs="Nanum Gothic"/>
                <w:color w:val="1A1A1A"/>
                <w:sz w:val="19"/>
                <w:lang w:eastAsia="ko-KR"/>
              </w:rPr>
              <w:t/>
            </w:r>
            <w:r>
              <w:rPr>
                <w:rFonts w:ascii="D2Coding" w:hAnsi="D2Coding" w:eastAsia="D2Coding" w:cs="D2Coding"/>
                <w:color w:val="1A1A1A"/>
                <w:sz w:val="19"/>
                <w:lang w:eastAsia="ko-KR"/>
              </w:rPr>
              <w:t xml:space="preserve"/>
            </w:r>
            <w:r>
              <w:rPr>
                <w:rFonts w:ascii="Nanum Gothic" w:hAnsi="Nanum Gothic" w:eastAsia="Nanum Gothic" w:cs="Nanum Gothic"/>
                <w:color w:val="1A1A1A"/>
                <w:sz w:val="19"/>
                <w:lang w:eastAsia="ko-KR"/>
              </w:rPr>
              <w:t/>
            </w:r>
            <w:r>
              <w:rPr>
                <w:rFonts w:ascii="D2Coding" w:hAnsi="D2Coding" w:eastAsia="D2Coding" w:cs="D2Coding"/>
                <w:color w:val="1A1A1A"/>
                <w:sz w:val="19"/>
                <w:lang w:eastAsia="ko-KR"/>
              </w:rPr>
              <w:t xml:space="preserve"/>
            </w:r>
            <w:r>
              <w:rPr>
                <w:rFonts w:ascii="Nanum Gothic" w:hAnsi="Nanum Gothic" w:eastAsia="Nanum Gothic" w:cs="Nanum Gothic"/>
                <w:color w:val="1A1A1A"/>
                <w:sz w:val="19"/>
                <w:lang w:eastAsia="ko-KR"/>
              </w:rPr>
              <w:t/>
            </w:r>
          </w:p>
        </w:tc>
      </w:tr>
    </w:tbl>
    <w:p w14:paraId="7B0AC763" w14:textId="77777777" w:rsidR="00226CAC" w:rsidRDefault="00226CAC">
      <w:pPr>
        <w:rPr>
          <w:rFonts w:eastAsia="Nanum Gothic"/>
          <w:lang w:eastAsia="ko-KR"/>
        </w:rPr>
      </w:pPr>
    </w:p>
    <w:p w14:paraId="679029EF"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슬라이드 공개 타이밍</w:t>
      </w:r>
      <w:r>
        <w:rPr>
          <w:rFonts w:ascii="Nanum Gothic" w:eastAsia="Nanum Gothic" w:hAnsi="Nanum Gothic" w:cs="Nanum Gothic"/>
          <w:color w:val="1A1A1A"/>
          <w:sz w:val="20"/>
          <w:lang w:eastAsia="ko-KR"/>
        </w:rPr>
        <w:t>: 학습자 스케치 후 2~3팀 발표가 끝난 뒤 공개. 공개 전 질문: "어떤 연결이 빠졌나요? 예상과 다른 부분이 있나요?"</w:t>
      </w:r>
    </w:p>
    <w:p w14:paraId="20A5912A"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9.4.3 각 연결의 의미 상세 설명</w:t>
      </w:r>
    </w:p>
    <w:p w14:paraId="0ABEBBD9"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트렌드 → 플랫폼 연결</w:t>
      </w:r>
      <w:r>
        <w:rPr>
          <w:rFonts w:ascii="Nanum Gothic" w:eastAsia="Nanum Gothic" w:hAnsi="Nanum Gothic" w:cs="Nanum Gothic"/>
          <w:color w:val="1A1A1A"/>
          <w:sz w:val="20"/>
          <w:lang w:eastAsia="ko-KR"/>
        </w:rPr>
        <w:t>: "AI 트렌드가 있다는 것을 알아도, 실제로 어떤 도구로 구현하는지를 모르면 그림의 떡입니다. AIR Studio·Gemini·ChatGPT는 Agentic AI·Vertical AI의 현재 도구입니다."</w:t>
      </w:r>
    </w:p>
    <w:p w14:paraId="5239212A"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플랫폼 ↔ LLM 용어 (양방향 연결)</w:t>
      </w:r>
      <w:r>
        <w:rPr>
          <w:rFonts w:ascii="Nanum Gothic" w:eastAsia="Nanum Gothic" w:hAnsi="Nanum Gothic" w:cs="Nanum Gothic"/>
          <w:color w:val="1A1A1A"/>
          <w:sz w:val="20"/>
          <w:lang w:eastAsia="ko-KR"/>
        </w:rPr>
        <w:t>: "AIR Studio의 온도 슬라이더를 조작하려면 '온도'가 무엇인지 알아야 합니다. 반대로 '컨텍스트 윈도우' 개념을 알면 AIR Chat에서 어떤 모델을 선택할지 판단할 수 있습니다."</w:t>
      </w:r>
    </w:p>
    <w:p w14:paraId="74BA1DF9" w14:textId="77777777" w:rsidR="00226CAC" w:rsidRDefault="00000000">
      <w:pPr>
        <w:spacing w:before="60" w:after="60"/>
        <w:rPr>
          <w:rFonts w:eastAsia="Nanum Gothic"/>
          <w:lang w:eastAsia="ko-KR"/>
        </w:rPr>
      </w:pPr>
      <w:r>
        <w:rPr>
          <w:rFonts w:ascii="Nanum Gothic" w:eastAsia="Nanum Gothic" w:hAnsi="Nanum Gothic" w:cs="Nanum Gothic"/>
          <w:b/>
          <w:color w:val="1A1A1A"/>
          <w:sz w:val="20"/>
        </w:rPr>
        <w:t>LLM 용어 → API 연결</w:t>
      </w:r>
      <w:r>
        <w:rPr>
          <w:rFonts w:ascii="Nanum Gothic" w:eastAsia="Nanum Gothic" w:hAnsi="Nanum Gothic" w:cs="Nanum Gothic"/>
          <w:color w:val="1A1A1A"/>
          <w:sz w:val="20"/>
        </w:rPr>
        <w:t xml:space="preserve">: "API 코드의 </w:t>
      </w:r>
      <w:r>
        <w:rPr>
          <w:rFonts w:ascii="D2Coding" w:hAnsi="D2Coding" w:eastAsia="D2Coding" w:cs="D2Coding"/>
          <w:color w:val="1A1A1A"/>
          <w:sz w:val="19"/>
        </w:rPr>
        <w:t>temperature</w:t>
      </w:r>
      <w:r>
        <w:rPr>
          <w:rFonts w:ascii="Nanum Gothic" w:eastAsia="Nanum Gothic" w:hAnsi="Nanum Gothic" w:cs="Nanum Gothic"/>
          <w:color w:val="1A1A1A"/>
          <w:sz w:val="20"/>
        </w:rPr>
        <w:t xml:space="preserve">, </w:t>
      </w:r>
      <w:r>
        <w:rPr>
          <w:rFonts w:ascii="D2Coding" w:hAnsi="D2Coding" w:eastAsia="D2Coding" w:cs="D2Coding"/>
          <w:color w:val="1A1A1A"/>
          <w:sz w:val="19"/>
        </w:rPr>
        <w:t>max_tokens</w:t>
      </w:r>
      <w:r>
        <w:rPr>
          <w:rFonts w:ascii="Nanum Gothic" w:eastAsia="Nanum Gothic" w:hAnsi="Nanum Gothic" w:cs="Nanum Gothic"/>
          <w:color w:val="1A1A1A"/>
          <w:sz w:val="20"/>
        </w:rPr>
        <w:t xml:space="preserve">는 5대 용어의 '온도', '토큰'입니다. </w:t>
      </w:r>
      <w:r>
        <w:rPr>
          <w:rFonts w:ascii="Nanum Gothic" w:eastAsia="Nanum Gothic" w:hAnsi="Nanum Gothic" w:cs="Nanum Gothic"/>
          <w:color w:val="1A1A1A"/>
          <w:sz w:val="20"/>
          <w:lang w:eastAsia="ko-KR"/>
        </w:rPr>
        <w:t>UI에서 슬라이더로 조작하던 것을 코드로 직접 제어하는 것입니다."</w:t>
      </w:r>
    </w:p>
    <w:p w14:paraId="231CD1DE"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API → 멀티모달 연결</w:t>
      </w:r>
      <w:r>
        <w:rPr>
          <w:rFonts w:ascii="Nanum Gothic" w:eastAsia="Nanum Gothic" w:hAnsi="Nanum Gothic" w:cs="Nanum Gothic"/>
          <w:color w:val="1A1A1A"/>
          <w:sz w:val="20"/>
          <w:lang w:eastAsia="ko-KR"/>
        </w:rPr>
        <w:t xml:space="preserve">: "멀티모달도 결국 API 요청입니다. </w:t>
      </w:r>
      <w:r>
        <w:rPr>
          <w:rFonts w:ascii="D2Coding" w:hAnsi="D2Coding" w:eastAsia="D2Coding" w:cs="D2Coding"/>
          <w:color w:val="1A1A1A"/>
          <w:sz w:val="19"/>
          <w:lang w:eastAsia="ko-KR"/>
        </w:rPr>
        <w:t>messages[].content</w:t>
      </w:r>
      <w:r>
        <w:rPr>
          <w:rFonts w:ascii="Nanum Gothic" w:eastAsia="Nanum Gothic" w:hAnsi="Nanum Gothic" w:cs="Nanum Gothic"/>
          <w:color w:val="1A1A1A"/>
          <w:sz w:val="20"/>
          <w:lang w:eastAsia="ko-KR"/>
        </w:rPr>
        <w:t>에 이미지 데이터가 추가될 뿐, 7대 개념(엔드포인트·인증·토큰 등)이 그대로 적용됩니다."</w:t>
      </w:r>
    </w:p>
    <w:p w14:paraId="23AC0798"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멀티모달 → 캡스톤 연결: "오늘 체험한 이미지 분석·손글씨 변환·문서 요약은 캡스톤에 적용할 수 있는 입력 방식입니다. 마지막 활동에서 정할 문제에 필요한 기능만 선택하고, 같은 테스트 입력으로 결과를 확인합니다."</w:t>
      </w:r>
      <w:r>
        <w:rPr>
          <w:rFonts w:ascii="Nanum Gothic" w:eastAsia="Nanum Gothic" w:hAnsi="Nanum Gothic" w:cs="Nanum Gothic"/>
          <w:color w:val="1A1A1A"/>
          <w:sz w:val="20"/>
          <w:lang w:eastAsia="ko-KR"/>
        </w:rPr>
        <w:t/>
      </w:r>
    </w:p>
    <w:p w14:paraId="19AC12CF" w14:textId="77777777" w:rsidR="00226CAC" w:rsidRDefault="00000000">
      <w:pPr>
        <w:pBdr>
          <w:bottom w:val="single" w:sz="4" w:space="1" w:color="024AD8"/>
        </w:pBdr>
        <w:spacing w:before="280" w:after="80"/>
      </w:pPr>
      <w:r>
        <w:rPr>
          <w:rFonts w:ascii="Nanum Gothic" w:eastAsia="Nanum Gothic" w:hAnsi="Nanum Gothic" w:cs="Nanum Gothic"/>
          <w:b/>
          <w:color w:val="024AD8"/>
          <w:sz w:val="36"/>
        </w:rPr>
        <w:t>9.5 종합 학습일지 3칸</w:t>
      </w:r>
    </w:p>
    <w:tbl>
      <w:tblPr>
        <w:tblStyle w:val="af9"/>
        <w:tblW w:w="0" w:type="auto"/>
        <w:tblLayout w:type="fixed"/>
        <w:tblLook w:val="04A0" w:firstRow="1" w:lastRow="0" w:firstColumn="1" w:lastColumn="0" w:noHBand="0" w:noVBand="1"/>
      </w:tblPr>
      <w:tblGrid>
        <w:gridCol w:w="400"/>
        <w:gridCol w:w="8672"/>
      </w:tblGrid>
      <w:tr w:rsidR="00226CAC" w14:paraId="05DD3B91" w14:textId="77777777">
        <w:tc>
          <w:tcPr>
            <w:tcW w:w="400" w:type="dxa"/>
            <w:shd w:val="clear" w:color="auto" w:fill="C05621"/>
          </w:tcPr>
          <w:p w14:paraId="795A58B3" w14:textId="77777777" w:rsidR="00226CAC" w:rsidRDefault="00226CAC">
            <w:pPr>
              <w:spacing w:before="80" w:after="80"/>
            </w:pPr>
          </w:p>
        </w:tc>
        <w:tc>
          <w:tcPr>
            <w:tcW w:w="8672" w:type="dxa"/>
            <w:shd w:val="clear" w:color="auto" w:fill="FFF7E6"/>
          </w:tcPr>
          <w:p w14:paraId="1A09D280" w14:textId="77777777" w:rsidR="00226CAC" w:rsidRDefault="00000000">
            <w:pPr>
              <w:spacing w:before="80" w:after="80"/>
              <w:rPr>
                <w:rFonts w:eastAsia="Nanum Gothic"/>
                <w:lang w:eastAsia="ko-KR"/>
              </w:rPr>
            </w:pPr>
            <w:r>
              <w:rPr>
                <w:rFonts w:ascii="Nanum Gothic" w:eastAsia="Nanum Gothic" w:hAnsi="Nanum Gothic" w:cs="Nanum Gothic"/>
                <w:b/>
                <w:color w:val="C05621"/>
                <w:sz w:val="20"/>
                <w:lang w:eastAsia="ko-KR"/>
              </w:rPr>
              <w:t>⚠️ 주의</w:t>
            </w:r>
            <w:r>
              <w:rPr>
                <w:rFonts w:ascii="Apple SD Gothic Neo" w:eastAsia="Nanum Gothic" w:hAnsi="Apple SD Gothic Neo" w:cs="Apple SD Gothic Neo"/>
                <w:b/>
                <w:color w:val="C05621"/>
                <w:sz w:val="20"/>
                <w:lang w:eastAsia="ko-KR"/>
              </w:rPr>
              <w:br/>
            </w:r>
            <w:r>
              <w:rPr>
                <w:rFonts w:ascii="Nanum Gothic" w:eastAsia="Nanum Gothic" w:hAnsi="Nanum Gothic" w:cs="Nanum Gothic"/>
                <w:color w:val="1A1A1A"/>
                <w:sz w:val="20"/>
                <w:lang w:eastAsia="ko-KR"/>
              </w:rPr>
              <w:t>AI 차단 — 3칸 모두 본인 사고 직접 서술. AI 대필 금지. "막연하게 느껴져도 지금 느끼는 것 그대로 쓰는 게 맞습니다."</w:t>
            </w:r>
          </w:p>
        </w:tc>
      </w:tr>
    </w:tbl>
    <w:p w14:paraId="1342CC98" w14:textId="77777777" w:rsidR="00226CAC" w:rsidRDefault="00226CAC">
      <w:pPr>
        <w:rPr>
          <w:rFonts w:eastAsia="Nanum Gothic"/>
          <w:lang w:eastAsia="ko-KR"/>
        </w:rPr>
      </w:pPr>
    </w:p>
    <w:p w14:paraId="04AFAF6D"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9.5.1 칸 ① — 가장 인상적이었던 것</w:t>
      </w:r>
    </w:p>
    <w:p w14:paraId="62E991A8"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질문</w:t>
      </w:r>
      <w:r>
        <w:rPr>
          <w:rFonts w:ascii="Nanum Gothic" w:eastAsia="Nanum Gothic" w:hAnsi="Nanum Gothic" w:cs="Nanum Gothic"/>
          <w:color w:val="1A1A1A"/>
          <w:sz w:val="20"/>
          <w:lang w:eastAsia="ko-KR"/>
        </w:rPr>
        <w:t>: "오늘 가장 기억에 남는 순간 또는 개념은 무엇인가요?"</w:t>
      </w:r>
    </w:p>
    <w:p w14:paraId="3585C88D"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작성 지침</w:t>
      </w:r>
      <w:r>
        <w:rPr>
          <w:rFonts w:ascii="Nanum Gothic" w:eastAsia="Nanum Gothic" w:hAnsi="Nanum Gothic" w:cs="Nanum Gothic"/>
          <w:color w:val="1A1A1A"/>
          <w:sz w:val="20"/>
          <w:lang w:eastAsia="ko-KR"/>
        </w:rPr>
        <w:t>:</w:t>
      </w:r>
    </w:p>
    <w:p w14:paraId="686B9FFD"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구체적인 내용 + 왜 인상적인지</w:t>
      </w:r>
    </w:p>
    <w:p w14:paraId="03E593C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"LLM 용어가 인상적이었다" → 너무 막연</w:t>
      </w:r>
    </w:p>
    <w:p w14:paraId="19636EEC"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"온도를 0.1과 1.5로 바꿨을 때 응답이 완전히 달라져서 놀랐다" → 구체적</w:t>
      </w:r>
    </w:p>
    <w:p w14:paraId="16A3129A"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예시 답변들</w:t>
      </w:r>
      <w:r>
        <w:rPr>
          <w:rFonts w:ascii="Nanum Gothic" w:eastAsia="Nanum Gothic" w:hAnsi="Nanum Gothic" w:cs="Nanum Gothic"/>
          <w:color w:val="1A1A1A"/>
          <w:sz w:val="20"/>
          <w:lang w:eastAsia="ko-KR"/>
        </w:rPr>
        <w:t>:</w:t>
      </w:r>
    </w:p>
    <w:p w14:paraId="090D60A3"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"API 호출 코드가 실제로 실행되어 HTTP 200이 떴을 때, 교재에서 배운 내용이 실제로 연결됐다는 걸 느꼈습니다."</w:t>
      </w:r>
    </w:p>
    <w:p w14:paraId="6140F3A7"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"멀티모달에서 손글씨 인식 오류가 나와서 실망했지만, '불명확' 표시를 추가하면 그래도 쓸 수 있다는 발상이 인상적이었습니다."</w:t>
      </w:r>
    </w:p>
    <w:p w14:paraId="13D02E7A"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"System Prompt를 바꾸면 AI의 톤이 완전히 달라진다는 게 신기했습니다. AI를 '설계'하는 것이 가능하다는 걸 처음 느꼈습니다."</w:t>
      </w:r>
    </w:p>
    <w:p w14:paraId="3493CBDF"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9.5.2 칸 ② — 이해 안 된 것·알고 싶은 것</w:t>
      </w:r>
    </w:p>
    <w:p w14:paraId="250103C7"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질문</w:t>
      </w:r>
      <w:r>
        <w:rPr>
          <w:rFonts w:ascii="Nanum Gothic" w:eastAsia="Nanum Gothic" w:hAnsi="Nanum Gothic" w:cs="Nanum Gothic"/>
          <w:color w:val="1A1A1A"/>
          <w:sz w:val="20"/>
          <w:lang w:eastAsia="ko-KR"/>
        </w:rPr>
        <w:t>: "아직 이해가 안 되거나 다음 세션에서 확인하고 싶은 것은?"</w:t>
      </w:r>
    </w:p>
    <w:p w14:paraId="32FAB3FF"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작성 지침</w:t>
      </w:r>
      <w:r>
        <w:rPr>
          <w:rFonts w:ascii="Nanum Gothic" w:eastAsia="Nanum Gothic" w:hAnsi="Nanum Gothic" w:cs="Nanum Gothic"/>
          <w:color w:val="1A1A1A"/>
          <w:sz w:val="20"/>
          <w:lang w:eastAsia="ko-KR"/>
        </w:rPr>
        <w:t>:</w:t>
      </w:r>
    </w:p>
    <w:p w14:paraId="56D81B2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솔직하게. "다 이해했다"는 드문 경우이며, 모호한 부분이 남는 것이 정상</w:t>
      </w:r>
    </w:p>
    <w:p w14:paraId="3B964EA8"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강사가 익명으로 취합해 다음 세션 도입에 반영</w:t>
      </w:r>
    </w:p>
    <w:p w14:paraId="1054524F"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예시 답변들</w:t>
      </w:r>
      <w:r>
        <w:rPr>
          <w:rFonts w:ascii="Nanum Gothic" w:eastAsia="Nanum Gothic" w:hAnsi="Nanum Gothic" w:cs="Nanum Gothic"/>
          <w:color w:val="1A1A1A"/>
          <w:sz w:val="20"/>
          <w:lang w:eastAsia="ko-KR"/>
        </w:rPr>
        <w:t>:</w:t>
      </w:r>
    </w:p>
    <w:p w14:paraId="0DE65AEC"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"RAG가 임베딩으로 작동한다고 했는데, 정확히 어떻게 검색이 되는지 모르겠습니다."</w:t>
      </w:r>
    </w:p>
    <w:p w14:paraId="593AC861"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"API 에러가 났을 때 원인을 빨리 찾는 방법을 더 배우고 싶습니다."</w:t>
      </w:r>
    </w:p>
    <w:p w14:paraId="3F26175E"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"멀티모달 API 코드를 직접 써보고 싶은데 오늘은 시간이 없었습니다."</w:t>
      </w:r>
    </w:p>
    <w:p w14:paraId="335B3ABB"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"온도를 실무에서 구체적으로 어떻게 결정하는지 사례가 더 있으면 좋겠습니다."</w:t>
      </w:r>
    </w:p>
    <w:p w14:paraId="4DE8D9A5"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9.5.3 칸 ③ — 내가 만들고 싶은 것 (핵심 칸)</w:t>
      </w:r>
    </w:p>
    <w:p w14:paraId="78F2743E"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질문: "오늘 배운 내용을 적용해 보고 싶은 일을 한 줄로 적으세요. 문서 마지막에서 주제와 초기 목표를 정합니다."</w:t>
      </w:r>
      <w:r>
        <w:rPr>
          <w:rFonts w:ascii="Nanum Gothic" w:eastAsia="Nanum Gothic" w:hAnsi="Nanum Gothic" w:cs="Nanum Gothic"/>
          <w:color w:val="1A1A1A"/>
          <w:sz w:val="20"/>
          <w:lang w:eastAsia="ko-KR"/>
        </w:rPr>
        <w:t/>
      </w:r>
    </w:p>
    <w:p w14:paraId="08625E8C"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작성 지침</w:t>
      </w:r>
      <w:r>
        <w:rPr>
          <w:rFonts w:ascii="Nanum Gothic" w:eastAsia="Nanum Gothic" w:hAnsi="Nanum Gothic" w:cs="Nanum Gothic"/>
          <w:color w:val="1A1A1A"/>
          <w:sz w:val="20"/>
          <w:lang w:eastAsia="ko-KR"/>
        </w:rPr>
        <w:t>:</w:t>
      </w:r>
    </w:p>
    <w:p w14:paraId="40D1C340"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반드시 1줄 이상 작성</w:t>
      </w:r>
    </w:p>
    <w:p w14:paraId="4A3C566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"기억 안 난다"가 아닌 "한 걸음이라도 가까워졌다면"으로 생각</w:t>
      </w:r>
    </w:p>
    <w:p w14:paraId="07CB7354"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아이디어와 연결이 안 된다면 → "오늘 새롭게 만들고 싶어진 것"으로 대체 가능</w:t>
      </w:r>
    </w:p>
    <w:p w14:paraId="2314230D"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lastRenderedPageBreak/>
        <w:t>강사 멘트</w:t>
      </w:r>
      <w:r>
        <w:rPr>
          <w:rFonts w:ascii="Nanum Gothic" w:eastAsia="Nanum Gothic" w:hAnsi="Nanum Gothic" w:cs="Nanum Gothic"/>
          <w:color w:val="1A1A1A"/>
          <w:sz w:val="20"/>
          <w:lang w:eastAsia="ko-KR"/>
        </w:rPr>
        <w:t xml:space="preserve">: "3번 칸이 이 학습의 핵심입니다. 이 과정의 목적은 AI 지식을 쌓는 게 아니라, AI를 활용해서 </w:t>
      </w:r>
      <w:r>
        <w:rPr>
          <w:rFonts w:ascii="Nanum Gothic" w:eastAsia="Nanum Gothic" w:hAnsi="Nanum Gothic" w:cs="Nanum Gothic"/>
          <w:b/>
          <w:color w:val="1A1A1A"/>
          <w:sz w:val="20"/>
          <w:lang w:eastAsia="ko-KR"/>
        </w:rPr>
        <w:t>뭔가를 만드는 것</w:t>
      </w:r>
      <w:r>
        <w:rPr>
          <w:rFonts w:ascii="Nanum Gothic" w:eastAsia="Nanum Gothic" w:hAnsi="Nanum Gothic" w:cs="Nanum Gothic"/>
          <w:color w:val="1A1A1A"/>
          <w:sz w:val="20"/>
          <w:lang w:eastAsia="ko-KR"/>
        </w:rPr>
        <w:t>입니다. 오늘 배운 것이 그 '뭔가'에 어떻게 연결되는지 한 줄이라도 써보세요."</w:t>
      </w:r>
    </w:p>
    <w:p w14:paraId="569172C7"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예시 답변들</w:t>
      </w:r>
      <w:r>
        <w:rPr>
          <w:rFonts w:ascii="Nanum Gothic" w:eastAsia="Nanum Gothic" w:hAnsi="Nanum Gothic" w:cs="Nanum Gothic"/>
          <w:color w:val="1A1A1A"/>
          <w:sz w:val="20"/>
          <w:lang w:eastAsia="ko-KR"/>
        </w:rPr>
        <w:t>:</w:t>
      </w:r>
    </w:p>
    <w:p w14:paraId="24ED19F5"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"에 '고객 Q&amp;A 자동화'를 만들고 싶다고 했는데,</w:t>
      </w:r>
    </w:p>
    <w:p w14:paraId="3709816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오늘 System Prompt로 AI 역할을 설정하고 AIR Studio로 배포하면 가능하다는 걸 알았습니다."</w:t>
      </w:r>
    </w:p>
    <w:p w14:paraId="02B71FFF"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"오늘 손글씨 변환 챌린지를 하면서, 현장 엔지니어 점검 메모를 자동 디지털화하는 서비스를 만들고 싶어졌습니다."</w:t>
      </w:r>
    </w:p>
    <w:p w14:paraId="4653349B"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"API 코드로 LLM을 직접 호출할 수 있다는 걸 알았으니,</w:t>
      </w:r>
    </w:p>
    <w:p w14:paraId="0115F648"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사내 데이터 분석 보고서를 자동으로 생성하는 스크립트를 만들 수 있겠다고 생각했습니다."</w:t>
      </w:r>
    </w:p>
    <w:p w14:paraId="4295D5B6"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9.6 오늘의 성과 정리 — 무엇을 알게 됐나</w:t>
      </w:r>
    </w:p>
    <w:p w14:paraId="093491BF"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9.6.1 오늘의 학습 지도</w:t>
      </w:r>
    </w:p>
    <w:p w14:paraId="40C7F72C"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 세션이 끝나면 여러분은 다음을 할 수 있게 됩니다:</w:t>
      </w:r>
    </w:p>
    <w:tbl>
      <w:tblPr>
        <w:tblStyle w:val="af9"/>
        <w:tblW w:w="0" w:type="auto"/>
        <w:tblLook w:val="04A0" w:firstRow="1" w:lastRow="0" w:firstColumn="1" w:lastColumn="0" w:noHBand="0" w:noVBand="1"/>
      </w:tblPr>
      <w:tblGrid>
        <w:gridCol w:w="4536"/>
        <w:gridCol w:w="4536"/>
      </w:tblGrid>
      <w:tr w:rsidR="00226CAC" w14:paraId="1A8C8B66" w14:textId="77777777">
        <w:tc>
          <w:tcPr>
            <w:tcW w:w="4536" w:type="dxa"/>
            <w:shd w:val="clear" w:color="auto" w:fill="024AD8"/>
          </w:tcPr>
          <w:p w14:paraId="526221F5" w14:textId="77777777" w:rsidR="00226CAC" w:rsidRDefault="00000000">
            <w:pPr>
              <w:spacing w:before="60" w:after="60"/>
            </w:pPr>
            <w:r>
              <w:rPr>
                <w:rFonts w:ascii="Nanum Gothic" w:eastAsia="Nanum Gothic" w:hAnsi="Nanum Gothic" w:cs="Nanum Gothic"/>
                <w:b/>
                <w:color w:val="FFFFFF"/>
                <w:sz w:val="20"/>
              </w:rPr>
              <w:t>능력</w:t>
            </w:r>
          </w:p>
        </w:tc>
        <w:tc>
          <w:tcPr>
            <w:tcW w:w="4536" w:type="dxa"/>
            <w:shd w:val="clear" w:color="auto" w:fill="024AD8"/>
          </w:tcPr>
          <w:p w14:paraId="19BD9F14" w14:textId="77777777" w:rsidR="00226CAC" w:rsidRDefault="00000000">
            <w:pPr>
              <w:spacing w:before="60" w:after="60"/>
            </w:pPr>
            <w:r>
              <w:rPr>
                <w:rFonts w:ascii="Nanum Gothic" w:eastAsia="Nanum Gothic" w:hAnsi="Nanum Gothic" w:cs="Nanum Gothic"/>
                <w:b/>
                <w:color w:val="FFFFFF"/>
                <w:sz w:val="20"/>
              </w:rPr>
              <w:t>구체적 내용</w:t>
            </w:r>
          </w:p>
        </w:tc>
      </w:tr>
      <w:tr w:rsidR="00226CAC" w14:paraId="43A882E9" w14:textId="77777777">
        <w:tc>
          <w:tcPr>
            <w:tcW w:w="4536" w:type="dxa"/>
          </w:tcPr>
          <w:p w14:paraId="1CCC8653" w14:textId="77777777" w:rsidR="00226CAC" w:rsidRDefault="00000000">
            <w:pPr>
              <w:spacing w:before="60" w:after="60"/>
            </w:pPr>
            <w:r>
              <w:rPr>
                <w:rFonts w:ascii="Nanum Gothic" w:eastAsia="Nanum Gothic" w:hAnsi="Nanum Gothic" w:cs="Nanum Gothic"/>
                <w:b/>
                <w:color w:val="1A1A1A"/>
                <w:sz w:val="20"/>
              </w:rPr>
              <w:t>트렌드 분류</w:t>
            </w:r>
          </w:p>
        </w:tc>
        <w:tc>
          <w:tcPr>
            <w:tcW w:w="4536" w:type="dxa"/>
          </w:tcPr>
          <w:p w14:paraId="6D49CF74" w14:textId="77777777" w:rsidR="00226CAC" w:rsidRDefault="00000000">
            <w:pPr>
              <w:spacing w:before="60" w:after="60"/>
            </w:pPr>
            <w:r>
              <w:rPr>
                <w:rFonts w:ascii="Nanum Gothic" w:eastAsia="Nanum Gothic" w:hAnsi="Nanum Gothic" w:cs="Nanum Gothic"/>
                <w:color w:val="1A1A1A"/>
                <w:sz w:val="20"/>
              </w:rPr>
              <w:t>새 AI 제품을 Agentic·Vertical·On-Device로 분류하고 근거 제시</w:t>
            </w:r>
          </w:p>
        </w:tc>
      </w:tr>
      <w:tr w:rsidR="00226CAC" w14:paraId="579E3E54" w14:textId="77777777">
        <w:tc>
          <w:tcPr>
            <w:tcW w:w="4536" w:type="dxa"/>
          </w:tcPr>
          <w:p w14:paraId="32B30288" w14:textId="77777777" w:rsidR="00226CAC" w:rsidRDefault="00000000">
            <w:pPr>
              <w:spacing w:before="60" w:after="60"/>
            </w:pPr>
            <w:r>
              <w:rPr>
                <w:rFonts w:ascii="Nanum Gothic" w:eastAsia="Nanum Gothic" w:hAnsi="Nanum Gothic" w:cs="Nanum Gothic"/>
                <w:b/>
                <w:color w:val="1A1A1A"/>
                <w:sz w:val="20"/>
              </w:rPr>
              <w:t>LLM 용어 설명</w:t>
            </w:r>
          </w:p>
        </w:tc>
        <w:tc>
          <w:tcPr>
            <w:tcW w:w="4536" w:type="dxa"/>
          </w:tcPr>
          <w:p w14:paraId="1874E5B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5대 용어(토큰·파라미터·컨텍스트·임베딩·온도)를 비유로 설명</w:t>
            </w:r>
          </w:p>
        </w:tc>
      </w:tr>
      <w:tr w:rsidR="00226CAC" w14:paraId="79CEBAD2" w14:textId="77777777">
        <w:tc>
          <w:tcPr>
            <w:tcW w:w="4536" w:type="dxa"/>
          </w:tcPr>
          <w:p w14:paraId="6CC9FEF8" w14:textId="77777777" w:rsidR="00226CAC" w:rsidRDefault="00000000">
            <w:pPr>
              <w:spacing w:before="60" w:after="60"/>
            </w:pPr>
            <w:r>
              <w:rPr>
                <w:rFonts w:ascii="Nanum Gothic" w:eastAsia="Nanum Gothic" w:hAnsi="Nanum Gothic" w:cs="Nanum Gothic"/>
                <w:b/>
                <w:color w:val="1A1A1A"/>
                <w:sz w:val="20"/>
              </w:rPr>
              <w:t>AI 플랫폼 비교</w:t>
            </w:r>
          </w:p>
        </w:tc>
        <w:tc>
          <w:tcPr>
            <w:tcW w:w="4536" w:type="dxa"/>
          </w:tcPr>
          <w:p w14:paraId="1C4763DC" w14:textId="77777777" w:rsidR="00226CAC" w:rsidRDefault="00000000">
            <w:pPr>
              <w:spacing w:before="60" w:after="60"/>
            </w:pPr>
            <w:r>
              <w:rPr>
                <w:rFonts w:ascii="Nanum Gothic" w:eastAsia="Nanum Gothic" w:hAnsi="Nanum Gothic" w:cs="Nanum Gothic"/>
                <w:color w:val="1A1A1A"/>
                <w:sz w:val="20"/>
              </w:rPr>
              <w:t>ChatGPT vs AIR Studio를 6차원으로 비교 설명</w:t>
            </w:r>
          </w:p>
        </w:tc>
      </w:tr>
      <w:tr w:rsidR="00226CAC" w14:paraId="7B5639B1" w14:textId="77777777">
        <w:tc>
          <w:tcPr>
            <w:tcW w:w="4536" w:type="dxa"/>
          </w:tcPr>
          <w:p w14:paraId="0AE20A92" w14:textId="77777777" w:rsidR="00226CAC" w:rsidRDefault="00000000">
            <w:pPr>
              <w:spacing w:before="60" w:after="60"/>
            </w:pPr>
            <w:r>
              <w:rPr>
                <w:rFonts w:ascii="Nanum Gothic" w:eastAsia="Nanum Gothic" w:hAnsi="Nanum Gothic" w:cs="Nanum Gothic"/>
                <w:b/>
                <w:color w:val="1A1A1A"/>
                <w:sz w:val="20"/>
              </w:rPr>
              <w:t>API 호출</w:t>
            </w:r>
          </w:p>
        </w:tc>
        <w:tc>
          <w:tcPr>
            <w:tcW w:w="4536" w:type="dxa"/>
          </w:tcPr>
          <w:p w14:paraId="1CBC355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Python으로 LLM API 호출 후 HTTP 200 응답 확인</w:t>
            </w:r>
          </w:p>
        </w:tc>
      </w:tr>
      <w:tr w:rsidR="00226CAC" w14:paraId="5861566E" w14:textId="77777777">
        <w:tc>
          <w:tcPr>
            <w:tcW w:w="4536" w:type="dxa"/>
          </w:tcPr>
          <w:p w14:paraId="35F03044" w14:textId="77777777" w:rsidR="00226CAC" w:rsidRDefault="00000000">
            <w:pPr>
              <w:spacing w:before="60" w:after="60"/>
            </w:pPr>
            <w:r>
              <w:rPr>
                <w:rFonts w:ascii="Nanum Gothic" w:eastAsia="Nanum Gothic" w:hAnsi="Nanum Gothic" w:cs="Nanum Gothic"/>
                <w:b/>
                <w:color w:val="1A1A1A"/>
                <w:sz w:val="20"/>
              </w:rPr>
              <w:t>멀티모달 실습</w:t>
            </w:r>
          </w:p>
        </w:tc>
        <w:tc>
          <w:tcPr>
            <w:tcW w:w="4536" w:type="dxa"/>
          </w:tcPr>
          <w:p w14:paraId="5A786902"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이미지 첨부 프롬프트를 전송하고 결과를 평가</w:t>
            </w:r>
          </w:p>
        </w:tc>
      </w:tr>
      <w:tr w:rsidR="00226CAC" w14:paraId="05D96AD6" w14:textId="77777777">
        <w:tc>
          <w:tcPr>
            <w:tcW w:w="4536" w:type="dxa"/>
          </w:tcPr>
          <w:p w14:paraId="293D9899" w14:textId="77777777" w:rsidR="00226CAC" w:rsidRDefault="00000000">
            <w:pPr>
              <w:spacing w:before="60" w:after="60"/>
            </w:pPr>
            <w:r>
              <w:rPr>
                <w:rFonts w:ascii="Nanum Gothic" w:eastAsia="Nanum Gothic" w:hAnsi="Nanum Gothic" w:cs="Nanum Gothic"/>
                <w:b/>
                <w:color w:val="1A1A1A"/>
                <w:sz w:val="20"/>
              </w:rPr>
              <w:t>AI 오류 대응</w:t>
            </w:r>
          </w:p>
        </w:tc>
        <w:tc>
          <w:tcPr>
            <w:tcW w:w="4536" w:type="dxa"/>
          </w:tcPr>
          <w:p w14:paraId="3B13E8DE"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AI 오류를 검증 절차로 허용하는 워크플로 설계 능력</w:t>
            </w:r>
          </w:p>
        </w:tc>
      </w:tr>
    </w:tbl>
    <w:p w14:paraId="00E45396" w14:textId="77777777" w:rsidR="00226CAC" w:rsidRDefault="00226CAC">
      <w:pPr>
        <w:rPr>
          <w:rFonts w:eastAsia="Nanum Gothic"/>
          <w:lang w:eastAsia="ko-KR"/>
        </w:rPr>
      </w:pPr>
    </w:p>
    <w:p w14:paraId="52674BAD" w14:textId="77777777" w:rsidR="00226CAC" w:rsidRDefault="00000000">
      <w:pPr>
        <w:spacing w:before="200" w:after="40"/>
        <w:rPr>
          <w:rFonts w:eastAsia="Nanum Gothic"/>
          <w:lang w:eastAsia="ko-KR"/>
        </w:rPr>
      </w:pPr>
      <w:r>
        <w:rPr>
          <w:rFonts w:ascii="Nanum Gothic" w:eastAsia="Nanum Gothic" w:hAnsi="Nanum Gothic" w:cs="Nanum Gothic"/>
          <w:b/>
          <w:color w:val="024AD8"/>
          <w:sz w:val="28"/>
          <w:lang w:eastAsia="ko-KR"/>
        </w:rPr>
        <w:t>9.6.2 오늘의 학습이 전체 과정에서 갖는 위치</w:t>
      </w:r>
    </w:p>
    <w:p w14:paraId="5FCF0FC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이 과정은 AI Foundation, Prompt Engineering, Vibe Coding의 세 모듈로 구성됩니다.</w:t>
      </w:r>
    </w:p>
    <w:tbl>
      <w:tblPr>
        <w:tblStyle w:val="af9"/>
        <w:tblW w:w="0" w:type="auto"/>
        <w:tblLook w:val="04A0" w:firstRow="1" w:lastRow="0" w:firstColumn="1" w:lastColumn="0" w:noHBand="0" w:noVBand="1"/>
      </w:tblPr>
      <w:tblGrid>
        <w:gridCol w:w="4536"/>
        <w:gridCol w:w="4536"/>
      </w:tblGrid>
      <w:tr w:rsidR="00226CAC" w14:paraId="070D6CB0" w14:textId="77777777">
        <w:tc>
          <w:tcPr>
            <w:tcW w:w="4536" w:type="dxa"/>
            <w:shd w:val="clear" w:color="auto" w:fill="024AD8"/>
          </w:tcPr>
          <w:p w14:paraId="259E1C9E" w14:textId="77777777" w:rsidR="00226CAC" w:rsidRDefault="00000000">
            <w:pPr>
              <w:spacing w:before="60" w:after="60"/>
            </w:pPr>
            <w:r>
              <w:rPr>
                <w:rFonts w:ascii="Nanum Gothic" w:eastAsia="Nanum Gothic" w:hAnsi="Nanum Gothic" w:cs="Nanum Gothic"/>
                <w:b/>
                <w:color w:val="FFFFFF"/>
                <w:sz w:val="20"/>
              </w:rPr>
              <w:t>범위</w:t>
            </w:r>
          </w:p>
        </w:tc>
        <w:tc>
          <w:tcPr>
            <w:tcW w:w="4536" w:type="dxa"/>
            <w:shd w:val="clear" w:color="auto" w:fill="024AD8"/>
          </w:tcPr>
          <w:p w14:paraId="3DBC9784" w14:textId="77777777" w:rsidR="00226CAC" w:rsidRDefault="00000000">
            <w:pPr>
              <w:spacing w:before="60" w:after="60"/>
            </w:pPr>
            <w:r>
              <w:rPr>
                <w:rFonts w:ascii="Nanum Gothic" w:eastAsia="Nanum Gothic" w:hAnsi="Nanum Gothic" w:cs="Nanum Gothic"/>
                <w:b/>
                <w:color w:val="FFFFFF"/>
                <w:sz w:val="20"/>
              </w:rPr>
              <w:t>역할</w:t>
            </w:r>
          </w:p>
        </w:tc>
      </w:tr>
      <w:tr w:rsidR="00226CAC" w14:paraId="1D28E7F9" w14:textId="77777777">
        <w:tc>
          <w:tcPr>
            <w:tcW w:w="4536" w:type="dxa"/>
          </w:tcPr>
          <w:p>
            <w:r>
              <w:rPr>
                <w:rFonts w:ascii="Nanum Gothic" w:hAnsi="Nanum Gothic" w:eastAsia="Nanum Gothic" w:cs="Nanum Gothic"/>
              </w:rPr>
              <w:t>오늘</w:t>
            </w:r>
          </w:p>
        </w:tc>
        <w:tc>
          <w:tcPr>
            <w:tcW w:w="4536" w:type="dxa"/>
          </w:tcPr>
          <w:p w14:paraId="49DF78C5"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기반 구축 — AI 개념·도구·API의 토대 형성</w:t>
            </w:r>
          </w:p>
        </w:tc>
      </w:tr>
      <w:tr w:rsidR="00226CAC" w14:paraId="0C92C6DD" w14:textId="77777777">
        <w:tc>
          <w:tcPr>
            <w:tcW w:w="4536" w:type="dxa"/>
          </w:tcPr>
          <w:p>
            <w:r>
              <w:rPr>
                <w:rFonts w:ascii="Nanum Gothic" w:hAnsi="Nanum Gothic" w:eastAsia="Nanum Gothic" w:cs="Nanum Gothic"/>
              </w:rPr>
              <w:t>다음 날</w:t>
            </w:r>
          </w:p>
        </w:tc>
        <w:tc>
          <w:tcPr>
            <w:tcW w:w="4536" w:type="dxa"/>
          </w:tcPr>
          <w:p w14:paraId="5B95600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심화 + 캡스톤 v0.1 — 토대 위에 실제 서비스 구상</w:t>
            </w:r>
          </w:p>
        </w:tc>
      </w:tr>
    </w:tbl>
    <w:p w14:paraId="75E3D497" w14:textId="77777777" w:rsidR="00226CAC" w:rsidRDefault="00226CAC">
      <w:pPr>
        <w:rPr>
          <w:rFonts w:eastAsia="Nanum Gothic"/>
          <w:lang w:eastAsia="ko-KR"/>
        </w:rPr>
      </w:pPr>
    </w:p>
    <w:p w14:paraId="405F898F"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오늘의 기초가 없으면 이후 캡스톤을 설계하기 어렵습니다. 오늘 배운 내용은 이론에 머물지 않고 이후 작업의 재료가 됩니다.</w:t>
      </w:r>
    </w:p>
    <w:p w14:paraId="3CB0D686" w14:textId="77777777" w:rsidR="00226CAC" w:rsidRDefault="00000000">
      <w:pPr>
        <w:pBdr>
          <w:bottom w:val="single" w:sz="4" w:space="1" w:color="024AD8"/>
        </w:pBdr>
        <w:spacing w:before="280" w:after="80"/>
        <w:pageBreakBefore w:val="1"/>
      </w:pPr>
      <w:r>
        <w:rPr>
          <w:rFonts w:ascii="Nanum Gothic" w:eastAsia="Nanum Gothic" w:hAnsi="Nanum Gothic" w:cs="Nanum Gothic"/>
          <w:b/>
          <w:color w:val="024AD8"/>
          <w:sz w:val="36"/>
        </w:rPr>
        <w:t>9.7 이후 과정 연결 안내</w:t>
      </w:r>
    </w:p>
    <w:tbl>
      <w:tblPr>
        <w:tblStyle w:val="af9"/>
        <w:tblW w:w="0" w:type="auto"/>
        <w:tblLook w:val="04A0" w:firstRow="1" w:lastRow="0" w:firstColumn="1" w:lastColumn="0" w:noHBand="0" w:noVBand="1"/>
      </w:tblPr>
      <w:tblGrid>
        <w:gridCol w:w="4536"/>
        <w:gridCol w:w="4536"/>
      </w:tblGrid>
      <w:tr w:rsidR="00226CAC" w14:paraId="70BAD8B0" w14:textId="77777777">
        <w:trPr>
          <w:cantSplit/>
        </w:trPr>
        <w:tc>
          <w:tcPr>
            <w:tcW w:w="4536" w:type="dxa"/>
            <w:shd w:val="clear" w:color="auto" w:fill="024AD8"/>
          </w:tcPr>
          <w:p w14:paraId="6722AEFD" w14:textId="77777777" w:rsidR="00226CAC" w:rsidRDefault="00000000">
            <w:pPr>
              <w:spacing w:before="60" w:after="60"/>
              <w:keepNext/>
            </w:pPr>
            <w:r>
              <w:rPr>
                <w:rFonts w:ascii="Nanum Gothic" w:eastAsia="Nanum Gothic" w:hAnsi="Nanum Gothic" w:cs="Nanum Gothic"/>
                <w:b/>
                <w:color w:val="FFFFFF"/>
                <w:sz w:val="20"/>
              </w:rPr>
              <w:t>항목</w:t>
            </w:r>
          </w:p>
        </w:tc>
        <w:tc>
          <w:tcPr>
            <w:tcW w:w="4536" w:type="dxa"/>
            <w:shd w:val="clear" w:color="auto" w:fill="024AD8"/>
          </w:tcPr>
          <w:p w14:paraId="38A017B9" w14:textId="77777777" w:rsidR="00226CAC" w:rsidRDefault="00000000">
            <w:pPr>
              <w:spacing w:before="60" w:after="60"/>
              <w:keepNext/>
            </w:pPr>
            <w:r>
              <w:rPr>
                <w:rFonts w:ascii="Nanum Gothic" w:eastAsia="Nanum Gothic" w:hAnsi="Nanum Gothic" w:cs="Nanum Gothic"/>
                <w:b/>
                <w:color w:val="FFFFFF"/>
                <w:sz w:val="20"/>
              </w:rPr>
              <w:t>내용</w:t>
            </w:r>
          </w:p>
        </w:tc>
      </w:tr>
      <w:tr w:rsidR="00226CAC" w14:paraId="2BBED7EB" w14:textId="77777777">
        <w:trPr>
          <w:cantSplit/>
        </w:trPr>
        <w:tc>
          <w:tcPr>
            <w:tcW w:w="4536" w:type="dxa"/>
          </w:tcPr>
          <w:p w14:paraId="4B17D8E4" w14:textId="77777777" w:rsidR="00226CAC" w:rsidRDefault="00000000">
            <w:pPr>
              <w:spacing w:before="60" w:after="60"/>
            </w:pPr>
            <w:r>
              <w:rPr>
                <w:rFonts w:ascii="Nanum Gothic" w:eastAsia="Nanum Gothic" w:hAnsi="Nanum Gothic" w:cs="Nanum Gothic"/>
                <w:b/>
                <w:color w:val="1A1A1A"/>
                <w:sz w:val="20"/>
              </w:rPr>
              <w:t>학습일지 ②항 활용</w:t>
            </w:r>
          </w:p>
        </w:tc>
        <w:tc>
          <w:tcPr>
            <w:tcW w:w="4536" w:type="dxa"/>
          </w:tcPr>
          <w:p w14:paraId="6CE86D8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강사가 익명 취합 → 상위 3개 주제를 다음 세션 도입 5분에 반영</w:t>
            </w:r>
          </w:p>
        </w:tc>
      </w:tr>
      <w:tr w:rsidR="00226CAC" w14:paraId="4C40F2C4" w14:textId="77777777">
        <w:trPr>
          <w:cantSplit/>
        </w:trPr>
        <w:tc>
          <w:tcPr>
            <w:tcW w:w="4536" w:type="dxa"/>
          </w:tcPr>
          <w:p w14:paraId="536E2039" w14:textId="77777777" w:rsidR="00226CAC" w:rsidRDefault="00000000">
            <w:pPr>
              <w:spacing w:before="60" w:after="60"/>
            </w:pPr>
            <w:r>
              <w:rPr>
                <w:rFonts w:ascii="Nanum Gothic" w:eastAsia="Nanum Gothic" w:hAnsi="Nanum Gothic" w:cs="Nanum Gothic"/>
                <w:b/>
                <w:color w:val="1A1A1A"/>
                <w:sz w:val="20"/>
              </w:rPr>
              <w:t>후속 과정 도입</w:t>
            </w:r>
          </w:p>
        </w:tc>
        <w:tc>
          <w:tcPr>
            <w:tcW w:w="4536" w:type="dxa"/>
          </w:tcPr>
          <w:p w14:paraId="42D6F9FB"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할루시네이션의 이해 ("AI가 왜 사실이 아닌 것을 자신 있게 말할까요?")</w:t>
            </w:r>
          </w:p>
        </w:tc>
      </w:tr>
      <w:tr w:rsidR="00226CAC" w14:paraId="059CBA0C" w14:textId="77777777">
        <w:trPr>
          <w:cantSplit/>
        </w:trPr>
        <w:tc>
          <w:tcPr>
            <w:tcW w:w="4536" w:type="dxa"/>
          </w:tcPr>
          <w:p w14:paraId="72AE2836" w14:textId="77777777" w:rsidR="00226CAC" w:rsidRDefault="00000000">
            <w:pPr>
              <w:spacing w:before="60" w:after="60"/>
            </w:pPr>
            <w:r>
              <w:rPr>
                <w:rFonts w:ascii="Nanum Gothic" w:eastAsia="Nanum Gothic" w:hAnsi="Nanum Gothic" w:cs="Nanum Gothic"/>
                <w:b/>
                <w:color w:val="1A1A1A"/>
                <w:sz w:val="20"/>
              </w:rPr>
              <w:t>후속 과정 중반</w:t>
            </w:r>
          </w:p>
        </w:tc>
        <w:tc>
          <w:tcPr>
            <w:tcW w:w="4536" w:type="dxa"/>
          </w:tcPr>
          <w:p w14:paraId="1E4985BF"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프롬프트 엔지니어링 심화 + RAG 실습</w:t>
            </w:r>
          </w:p>
        </w:tc>
      </w:tr>
      <w:tr w:rsidR="00226CAC" w14:paraId="0DA4D2F0" w14:textId="77777777">
        <w:trPr>
          <w:cantSplit/>
        </w:trPr>
        <w:tc>
          <w:tcPr>
            <w:tcW w:w="4536" w:type="dxa"/>
          </w:tcPr>
          <w:p w14:paraId="689A00AD" w14:textId="77777777" w:rsidR="00226CAC" w:rsidRDefault="00000000">
            <w:pPr>
              <w:spacing w:before="60" w:after="60"/>
            </w:pPr>
            <w:r>
              <w:rPr>
                <w:rFonts w:ascii="Nanum Gothic" w:eastAsia="Nanum Gothic" w:hAnsi="Nanum Gothic" w:cs="Nanum Gothic"/>
                <w:b/>
                <w:color w:val="1A1A1A"/>
                <w:sz w:val="20"/>
              </w:rPr>
              <w:t>AI Foundation 후반</w:t>
            </w:r>
          </w:p>
        </w:tc>
        <w:tc>
          <w:tcPr>
            <w:tcW w:w="4536" w:type="dxa"/>
          </w:tcPr>
          <w:p w14:paraId="7718CE07"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문서 마지막에서 정할 캡스톤의 v0.1 제작과 첫 실행 기록</w:t>
            </w:r>
          </w:p>
        </w:tc>
      </w:tr>
    </w:tbl>
    <w:p w14:paraId="073D065A" w14:textId="77777777" w:rsidR="00226CAC" w:rsidRDefault="00226CAC">
      <w:pPr>
        <w:rPr>
          <w:rFonts w:eastAsia="Nanum Gothic"/>
          <w:lang w:eastAsia="ko-KR"/>
        </w:rPr>
      </w:pPr>
    </w:p>
    <w:p w14:paraId="4B2950E9" w14:textId="77777777" w:rsidR="00226CAC" w:rsidRDefault="00000000">
      <w:pPr>
        <w:spacing w:before="60" w:after="60"/>
        <w:rPr>
          <w:rFonts w:eastAsia="Nanum Gothic"/>
          <w:lang w:eastAsia="ko-KR"/>
        </w:rPr>
      </w:pPr>
      <w:r>
        <w:rPr>
          <w:rFonts w:ascii="Nanum Gothic" w:eastAsia="Nanum Gothic" w:hAnsi="Nanum Gothic" w:cs="Nanum Gothic"/>
          <w:b/>
          <w:color w:val="1A1A1A"/>
          <w:sz w:val="20"/>
          <w:lang w:eastAsia="ko-KR"/>
        </w:rPr>
        <w:t>다음 세션 학습 준비: 오늘 이해가 안 된 부분(학습일지 ②)을 다음 세션 시작 전에 다시 읽어보세요. 특히 LLM 용어와 API는 이후 과정에서 자주 사용됩니다.</w:t>
      </w:r>
      <w:r>
        <w:rPr>
          <w:rFonts w:ascii="Nanum Gothic" w:eastAsia="Nanum Gothic" w:hAnsi="Nanum Gothic" w:cs="Nanum Gothic"/>
          <w:color w:val="1A1A1A"/>
          <w:sz w:val="20"/>
          <w:lang w:eastAsia="ko-KR"/>
        </w:rPr>
        <w:t/>
      </w:r>
    </w:p>
    <w:p w14:paraId="0B11C68D" w14:textId="77777777" w:rsidR="00226CAC" w:rsidRDefault="00000000">
      <w:pPr>
        <w:pBdr>
          <w:bottom w:val="single" w:sz="4" w:space="1" w:color="024AD8"/>
        </w:pBdr>
        <w:spacing w:before="280" w:after="80"/>
        <w:rPr>
          <w:rFonts w:eastAsia="Nanum Gothic"/>
          <w:lang w:eastAsia="ko-KR"/>
        </w:rPr>
      </w:pPr>
      <w:r>
        <w:rPr>
          <w:rFonts w:ascii="Nanum Gothic" w:eastAsia="Nanum Gothic" w:hAnsi="Nanum Gothic" w:cs="Nanum Gothic"/>
          <w:b/>
          <w:color w:val="024AD8"/>
          <w:sz w:val="36"/>
          <w:lang w:eastAsia="ko-KR"/>
        </w:rPr>
        <w:t>9.8 핵심 3줄 정리</w:t>
      </w:r>
    </w:p>
    <w:p w14:paraId="43FAC2C6"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1. </w:t>
      </w:r>
      <w:r>
        <w:rPr>
          <w:rFonts w:ascii="Nanum Gothic" w:eastAsia="Nanum Gothic" w:hAnsi="Nanum Gothic" w:cs="Nanum Gothic"/>
          <w:b/>
          <w:color w:val="1A1A1A"/>
          <w:sz w:val="20"/>
          <w:lang w:eastAsia="ko-KR"/>
        </w:rPr>
        <w:t>5가지 개념은 연결된 흐름이다</w:t>
      </w:r>
      <w:r>
        <w:rPr>
          <w:rFonts w:ascii="Nanum Gothic" w:eastAsia="Nanum Gothic" w:hAnsi="Nanum Gothic" w:cs="Nanum Gothic"/>
          <w:color w:val="1A1A1A"/>
          <w:sz w:val="20"/>
          <w:lang w:eastAsia="ko-KR"/>
        </w:rPr>
        <w:t>: 트렌드 → 용어 → 플랫폼 → API → 멀티모달은 순차적으로 쌓이는 지식이다.</w:t>
      </w:r>
    </w:p>
    <w:p w14:paraId="060EFE93"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2. </w:t>
      </w:r>
      <w:r>
        <w:rPr>
          <w:rFonts w:ascii="Nanum Gothic" w:eastAsia="Nanum Gothic" w:hAnsi="Nanum Gothic" w:cs="Nanum Gothic"/>
          <w:b/>
          <w:color w:val="1A1A1A"/>
          <w:sz w:val="20"/>
          <w:lang w:eastAsia="ko-KR"/>
        </w:rPr>
        <w:t>피어 피드백은 학습의 일부다</w:t>
      </w:r>
      <w:r>
        <w:rPr>
          <w:rFonts w:ascii="Nanum Gothic" w:eastAsia="Nanum Gothic" w:hAnsi="Nanum Gothic" w:cs="Nanum Gothic"/>
          <w:color w:val="1A1A1A"/>
          <w:sz w:val="20"/>
          <w:lang w:eastAsia="ko-KR"/>
        </w:rPr>
        <w:t>: 다른 팀 산출물을 분석하면서 내가 시도하지 않은 접근을 발견한다.</w:t>
      </w:r>
    </w:p>
    <w:p w14:paraId="0848FC50" w14:textId="77777777" w:rsidR="00226CAC" w:rsidRDefault="00000000">
      <w:pPr>
        <w:spacing w:before="40" w:after="40"/>
        <w:ind w:left="397"/>
        <w:rPr>
          <w:rFonts w:eastAsia="Nanum Gothic"/>
          <w:lang w:eastAsia="ko-KR"/>
        </w:rPr>
      </w:pPr>
      <w:r>
        <w:rPr>
          <w:rFonts w:ascii="Nanum Gothic" w:eastAsia="Nanum Gothic" w:hAnsi="Nanum Gothic" w:cs="Nanum Gothic"/>
          <w:color w:val="1A1A1A"/>
          <w:sz w:val="20"/>
          <w:lang w:eastAsia="ko-KR"/>
        </w:rPr>
        <w:t xml:space="preserve">3. 다음 세션은 오늘의 공백에서 시작한다: 학습일지 ②항("이해 안 된 것")이 다음 학습의 출발점이 된다.</w:t>
      </w:r>
      <w:r>
        <w:rPr>
          <w:rFonts w:ascii="Nanum Gothic" w:eastAsia="Nanum Gothic" w:hAnsi="Nanum Gothic" w:cs="Nanum Gothic"/>
          <w:b/>
          <w:color w:val="1A1A1A"/>
          <w:sz w:val="20"/>
          <w:lang w:eastAsia="ko-KR"/>
        </w:rPr>
        <w:t/>
      </w:r>
      <w:r>
        <w:rPr>
          <w:rFonts w:ascii="Nanum Gothic" w:eastAsia="Nanum Gothic" w:hAnsi="Nanum Gothic" w:cs="Nanum Gothic"/>
          <w:color w:val="1A1A1A"/>
          <w:sz w:val="20"/>
          <w:lang w:eastAsia="ko-KR"/>
        </w:rPr>
        <w:t/>
      </w:r>
    </w:p>
    <w:p w14:paraId="5C2E8B52" w14:textId="77777777" w:rsidR="00226CAC" w:rsidRDefault="00000000">
      <w:pPr>
        <w:pBdr>
          <w:bottom w:val="single" w:sz="4" w:space="1" w:color="024AD8"/>
        </w:pBdr>
        <w:spacing w:before="280" w:after="80"/>
        <w:rPr>
          <w:rFonts w:eastAsia="Nanum Gothic"/>
          <w:lang w:eastAsia="ko-KR"/>
        </w:rPr>
        <w:pageBreakBefore w:val="1"/>
      </w:pPr>
      <w:r>
        <w:rPr>
          <w:rFonts w:ascii="Nanum Gothic" w:eastAsia="Nanum Gothic" w:hAnsi="Nanum Gothic" w:cs="Nanum Gothic"/>
          <w:b/>
          <w:color w:val="024AD8"/>
          <w:sz w:val="36"/>
          <w:lang w:eastAsia="ko-KR"/>
        </w:rPr>
        <w:t>9.9 개념 연결 지도 (오늘 전체)</w:t>
      </w:r>
    </w:p>
    <w:tbl>
      <w:tblPr>
        <w:tblStyle w:val="af9"/>
        <w:tblW w:w="0" w:type="auto"/>
        <w:tblLook w:val="04A0" w:firstRow="1" w:lastRow="0" w:firstColumn="1" w:lastColumn="0" w:noHBand="0" w:noVBand="1"/>
      </w:tblPr>
      <w:tblGrid>
        <w:gridCol w:w="9072"/>
      </w:tblGrid>
      <w:tr w:rsidR="00226CAC" w14:paraId="42993EAB" w14:textId="77777777">
        <w:trPr>
          <w:cantSplit/>
        </w:trPr>
        <w:tc>
          <w:tcPr>
            <w:tcW w:w="9072" w:type="dxa"/>
            <w:shd w:val="clear" w:color="auto" w:fill="F7F7F7"/>
          </w:tcPr>
          <w:p w14:paraId="00A3B477"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오리엔테이션</w:t>
            </w:r>
            <w:r>
              <w:rPr>
                <w:rFonts w:ascii="Nanum Gothic" w:hAnsi="Nanum Gothic" w:eastAsia="Nanum Gothic" w:cs="Nanum Gothic"/>
                <w:color w:val="1A1A1A"/>
                <w:sz w:val="19"/>
                <w:lang w:eastAsia="ko-KR"/>
              </w:rPr>
              <w:t xml:space="preserve"> &amp; </w:t>
            </w:r>
            <w:r>
              <w:rPr>
                <w:rFonts w:ascii="Nanum Gothic" w:hAnsi="Nanum Gothic" w:eastAsia="Nanum Gothic" w:cs="Nanum Gothic"/>
                <w:color w:val="1A1A1A"/>
                <w:sz w:val="19"/>
                <w:lang w:eastAsia="ko-KR"/>
              </w:rPr>
              <w:t>변화의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시대</w:t>
            </w:r>
            <w:r>
              <w:rPr>
                <w:rFonts w:ascii="Nanum Gothic" w:hAnsi="Nanum Gothic" w:eastAsia="Nanum Gothic" w:cs="Nanum Gothic"/>
                <w:color w:val="1A1A1A"/>
                <w:sz w:val="19"/>
                <w:lang w:eastAsia="ko-KR"/>
              </w:rPr>
              <w:t>]</w:t>
            </w:r>
          </w:p>
          <w:p w14:paraId="234EED62"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AI </w:t>
            </w:r>
            <w:r>
              <w:rPr>
                <w:rFonts w:ascii="Nanum Gothic" w:hAnsi="Nanum Gothic" w:eastAsia="Nanum Gothic" w:cs="Nanum Gothic"/>
                <w:color w:val="1A1A1A"/>
                <w:sz w:val="19"/>
                <w:lang w:eastAsia="ko-KR"/>
              </w:rPr>
              <w:t>전환의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필요성</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인식</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학습</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동기</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형성</w:t>
            </w:r>
          </w:p>
          <w:p w14:paraId="25F58C44"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5812CC81"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643C511B"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생성형</w:t>
            </w:r>
            <w:r>
              <w:rPr>
                <w:rFonts w:ascii="D2Coding" w:hAnsi="D2Coding" w:eastAsia="D2Coding" w:cs="D2Coding"/>
                <w:color w:val="1A1A1A"/>
                <w:sz w:val="19"/>
                <w:lang w:eastAsia="ko-KR"/>
              </w:rPr>
              <w:t xml:space="preserve"> AI </w:t>
            </w:r>
            <w:r>
              <w:rPr>
                <w:rFonts w:ascii="Nanum Gothic" w:hAnsi="Nanum Gothic" w:eastAsia="Nanum Gothic" w:cs="Nanum Gothic"/>
                <w:color w:val="1A1A1A"/>
                <w:sz w:val="19"/>
                <w:lang w:eastAsia="ko-KR"/>
              </w:rPr>
              <w:t>트렌드</w:t>
            </w:r>
            <w:r>
              <w:rPr>
                <w:rFonts w:ascii="D2Coding" w:hAnsi="D2Coding" w:eastAsia="D2Coding" w:cs="D2Coding"/>
                <w:color w:val="1A1A1A"/>
                <w:sz w:val="19"/>
                <w:lang w:eastAsia="ko-KR"/>
              </w:rPr>
              <w:t xml:space="preserve"> 2026]</w:t>
            </w:r>
          </w:p>
          <w:p w14:paraId="7900720A" w14:textId="77777777" w:rsidR="00226CAC" w:rsidRDefault="00000000">
            <w:pPr>
              <w:spacing w:before="20" w:after="20" w:line="220" w:lineRule="exact"/>
            </w:pPr>
            <w:r>
              <w:rPr>
                <w:rFonts w:ascii="D2Coding" w:hAnsi="D2Coding" w:eastAsia="D2Coding" w:cs="D2Coding"/>
                <w:color w:val="1A1A1A"/>
                <w:sz w:val="19"/>
              </w:rPr>
              <w:t xml:space="preserve">Agentic AI · Vertical AI · On-Device AI </w:t>
            </w:r>
            <w:r>
              <w:rPr>
                <w:rFonts w:ascii="Nanum Gothic" w:hAnsi="Nanum Gothic" w:eastAsia="Nanum Gothic" w:cs="Nanum Gothic"/>
                <w:color w:val="1A1A1A"/>
                <w:sz w:val="19"/>
              </w:rPr>
              <w:t>분류</w:t>
            </w:r>
            <w:r>
              <w:rPr>
                <w:rFonts w:ascii="D2Coding" w:hAnsi="D2Coding" w:eastAsia="D2Coding" w:cs="D2Coding"/>
                <w:color w:val="1A1A1A"/>
                <w:sz w:val="19"/>
              </w:rPr>
              <w:t xml:space="preserve"> </w:t>
            </w:r>
            <w:r>
              <w:rPr>
                <w:rFonts w:ascii="Nanum Gothic" w:hAnsi="Nanum Gothic" w:eastAsia="Nanum Gothic" w:cs="Nanum Gothic"/>
                <w:color w:val="1A1A1A"/>
                <w:sz w:val="19"/>
              </w:rPr>
              <w:t>프레임</w:t>
            </w:r>
          </w:p>
          <w:p w14:paraId="2123E5CB" w14:textId="77777777" w:rsidR="00226CAC" w:rsidRDefault="00000000">
            <w:pPr>
              <w:spacing w:before="20" w:after="20" w:line="220" w:lineRule="exact"/>
            </w:pPr>
            <w:r>
              <w:rPr>
                <w:rFonts w:ascii="Nanum Gothic" w:hAnsi="Nanum Gothic" w:eastAsia="Nanum Gothic" w:cs="Nanum Gothic"/>
                <w:color w:val="1A1A1A"/>
                <w:sz w:val="19"/>
              </w:rPr>
              <w:t>│ "</w:t>
            </w:r>
            <w:r>
              <w:rPr>
                <w:rFonts w:ascii="Nanum Gothic" w:hAnsi="Nanum Gothic" w:eastAsia="Nanum Gothic" w:cs="Nanum Gothic"/>
                <w:color w:val="1A1A1A"/>
                <w:sz w:val="19"/>
              </w:rPr>
              <w:t>이</w:t>
            </w:r>
            <w:r>
              <w:rPr>
                <w:rFonts w:ascii="D2Coding" w:hAnsi="D2Coding" w:eastAsia="D2Coding" w:cs="D2Coding"/>
                <w:color w:val="1A1A1A"/>
                <w:sz w:val="19"/>
              </w:rPr>
              <w:t xml:space="preserve"> </w:t>
            </w:r>
            <w:r>
              <w:rPr>
                <w:rFonts w:ascii="Nanum Gothic" w:hAnsi="Nanum Gothic" w:eastAsia="Nanum Gothic" w:cs="Nanum Gothic"/>
                <w:color w:val="1A1A1A"/>
                <w:sz w:val="19"/>
              </w:rPr>
              <w:t>트렌드를</w:t>
            </w:r>
            <w:r>
              <w:rPr>
                <w:rFonts w:ascii="D2Coding" w:hAnsi="D2Coding" w:eastAsia="D2Coding" w:cs="D2Coding"/>
                <w:color w:val="1A1A1A"/>
                <w:sz w:val="19"/>
              </w:rPr>
              <w:t xml:space="preserve"> </w:t>
            </w:r>
            <w:r>
              <w:rPr>
                <w:rFonts w:ascii="Nanum Gothic" w:hAnsi="Nanum Gothic" w:eastAsia="Nanum Gothic" w:cs="Nanum Gothic"/>
                <w:color w:val="1A1A1A"/>
                <w:sz w:val="19"/>
              </w:rPr>
              <w:t>구현하는</w:t>
            </w:r>
            <w:r>
              <w:rPr>
                <w:rFonts w:ascii="D2Coding" w:hAnsi="D2Coding" w:eastAsia="D2Coding" w:cs="D2Coding"/>
                <w:color w:val="1A1A1A"/>
                <w:sz w:val="19"/>
              </w:rPr>
              <w:t xml:space="preserve"> </w:t>
            </w:r>
            <w:r>
              <w:rPr>
                <w:rFonts w:ascii="Nanum Gothic" w:hAnsi="Nanum Gothic" w:eastAsia="Nanum Gothic" w:cs="Nanum Gothic"/>
                <w:color w:val="1A1A1A"/>
                <w:sz w:val="19"/>
              </w:rPr>
              <w:t>도구는</w:t>
            </w:r>
            <w:r>
              <w:rPr>
                <w:rFonts w:ascii="Nanum Gothic" w:hAnsi="Nanum Gothic" w:eastAsia="Nanum Gothic" w:cs="Nanum Gothic"/>
                <w:color w:val="1A1A1A"/>
                <w:sz w:val="19"/>
              </w:rPr>
              <w:t>?"</w:t>
            </w:r>
          </w:p>
          <w:p w14:paraId="79334F78" w14:textId="77777777" w:rsidR="00226CAC" w:rsidRDefault="00000000">
            <w:pPr>
              <w:spacing w:before="20" w:after="20" w:line="220" w:lineRule="exact"/>
            </w:pPr>
            <w:r>
              <w:rPr>
                <w:rFonts w:ascii="Nanum Gothic" w:hAnsi="Nanum Gothic" w:eastAsia="Nanum Gothic" w:cs="Nanum Gothic"/>
                <w:color w:val="1A1A1A"/>
                <w:sz w:val="19"/>
              </w:rPr>
              <w:t>▼</w:t>
            </w:r>
          </w:p>
          <w:p w14:paraId="407CADAC" w14:textId="77777777" w:rsidR="00226CAC" w:rsidRDefault="00000000">
            <w:pPr>
              <w:spacing w:before="20" w:after="20" w:line="220" w:lineRule="exact"/>
            </w:pPr>
            <w:r>
              <w:rPr>
                <w:rFonts w:ascii="D2Coding" w:hAnsi="D2Coding" w:eastAsia="D2Coding" w:cs="D2Coding"/>
                <w:color w:val="1A1A1A"/>
                <w:sz w:val="19"/>
              </w:rPr>
              <w:t xml:space="preserve">[AIR Studio </w:t>
            </w:r>
            <w:r>
              <w:rPr>
                <w:rFonts w:ascii="Nanum Gothic" w:hAnsi="Nanum Gothic" w:eastAsia="Nanum Gothic" w:cs="Nanum Gothic"/>
                <w:color w:val="1A1A1A"/>
                <w:sz w:val="19"/>
              </w:rPr>
              <w:t>플랫폼</w:t>
            </w:r>
            <w:r>
              <w:rPr>
                <w:rFonts w:ascii="D2Coding" w:hAnsi="D2Coding" w:eastAsia="D2Coding" w:cs="D2Coding"/>
                <w:color w:val="1A1A1A"/>
                <w:sz w:val="19"/>
              </w:rPr>
              <w:t xml:space="preserve"> </w:t>
            </w:r>
            <w:r>
              <w:rPr>
                <w:rFonts w:ascii="Nanum Gothic" w:hAnsi="Nanum Gothic" w:eastAsia="Nanum Gothic" w:cs="Nanum Gothic"/>
                <w:color w:val="1A1A1A"/>
                <w:sz w:val="19"/>
              </w:rPr>
              <w:t>소개</w:t>
            </w:r>
            <w:r>
              <w:rPr>
                <w:rFonts w:ascii="Nanum Gothic" w:hAnsi="Nanum Gothic" w:eastAsia="Nanum Gothic" w:cs="Nanum Gothic"/>
                <w:color w:val="1A1A1A"/>
                <w:sz w:val="19"/>
              </w:rPr>
              <w:t>]</w:t>
            </w:r>
          </w:p>
          <w:p w14:paraId="0A1F7BBA"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기업</w:t>
            </w:r>
            <w:r>
              <w:rPr>
                <w:rFonts w:ascii="D2Coding" w:hAnsi="D2Coding" w:eastAsia="D2Coding" w:cs="D2Coding"/>
                <w:color w:val="1A1A1A"/>
                <w:sz w:val="19"/>
                <w:lang w:eastAsia="ko-KR"/>
              </w:rPr>
              <w:t xml:space="preserve"> AI </w:t>
            </w:r>
            <w:r>
              <w:rPr>
                <w:rFonts w:ascii="Nanum Gothic" w:hAnsi="Nanum Gothic" w:eastAsia="Nanum Gothic" w:cs="Nanum Gothic"/>
                <w:color w:val="1A1A1A"/>
                <w:sz w:val="19"/>
                <w:lang w:eastAsia="ko-KR"/>
              </w:rPr>
              <w:t>플랫폼의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필요성</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첫</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접속</w:t>
            </w:r>
          </w:p>
          <w:p w14:paraId="74DA32AF"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 (</w:t>
            </w:r>
            <w:r>
              <w:rPr>
                <w:rFonts w:ascii="Nanum Gothic" w:hAnsi="Nanum Gothic" w:eastAsia="Nanum Gothic" w:cs="Nanum Gothic"/>
                <w:color w:val="1A1A1A"/>
                <w:sz w:val="19"/>
                <w:lang w:eastAsia="ko-KR"/>
              </w:rPr>
              <w:t>도구</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개념</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양방향</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연결</w:t>
            </w:r>
            <w:r>
              <w:rPr>
                <w:rFonts w:ascii="Nanum Gothic" w:hAnsi="Nanum Gothic" w:eastAsia="Nanum Gothic" w:cs="Nanum Gothic"/>
                <w:color w:val="1A1A1A"/>
                <w:sz w:val="19"/>
                <w:lang w:eastAsia="ko-KR"/>
              </w:rPr>
              <w:t>)</w:t>
            </w:r>
          </w:p>
          <w:p w14:paraId="71D7528A"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[LLM </w:t>
            </w:r>
            <w:r>
              <w:rPr>
                <w:rFonts w:ascii="Nanum Gothic" w:hAnsi="Nanum Gothic" w:eastAsia="Nanum Gothic" w:cs="Nanum Gothic"/>
                <w:color w:val="1A1A1A"/>
                <w:sz w:val="19"/>
                <w:lang w:eastAsia="ko-KR"/>
              </w:rPr>
              <w:t>핵심</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용어</w:t>
            </w:r>
            <w:r>
              <w:rPr>
                <w:rFonts w:ascii="Nanum Gothic" w:hAnsi="Nanum Gothic" w:eastAsia="Nanum Gothic" w:cs="Nanum Gothic"/>
                <w:color w:val="1A1A1A"/>
                <w:sz w:val="19"/>
                <w:lang w:eastAsia="ko-KR"/>
              </w:rPr>
              <w:t xml:space="preserve"> &amp; </w:t>
            </w:r>
            <w:r>
              <w:rPr>
                <w:rFonts w:ascii="Nanum Gothic" w:hAnsi="Nanum Gothic" w:eastAsia="Nanum Gothic" w:cs="Nanum Gothic"/>
                <w:color w:val="1A1A1A"/>
                <w:sz w:val="19"/>
                <w:lang w:eastAsia="ko-KR"/>
              </w:rPr>
              <w:t>작동</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원리</w:t>
            </w:r>
            <w:r>
              <w:rPr>
                <w:rFonts w:ascii="Nanum Gothic" w:hAnsi="Nanum Gothic" w:eastAsia="Nanum Gothic" w:cs="Nanum Gothic"/>
                <w:color w:val="1A1A1A"/>
                <w:sz w:val="19"/>
                <w:lang w:eastAsia="ko-KR"/>
              </w:rPr>
              <w:t>]</w:t>
            </w:r>
          </w:p>
          <w:p w14:paraId="6C8678C8"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토큰</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파라미터</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컨텍스트</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임베딩</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온도</w:t>
            </w:r>
          </w:p>
          <w:p w14:paraId="7DD48C36"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 xml:space="preserve">│ "UI </w:t>
            </w:r>
            <w:r>
              <w:rPr>
                <w:rFonts w:ascii="Nanum Gothic" w:hAnsi="Nanum Gothic" w:eastAsia="Nanum Gothic" w:cs="Nanum Gothic"/>
                <w:color w:val="1A1A1A"/>
                <w:sz w:val="19"/>
                <w:lang w:eastAsia="ko-KR"/>
              </w:rPr>
              <w:t>없이</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직접</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제어하려면</w:t>
            </w:r>
            <w:r>
              <w:rPr>
                <w:rFonts w:ascii="Nanum Gothic" w:hAnsi="Nanum Gothic" w:eastAsia="Nanum Gothic" w:cs="Nanum Gothic"/>
                <w:color w:val="1A1A1A"/>
                <w:sz w:val="19"/>
                <w:lang w:eastAsia="ko-KR"/>
              </w:rPr>
              <w:t>?"</w:t>
            </w:r>
          </w:p>
          <w:p w14:paraId="5E13E1AF" w14:textId="77777777" w:rsidR="00226CAC" w:rsidRDefault="00000000">
            <w:pPr>
              <w:spacing w:before="20" w:after="20" w:line="220" w:lineRule="exact"/>
            </w:pPr>
            <w:r>
              <w:rPr>
                <w:rFonts w:ascii="Nanum Gothic" w:hAnsi="Nanum Gothic" w:eastAsia="Nanum Gothic" w:cs="Nanum Gothic"/>
                <w:color w:val="1A1A1A"/>
                <w:sz w:val="19"/>
              </w:rPr>
              <w:t>▼</w:t>
            </w:r>
          </w:p>
          <w:p w14:paraId="3BC5F055" w14:textId="77777777" w:rsidR="00226CAC" w:rsidRDefault="00000000">
            <w:pPr>
              <w:spacing w:before="20" w:after="20" w:line="220" w:lineRule="exact"/>
            </w:pPr>
            <w:r>
              <w:rPr>
                <w:rFonts w:ascii="D2Coding" w:hAnsi="D2Coding" w:eastAsia="D2Coding" w:cs="D2Coding"/>
                <w:color w:val="1A1A1A"/>
                <w:sz w:val="19"/>
              </w:rPr>
              <w:t xml:space="preserve">[AIR Studio </w:t>
            </w:r>
            <w:r>
              <w:rPr>
                <w:rFonts w:ascii="Nanum Gothic" w:hAnsi="Nanum Gothic" w:eastAsia="Nanum Gothic" w:cs="Nanum Gothic"/>
                <w:color w:val="1A1A1A"/>
                <w:sz w:val="19"/>
              </w:rPr>
              <w:t>인터페이스</w:t>
            </w:r>
            <w:r>
              <w:rPr>
                <w:rFonts w:ascii="D2Coding" w:hAnsi="D2Coding" w:eastAsia="D2Coding" w:cs="D2Coding"/>
                <w:color w:val="1A1A1A"/>
                <w:sz w:val="19"/>
              </w:rPr>
              <w:t xml:space="preserve"> </w:t>
            </w:r>
            <w:r>
              <w:rPr>
                <w:rFonts w:ascii="Nanum Gothic" w:hAnsi="Nanum Gothic" w:eastAsia="Nanum Gothic" w:cs="Nanum Gothic"/>
                <w:color w:val="1A1A1A"/>
                <w:sz w:val="19"/>
              </w:rPr>
              <w:t>탐색</w:t>
            </w:r>
            <w:r>
              <w:rPr>
                <w:rFonts w:ascii="Nanum Gothic" w:hAnsi="Nanum Gothic" w:eastAsia="Nanum Gothic" w:cs="Nanum Gothic"/>
                <w:color w:val="1A1A1A"/>
                <w:sz w:val="19"/>
              </w:rPr>
              <w:t>]</w:t>
            </w:r>
          </w:p>
          <w:p w14:paraId="33A1CD17" w14:textId="77777777" w:rsidR="00226CAC" w:rsidRDefault="00000000">
            <w:pPr>
              <w:spacing w:before="20" w:after="20" w:line="220" w:lineRule="exact"/>
            </w:pPr>
            <w:r>
              <w:rPr>
                <w:rFonts w:ascii="Nanum Gothic" w:hAnsi="Nanum Gothic" w:eastAsia="Nanum Gothic" w:cs="Nanum Gothic"/>
                <w:color w:val="1A1A1A"/>
                <w:sz w:val="19"/>
              </w:rPr>
              <w:t>모델</w:t>
            </w:r>
            <w:r>
              <w:rPr>
                <w:rFonts w:ascii="D2Coding" w:hAnsi="D2Coding" w:eastAsia="D2Coding" w:cs="D2Coding"/>
                <w:color w:val="1A1A1A"/>
                <w:sz w:val="19"/>
              </w:rPr>
              <w:t xml:space="preserve"> </w:t>
            </w:r>
            <w:r>
              <w:rPr>
                <w:rFonts w:ascii="Nanum Gothic" w:hAnsi="Nanum Gothic" w:eastAsia="Nanum Gothic" w:cs="Nanum Gothic"/>
                <w:color w:val="1A1A1A"/>
                <w:sz w:val="19"/>
              </w:rPr>
              <w:t>선택</w:t>
            </w:r>
            <w:r>
              <w:rPr>
                <w:rFonts w:ascii="D2Coding" w:hAnsi="D2Coding" w:eastAsia="D2Coding" w:cs="D2Coding"/>
                <w:color w:val="1A1A1A"/>
                <w:sz w:val="19"/>
              </w:rPr>
              <w:t>·System Prompt·</w:t>
            </w:r>
            <w:r>
              <w:rPr>
                <w:rFonts w:ascii="Nanum Gothic" w:hAnsi="Nanum Gothic" w:eastAsia="Nanum Gothic" w:cs="Nanum Gothic"/>
                <w:color w:val="1A1A1A"/>
                <w:sz w:val="19"/>
              </w:rPr>
              <w:t>온도</w:t>
            </w:r>
            <w:r>
              <w:rPr>
                <w:rFonts w:ascii="D2Coding" w:hAnsi="D2Coding" w:eastAsia="D2Coding" w:cs="D2Coding"/>
                <w:color w:val="1A1A1A"/>
                <w:sz w:val="19"/>
              </w:rPr>
              <w:t>·max tokens</w:t>
            </w:r>
          </w:p>
          <w:p w14:paraId="6145A785" w14:textId="77777777" w:rsidR="00226CAC" w:rsidRDefault="00000000">
            <w:pPr>
              <w:spacing w:before="20" w:after="20" w:line="220" w:lineRule="exact"/>
            </w:pPr>
            <w:r>
              <w:rPr>
                <w:rFonts w:ascii="Nanum Gothic" w:hAnsi="Nanum Gothic" w:eastAsia="Nanum Gothic" w:cs="Nanum Gothic"/>
                <w:color w:val="1A1A1A"/>
                <w:sz w:val="19"/>
              </w:rPr>
              <w:t>│ "</w:t>
            </w:r>
            <w:r>
              <w:rPr>
                <w:rFonts w:ascii="Nanum Gothic" w:hAnsi="Nanum Gothic" w:eastAsia="Nanum Gothic" w:cs="Nanum Gothic"/>
                <w:color w:val="1A1A1A"/>
                <w:sz w:val="19"/>
              </w:rPr>
              <w:t>코드로는</w:t>
            </w:r>
            <w:r>
              <w:rPr>
                <w:rFonts w:ascii="D2Coding" w:hAnsi="D2Coding" w:eastAsia="D2Coding" w:cs="D2Coding"/>
                <w:color w:val="1A1A1A"/>
                <w:sz w:val="19"/>
              </w:rPr>
              <w:t xml:space="preserve"> </w:t>
            </w:r>
            <w:r>
              <w:rPr>
                <w:rFonts w:ascii="Nanum Gothic" w:hAnsi="Nanum Gothic" w:eastAsia="Nanum Gothic" w:cs="Nanum Gothic"/>
                <w:color w:val="1A1A1A"/>
                <w:sz w:val="19"/>
              </w:rPr>
              <w:t>어떻게</w:t>
            </w:r>
            <w:r>
              <w:rPr>
                <w:rFonts w:ascii="Nanum Gothic" w:hAnsi="Nanum Gothic" w:eastAsia="Nanum Gothic" w:cs="Nanum Gothic"/>
                <w:color w:val="1A1A1A"/>
                <w:sz w:val="19"/>
              </w:rPr>
              <w:t>?"</w:t>
            </w:r>
          </w:p>
          <w:p w14:paraId="4838940C" w14:textId="77777777" w:rsidR="00226CAC" w:rsidRDefault="00000000">
            <w:pPr>
              <w:spacing w:before="20" w:after="20" w:line="220" w:lineRule="exact"/>
            </w:pPr>
            <w:r>
              <w:rPr>
                <w:rFonts w:ascii="Nanum Gothic" w:hAnsi="Nanum Gothic" w:eastAsia="Nanum Gothic" w:cs="Nanum Gothic"/>
                <w:color w:val="1A1A1A"/>
                <w:sz w:val="19"/>
              </w:rPr>
              <w:t>▼</w:t>
            </w:r>
          </w:p>
          <w:p w14:paraId="3D947E6E" w14:textId="77777777" w:rsidR="00226CAC" w:rsidRDefault="00000000">
            <w:pPr>
              <w:spacing w:before="20" w:after="20" w:line="220" w:lineRule="exact"/>
            </w:pPr>
            <w:r>
              <w:rPr>
                <w:rFonts w:ascii="Nanum Gothic" w:hAnsi="Nanum Gothic" w:eastAsia="Nanum Gothic" w:cs="Nanum Gothic"/>
                <w:color w:val="1A1A1A"/>
                <w:sz w:val="19"/>
              </w:rPr>
              <w:t>[</w:t>
            </w:r>
            <w:r>
              <w:rPr>
                <w:rFonts w:ascii="Nanum Gothic" w:hAnsi="Nanum Gothic" w:eastAsia="Nanum Gothic" w:cs="Nanum Gothic"/>
                <w:color w:val="1A1A1A"/>
                <w:sz w:val="19"/>
              </w:rPr>
              <w:t>범용</w:t>
            </w:r>
            <w:r>
              <w:rPr>
                <w:rFonts w:ascii="D2Coding" w:hAnsi="D2Coding" w:eastAsia="D2Coding" w:cs="D2Coding"/>
                <w:color w:val="1A1A1A"/>
                <w:sz w:val="19"/>
              </w:rPr>
              <w:t xml:space="preserve"> LLM API </w:t>
            </w:r>
            <w:r>
              <w:rPr>
                <w:rFonts w:ascii="Nanum Gothic" w:hAnsi="Nanum Gothic" w:eastAsia="Nanum Gothic" w:cs="Nanum Gothic"/>
                <w:color w:val="1A1A1A"/>
                <w:sz w:val="19"/>
              </w:rPr>
              <w:t>호출</w:t>
            </w:r>
            <w:r>
              <w:rPr>
                <w:rFonts w:ascii="D2Coding" w:hAnsi="D2Coding" w:eastAsia="D2Coding" w:cs="D2Coding"/>
                <w:color w:val="1A1A1A"/>
                <w:sz w:val="19"/>
              </w:rPr>
              <w:t xml:space="preserve"> </w:t>
            </w:r>
            <w:r>
              <w:rPr>
                <w:rFonts w:ascii="Nanum Gothic" w:hAnsi="Nanum Gothic" w:eastAsia="Nanum Gothic" w:cs="Nanum Gothic"/>
                <w:color w:val="1A1A1A"/>
                <w:sz w:val="19"/>
              </w:rPr>
              <w:t>기초</w:t>
            </w:r>
            <w:r>
              <w:rPr>
                <w:rFonts w:ascii="Nanum Gothic" w:hAnsi="Nanum Gothic" w:eastAsia="Nanum Gothic" w:cs="Nanum Gothic"/>
                <w:color w:val="1A1A1A"/>
                <w:sz w:val="19"/>
              </w:rPr>
              <w:t>]</w:t>
            </w:r>
          </w:p>
          <w:p w14:paraId="04C31549"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7</w:t>
            </w:r>
            <w:r>
              <w:rPr>
                <w:rFonts w:ascii="Nanum Gothic" w:hAnsi="Nanum Gothic" w:eastAsia="Nanum Gothic" w:cs="Nanum Gothic"/>
                <w:color w:val="1A1A1A"/>
                <w:sz w:val="19"/>
                <w:lang w:eastAsia="ko-KR"/>
              </w:rPr>
              <w:t>대</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개념</w:t>
            </w:r>
            <w:r>
              <w:rPr>
                <w:rFonts w:ascii="D2Coding" w:hAnsi="D2Coding" w:eastAsia="D2Coding" w:cs="D2Coding"/>
                <w:color w:val="1A1A1A"/>
                <w:sz w:val="19"/>
                <w:lang w:eastAsia="ko-KR"/>
              </w:rPr>
              <w:t xml:space="preserve"> + Colab </w:t>
            </w:r>
            <w:r>
              <w:rPr>
                <w:rFonts w:ascii="Nanum Gothic" w:hAnsi="Nanum Gothic" w:eastAsia="Nanum Gothic" w:cs="Nanum Gothic"/>
                <w:color w:val="1A1A1A"/>
                <w:sz w:val="19"/>
                <w:lang w:eastAsia="ko-KR"/>
              </w:rPr>
              <w:t>실습</w:t>
            </w:r>
            <w:r>
              <w:rPr>
                <w:rFonts w:ascii="D2Coding" w:hAnsi="D2Coding" w:eastAsia="D2Coding" w:cs="D2Coding"/>
                <w:color w:val="1A1A1A"/>
                <w:sz w:val="19"/>
                <w:lang w:eastAsia="ko-KR"/>
              </w:rPr>
              <w:t xml:space="preserve"> + HTTP 200</w:t>
            </w:r>
          </w:p>
          <w:p w14:paraId="4B144465"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텍스트를</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넘어서면</w:t>
            </w:r>
            <w:r>
              <w:rPr>
                <w:rFonts w:ascii="Nanum Gothic" w:hAnsi="Nanum Gothic" w:eastAsia="Nanum Gothic" w:cs="Nanum Gothic"/>
                <w:color w:val="1A1A1A"/>
                <w:sz w:val="19"/>
                <w:lang w:eastAsia="ko-KR"/>
              </w:rPr>
              <w:t>?"</w:t>
            </w:r>
          </w:p>
          <w:p w14:paraId="6390BD57"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42BCACF7"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멀티모달</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능력</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체험</w:t>
            </w:r>
            <w:r>
              <w:rPr>
                <w:rFonts w:ascii="Nanum Gothic" w:hAnsi="Nanum Gothic" w:eastAsia="Nanum Gothic" w:cs="Nanum Gothic"/>
                <w:color w:val="1A1A1A"/>
                <w:sz w:val="19"/>
                <w:lang w:eastAsia="ko-KR"/>
              </w:rPr>
              <w:t>]</w:t>
            </w:r>
          </w:p>
          <w:p w14:paraId="5B444AF5"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이미지</w:t>
            </w:r>
            <w:r>
              <w:rPr>
                <w:rFonts w:ascii="Nanum Gothic" w:hAnsi="Nanum Gothic" w:eastAsia="Nanum Gothic" w:cs="Nanum Gothic"/>
                <w:color w:val="1A1A1A"/>
                <w:sz w:val="19"/>
                <w:lang w:eastAsia="ko-KR"/>
              </w:rPr>
              <w:t>+</w:t>
            </w:r>
            <w:r>
              <w:rPr>
                <w:rFonts w:ascii="Nanum Gothic" w:hAnsi="Nanum Gothic" w:eastAsia="Nanum Gothic" w:cs="Nanum Gothic"/>
                <w:color w:val="1A1A1A"/>
                <w:sz w:val="19"/>
                <w:lang w:eastAsia="ko-KR"/>
              </w:rPr>
              <w:t>텍스트</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결합</w:t>
            </w:r>
            <w:r>
              <w:rPr>
                <w:rFonts w:ascii="D2Coding" w:hAnsi="D2Coding" w:eastAsia="D2Coding" w:cs="D2Coding"/>
                <w:color w:val="1A1A1A"/>
                <w:sz w:val="19"/>
                <w:lang w:eastAsia="ko-KR"/>
              </w:rPr>
              <w:t xml:space="preserve"> + AI </w:t>
            </w:r>
            <w:r>
              <w:rPr>
                <w:rFonts w:ascii="Nanum Gothic" w:hAnsi="Nanum Gothic" w:eastAsia="Nanum Gothic" w:cs="Nanum Gothic"/>
                <w:color w:val="1A1A1A"/>
                <w:sz w:val="19"/>
                <w:lang w:eastAsia="ko-KR"/>
              </w:rPr>
              <w:t>오류</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체험</w:t>
            </w:r>
          </w:p>
          <w:p w14:paraId="65FC80ED"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오늘을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돌아보면</w:t>
            </w:r>
            <w:r>
              <w:rPr>
                <w:rFonts w:ascii="Nanum Gothic" w:hAnsi="Nanum Gothic" w:eastAsia="Nanum Gothic" w:cs="Nanum Gothic"/>
                <w:color w:val="1A1A1A"/>
                <w:sz w:val="19"/>
                <w:lang w:eastAsia="ko-KR"/>
              </w:rPr>
              <w:t>?"</w:t>
            </w:r>
          </w:p>
          <w:p w14:paraId="22EB01D4"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2CB1F3EA"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[오늘의 회고 &amp; 동료 피드백]</w:t>
            </w:r>
            <w:r>
              <w:rPr>
                <w:rFonts w:ascii="D2Coding" w:hAnsi="D2Coding" w:eastAsia="D2Coding" w:cs="D2Coding"/>
                <w:color w:val="1A1A1A"/>
                <w:sz w:val="19"/>
                <w:lang w:eastAsia="ko-KR"/>
              </w:rPr>
              <w:t/>
            </w:r>
            <w:r>
              <w:rPr>
                <w:rFonts w:ascii="D2Coding" w:hAnsi="D2Coding" w:eastAsia="D2Coding" w:cs="D2Coding"/>
                <w:color w:val="1A1A1A"/>
                <w:sz w:val="19"/>
                <w:lang w:eastAsia="ko-KR"/>
              </w:rPr>
              <w:t xml:space="preserve"/>
            </w:r>
            <w:r>
              <w:rPr>
                <w:rFonts w:ascii="D2Coding" w:hAnsi="D2Coding" w:eastAsia="D2Coding" w:cs="D2Coding"/>
                <w:color w:val="1A1A1A"/>
                <w:sz w:val="19"/>
                <w:lang w:eastAsia="ko-KR"/>
              </w:rPr>
              <w:t/>
            </w:r>
            <w:r>
              <w:rPr>
                <w:rFonts w:ascii="D2Coding" w:hAnsi="D2Coding" w:eastAsia="D2Coding" w:cs="D2Coding"/>
                <w:color w:val="1A1A1A"/>
                <w:sz w:val="19"/>
                <w:lang w:eastAsia="ko-KR"/>
              </w:rPr>
              <w:t xml:space="preserve"/>
            </w:r>
            <w:r>
              <w:rPr>
                <w:rFonts w:ascii="D2Coding" w:hAnsi="D2Coding" w:eastAsia="D2Coding" w:cs="D2Coding"/>
                <w:color w:val="1A1A1A"/>
                <w:sz w:val="19"/>
                <w:lang w:eastAsia="ko-KR"/>
              </w:rPr>
              <w:t/>
            </w:r>
            <w:r>
              <w:rPr>
                <w:rFonts w:ascii="D2Coding" w:hAnsi="D2Coding" w:eastAsia="D2Coding" w:cs="D2Coding"/>
                <w:color w:val="1A1A1A"/>
                <w:sz w:val="19"/>
                <w:lang w:eastAsia="ko-KR"/>
              </w:rPr>
              <w:t xml:space="preserve"/>
            </w:r>
            <w:r>
              <w:rPr>
                <w:rFonts w:ascii="D2Coding" w:hAnsi="D2Coding" w:eastAsia="D2Coding" w:cs="D2Coding"/>
                <w:color w:val="1A1A1A"/>
                <w:sz w:val="19"/>
                <w:lang w:eastAsia="ko-KR"/>
              </w:rPr>
              <w:t/>
            </w:r>
            <w:r>
              <w:rPr>
                <w:rFonts w:ascii="D2Coding" w:hAnsi="D2Coding" w:eastAsia="D2Coding" w:cs="D2Coding"/>
                <w:color w:val="1A1A1A"/>
                <w:sz w:val="19"/>
                <w:lang w:eastAsia="ko-KR"/>
              </w:rPr>
              <w:t xml:space="preserve"/>
            </w:r>
            <w:r>
              <w:rPr>
                <w:rFonts w:ascii="D2Coding" w:hAnsi="D2Coding" w:eastAsia="D2Coding" w:cs="D2Coding"/>
                <w:color w:val="1A1A1A"/>
                <w:sz w:val="19"/>
                <w:lang w:eastAsia="ko-KR"/>
              </w:rPr>
              <w:t/>
            </w:r>
            <w:r>
              <w:rPr>
                <w:rFonts w:ascii="Nanum Gothic" w:hAnsi="Nanum Gothic" w:eastAsia="Nanum Gothic" w:cs="Nanum Gothic"/>
                <w:color w:val="1A1A1A"/>
                <w:sz w:val="19"/>
                <w:lang w:eastAsia="ko-KR"/>
              </w:rPr>
              <w:t xml:space="preserve"> ← </w:t>
            </w:r>
            <w:r>
              <w:rPr>
                <w:rFonts w:ascii="Nanum Gothic" w:hAnsi="Nanum Gothic" w:eastAsia="Nanum Gothic" w:cs="Nanum Gothic"/>
                <w:color w:val="1A1A1A"/>
                <w:sz w:val="19"/>
                <w:lang w:eastAsia="ko-KR"/>
              </w:rPr>
              <w:t>지금</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여기</w:t>
            </w:r>
          </w:p>
          <w:p w14:paraId="41E71FF0"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갤러리 워크 + 오늘의 지식 연결 지도 + 학습일지</w:t>
            </w:r>
          </w:p>
          <w:p w14:paraId="5AC12269"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 "</w:t>
            </w:r>
            <w:r>
              <w:rPr>
                <w:rFonts w:ascii="Nanum Gothic" w:hAnsi="Nanum Gothic" w:eastAsia="Nanum Gothic" w:cs="Nanum Gothic"/>
                <w:color w:val="1A1A1A"/>
                <w:sz w:val="19"/>
                <w:lang w:eastAsia="ko-KR"/>
              </w:rPr>
              <w:t>무엇을</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만들</w:t>
            </w:r>
            <w:r>
              <w:rPr>
                <w:rFonts w:ascii="D2Coding" w:hAnsi="D2Coding" w:eastAsia="D2Coding" w:cs="D2Coding"/>
                <w:color w:val="1A1A1A"/>
                <w:sz w:val="19"/>
                <w:lang w:eastAsia="ko-KR"/>
              </w:rPr>
              <w:t xml:space="preserve"> </w:t>
            </w:r>
            <w:r>
              <w:rPr>
                <w:rFonts w:ascii="Nanum Gothic" w:hAnsi="Nanum Gothic" w:eastAsia="Nanum Gothic" w:cs="Nanum Gothic"/>
                <w:color w:val="1A1A1A"/>
                <w:sz w:val="19"/>
                <w:lang w:eastAsia="ko-KR"/>
              </w:rPr>
              <w:t>것인가</w:t>
            </w:r>
            <w:r>
              <w:rPr>
                <w:rFonts w:ascii="Nanum Gothic" w:hAnsi="Nanum Gothic" w:eastAsia="Nanum Gothic" w:cs="Nanum Gothic"/>
                <w:color w:val="1A1A1A"/>
                <w:sz w:val="19"/>
                <w:lang w:eastAsia="ko-KR"/>
              </w:rPr>
              <w:t>?"</w:t>
            </w:r>
          </w:p>
          <w:p w14:paraId="3E520962" w14:textId="77777777" w:rsidR="00226CAC" w:rsidRDefault="00000000">
            <w:pPr>
              <w:spacing w:before="20" w:after="20" w:line="220" w:lineRule="exact"/>
              <w:rPr>
                <w:rFonts w:eastAsia="Nanum Gothic"/>
                <w:lang w:eastAsia="ko-KR"/>
              </w:rPr>
            </w:pPr>
            <w:r>
              <w:rPr>
                <w:rFonts w:ascii="Nanum Gothic" w:hAnsi="Nanum Gothic" w:eastAsia="Nanum Gothic" w:cs="Nanum Gothic"/>
                <w:color w:val="1A1A1A"/>
                <w:sz w:val="19"/>
                <w:lang w:eastAsia="ko-KR"/>
              </w:rPr>
              <w:t>▼</w:t>
            </w:r>
          </w:p>
          <w:p w14:paraId="6C3EDC60" w14:textId="77777777" w:rsidR="00226CAC" w:rsidRDefault="00000000">
            <w:pPr>
              <w:spacing w:before="20" w:after="20" w:line="220" w:lineRule="exact"/>
              <w:rPr>
                <w:rFonts w:eastAsia="Nanum Gothic"/>
                <w:lang w:eastAsia="ko-KR"/>
              </w:rPr>
            </w:pPr>
            <w:r>
              <w:rPr>
                <w:rFonts w:ascii="D2Coding" w:hAnsi="D2Coding" w:eastAsia="D2Coding" w:cs="D2Coding"/>
                <w:color w:val="1A1A1A"/>
                <w:sz w:val="19"/>
                <w:lang w:eastAsia="ko-KR"/>
              </w:rPr>
              <w:t>[캡스톤 기획 기준선 → v0.1 → v0.2 → v0.3 → v0.4]</w:t>
            </w:r>
            <w:r>
              <w:rPr>
                <w:rFonts w:ascii="D2Coding" w:hAnsi="D2Coding" w:eastAsia="D2Coding" w:cs="D2Coding"/>
                <w:color w:val="1A1A1A"/>
                <w:sz w:val="19"/>
                <w:lang w:eastAsia="ko-KR"/>
              </w:rPr>
              <w:t/>
            </w:r>
            <w:r>
              <w:rPr>
                <w:rFonts w:ascii="D2Coding" w:hAnsi="D2Coding" w:eastAsia="D2Coding" w:cs="D2Coding"/>
                <w:color w:val="1A1A1A"/>
                <w:sz w:val="19"/>
                <w:lang w:eastAsia="ko-KR"/>
              </w:rPr>
              <w:t xml:space="preserve"/>
            </w:r>
            <w:r>
              <w:rPr>
                <w:rFonts w:ascii="D2Coding" w:hAnsi="D2Coding" w:eastAsia="D2Coding" w:cs="D2Coding"/>
                <w:color w:val="1A1A1A"/>
                <w:sz w:val="19"/>
                <w:lang w:eastAsia="ko-KR"/>
              </w:rPr>
              <w:t/>
            </w:r>
            <w:r>
              <w:rPr>
                <w:rFonts w:ascii="D2Coding" w:hAnsi="D2Coding" w:eastAsia="D2Coding" w:cs="D2Coding"/>
                <w:color w:val="1A1A1A"/>
                <w:sz w:val="19"/>
                <w:lang w:eastAsia="ko-KR"/>
              </w:rPr>
              <w:t xml:space="preserve"/>
            </w:r>
            <w:r>
              <w:rPr>
                <w:rFonts w:ascii="D2Coding" w:hAnsi="D2Coding" w:eastAsia="D2Coding" w:cs="D2Coding"/>
                <w:color w:val="1A1A1A"/>
                <w:sz w:val="19"/>
                <w:lang w:eastAsia="ko-KR"/>
              </w:rPr>
              <w:t/>
            </w:r>
            <w:r>
              <w:rPr>
                <w:rFonts w:ascii="D2Coding" w:hAnsi="D2Coding" w:eastAsia="D2Coding" w:cs="D2Coding"/>
                <w:color w:val="1A1A1A"/>
                <w:sz w:val="19"/>
                <w:lang w:eastAsia="ko-KR"/>
              </w:rPr>
              <w:t xml:space="preserve"/>
            </w:r>
          </w:p>
        </w:tc>
      </w:tr>
    </w:tbl>
    <w:p w14:paraId="0C060043" w14:textId="77777777" w:rsidR="00226CAC" w:rsidRDefault="00226CAC">
      <w:pPr>
        <w:rPr>
          <w:rFonts w:eastAsia="Nanum Gothic"/>
          <w:lang w:eastAsia="ko-KR"/>
        </w:rPr>
      </w:pPr>
    </w:p>
    <w:p>
      <w:pPr>
        <w:spacing w:before="280" w:after="80" w:line="240" w:lineRule="auto"/>
        <w:keepNext/>
        <w:pageBreakBefore/>
        <w:widowControl/>
        <w:pBdr>
          <w:bottom w:val="single" w:sz="4" w:space="1" w:color="024AD8"/>
        </w:pBdr>
      </w:pPr>
      <w:r>
        <w:rPr>
          <w:rFonts w:ascii="Nanum Gothic" w:hAnsi="Nanum Gothic" w:eastAsia="Nanum Gothic" w:cs="Nanum Gothic"/>
          <w:sz w:val="36"/>
          <w:color w:val="024AD8"/>
          <w:b/>
        </w:rPr>
        <w:t xml:space="preserve">10. 캡스톤 활동</w:t>
      </w:r>
    </w:p>
    <w:p>
      <w:pPr>
        <w:spacing w:before="60" w:after="40" w:line="240" w:lineRule="auto"/>
        <w:keepNext/>
        <w:widowControl/>
      </w:pPr>
      <w:r>
        <w:rPr>
          <w:rFonts w:ascii="Nanum Gothic" w:hAnsi="Nanum Gothic" w:eastAsia="Nanum Gothic" w:cs="Nanum Gothic"/>
          <w:sz w:val="20"/>
          <w:color w:val="024AD8"/>
          <w:b/>
        </w:rPr>
        <w:t xml:space="preserve">모듈 1 · 1일차</w:t>
      </w:r>
    </w:p>
    <w:p>
      <w:pPr>
        <w:spacing w:before="60" w:after="60" w:line="240" w:lineRule="auto"/>
        <w:widowControl/>
      </w:pPr>
      <w:r>
        <w:rPr>
          <w:rFonts w:ascii="Nanum Gothic" w:hAnsi="Nanum Gothic" w:eastAsia="Nanum Gothic" w:cs="Nanum Gothic"/>
          <w:sz w:val="20"/>
          <w:color w:val="1A1A1A"/>
        </w:rPr>
        <w:t xml:space="preserve">받은 이메일과 담당자 메모를 넣으면, 알려진 사실로 답장 초안을 쓰고 모르는 내용은 확인할 질문으로 남기는 도우미를 만듭니다.</w:t>
      </w:r>
    </w:p>
    <w:p>
      <w:pPr>
        <w:spacing w:before="60" w:after="60" w:line="240" w:lineRule="auto"/>
        <w:widowControl/>
      </w:pPr>
      <w:r>
        <w:rPr>
          <w:rFonts w:ascii="Nanum Gothic" w:hAnsi="Nanum Gothic" w:eastAsia="Nanum Gothic" w:cs="Nanum Gothic"/>
          <w:sz w:val="20"/>
          <w:color w:val="1A1A1A"/>
        </w:rPr>
        <w:t xml:space="preserve">아래는 공통 이메일 과제입니다. 자신의 과제를 선택했다면 같은 순서로 적용하세요. 처음 정한 사용자와 문제, 입력 자료와 성공 기준을 유지합니다.</w:t>
      </w:r>
    </w:p>
    <w:p>
      <w:pPr>
        <w:spacing w:before="200" w:after="80" w:line="240" w:lineRule="auto"/>
        <w:keepNext/>
        <w:widowControl/>
      </w:pPr>
      <w:r>
        <w:rPr>
          <w:rFonts w:ascii="Nanum Gothic" w:hAnsi="Nanum Gothic" w:eastAsia="Nanum Gothic" w:cs="Nanum Gothic"/>
          <w:sz w:val="28"/>
          <w:color w:val="024AD8"/>
          <w:b/>
        </w:rPr>
        <w:t xml:space="preserve">10.1 전체 캡스톤 흐름</w:t>
      </w:r>
    </w:p>
    <w:tbl>
      <w:tblPr>
        <w:tblStyle w:val="af9"/>
        <w:tblW w:w="9072" w:type="dxa"/>
        <w:tblLook w:val="04A0" w:firstRow="1" w:lastRow="0" w:firstColumn="1" w:lastColumn="0" w:noHBand="0" w:noVBand="1"/>
      </w:tblPr>
      <w:tblGrid>
        <w:gridCol w:w="850"/>
        <w:gridCol w:w="2450"/>
        <w:gridCol w:w="2850"/>
        <w:gridCol w:w="2922"/>
      </w:tblGrid>
      <w:tr w:rsidR="00226CAC" w14:paraId="280316DE" w14:textId="77777777" w:rsidTr="0054209F">
        <w:trPr>
          <w:cantSplit/>
        </w:trPr>
        <w:tc>
          <w:tcPr>
            <w:tcW w:w="850" w:type="dxa"/>
            <w:shd w:val="clear" w:color="auto" w:fill="024AD8"/>
          </w:tcPr>
          <w:p w14:paraId="645E2A41" w14:textId="77777777" w:rsidR="00226CAC" w:rsidRDefault="00000000">
            <w:pPr>
              <w:spacing w:before="60" w:after="60"/>
            </w:pPr>
            <w:r>
              <w:rPr>
                <w:rFonts w:ascii="Nanum Gothic" w:eastAsia="Nanum Gothic" w:hAnsi="Nanum Gothic" w:cs="Nanum Gothic"/>
                <w:b/>
                <w:color w:val="FFFFFF"/>
                <w:sz w:val="20"/>
              </w:rPr>
              <w:t>날짜</w:t>
            </w:r>
          </w:p>
        </w:tc>
        <w:tc>
          <w:tcPr>
            <w:tcW w:w="2450" w:type="dxa"/>
            <w:shd w:val="clear" w:color="auto" w:fill="024AD8"/>
          </w:tcPr>
          <w:p w14:paraId="0B87E9B7" w14:textId="77777777" w:rsidR="00226CAC" w:rsidRDefault="00000000">
            <w:pPr>
              <w:spacing w:before="60" w:after="60"/>
            </w:pPr>
            <w:r>
              <w:rPr>
                <w:rFonts w:ascii="Nanum Gothic" w:eastAsia="Nanum Gothic" w:hAnsi="Nanum Gothic" w:cs="Nanum Gothic"/>
                <w:b/>
                <w:color w:val="FFFFFF"/>
                <w:sz w:val="20"/>
              </w:rPr>
              <w:t>수업에서 배운 것</w:t>
            </w:r>
          </w:p>
        </w:tc>
        <w:tc>
          <w:tcPr>
            <w:tcW w:w="2850" w:type="dxa"/>
            <w:shd w:val="clear" w:color="auto" w:fill="024AD8"/>
          </w:tcPr>
          <w:p w14:paraId="781DCCBF" w14:textId="77777777" w:rsidR="00226CAC" w:rsidRDefault="00000000">
            <w:pPr>
              <w:spacing w:before="60" w:after="60"/>
            </w:pPr>
            <w:r>
              <w:rPr>
                <w:rFonts w:ascii="Nanum Gothic" w:eastAsia="Nanum Gothic" w:hAnsi="Nanum Gothic" w:cs="Nanum Gothic"/>
                <w:b/>
                <w:color w:val="FFFFFF"/>
                <w:sz w:val="20"/>
              </w:rPr>
              <w:t>캡스톤 활동</w:t>
            </w:r>
          </w:p>
        </w:tc>
        <w:tc>
          <w:tcPr>
            <w:tcW w:w="2922" w:type="dxa"/>
            <w:shd w:val="clear" w:color="auto" w:fill="024AD8"/>
          </w:tcPr>
          <w:p w14:paraId="2A44AF3A" w14:textId="77777777" w:rsidR="00226CAC" w:rsidRDefault="00000000">
            <w:pPr>
              <w:spacing w:before="60" w:after="60"/>
            </w:pPr>
            <w:r>
              <w:rPr>
                <w:rFonts w:ascii="Nanum Gothic" w:eastAsia="Nanum Gothic" w:hAnsi="Nanum Gothic" w:cs="Nanum Gothic"/>
                <w:b/>
                <w:color w:val="FFFFFF"/>
                <w:sz w:val="20"/>
              </w:rPr>
              <w:t>활동 결과</w:t>
            </w:r>
          </w:p>
        </w:tc>
      </w:tr>
      <w:tr w:rsidR="00226CAC" w14:paraId="1A073082" w14:textId="77777777" w:rsidTr="0054209F">
        <w:trPr>
          <w:cantSplit/>
        </w:trPr>
        <w:tc>
          <w:tcPr>
            <w:tcW w:w="850" w:type="dxa"/>
            <w:shd w:fill="EEF4FF"/>
          </w:tcPr>
          <w:p w14:paraId="1991117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b w:val="1"/>
              </w:rPr>
              <w:t>1일차 오늘</w:t>
            </w:r>
          </w:p>
        </w:tc>
        <w:tc>
          <w:tcPr>
            <w:tcW w:w="2450" w:type="dxa"/>
            <w:shd w:fill="EEF4FF"/>
          </w:tcPr>
          <w:p w14:paraId="6D582C17" w14:textId="77777777" w:rsidR="00226CAC" w:rsidRDefault="00000000">
            <w:pPr>
              <w:spacing w:before="60" w:after="60"/>
            </w:pPr>
            <w:r>
              <w:rPr>
                <w:rFonts w:ascii="Nanum Gothic" w:eastAsia="Nanum Gothic" w:hAnsi="Nanum Gothic" w:cs="Nanum Gothic"/>
                <w:b w:val="1"/>
                <w:color w:val="1A1A1A"/>
                <w:sz w:val="20"/>
              </w:rPr>
              <w:t>AI의 한계, 모델 비교와 원본 확인</w:t>
            </w:r>
          </w:p>
        </w:tc>
        <w:tc>
          <w:tcPr>
            <w:tcW w:w="2850" w:type="dxa"/>
            <w:shd w:fill="EEF4FF"/>
          </w:tcPr>
          <w:p w14:paraId="6AA06617" w14:textId="77777777" w:rsidR="00226CAC" w:rsidRDefault="00000000">
            <w:pPr>
              <w:spacing w:before="60" w:after="60"/>
            </w:pPr>
            <w:r>
              <w:rPr>
                <w:rFonts w:ascii="Nanum Gothic" w:eastAsia="Nanum Gothic" w:hAnsi="Nanum Gothic" w:cs="Nanum Gothic"/>
                <w:color w:val="1A1A1A"/>
                <w:sz w:val="20"/>
                <w:b w:val="1"/>
              </w:rPr>
              <w:t>목표와 확인 기준을 정합니다.</w:t>
            </w:r>
          </w:p>
        </w:tc>
        <w:tc>
          <w:tcPr>
            <w:tcW w:w="2922" w:type="dxa"/>
            <w:shd w:fill="EEF4FF"/>
          </w:tcPr>
          <w:p w14:paraId="2679643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b w:val="1"/>
              </w:rPr>
              <w:t>초기 목표, 시험 이메일과 메모</w:t>
            </w:r>
          </w:p>
        </w:tc>
      </w:tr>
      <w:tr w:rsidR="00226CAC" w14:paraId="1A073082" w14:textId="77777777" w:rsidTr="0054209F">
        <w:trPr>
          <w:cantSplit/>
        </w:trPr>
        <w:tc>
          <w:tcPr>
            <w:tcW w:w="850" w:type="dxa"/>
          </w:tcPr>
          <w:p w14:paraId="1991117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2일차</w:t>
            </w:r>
          </w:p>
        </w:tc>
        <w:tc>
          <w:tcPr>
            <w:tcW w:w="2450" w:type="dxa"/>
          </w:tcPr>
          <w:p w14:paraId="6D582C17" w14:textId="77777777" w:rsidR="00226CAC" w:rsidRDefault="00000000">
            <w:pPr>
              <w:spacing w:before="60" w:after="60"/>
            </w:pPr>
            <w:r>
              <w:rPr>
                <w:rFonts w:ascii="Nanum Gothic" w:eastAsia="Nanum Gothic" w:hAnsi="Nanum Gothic" w:cs="Nanum Gothic"/>
                <w:b/>
                <w:color w:val="1A1A1A"/>
                <w:sz w:val="20"/>
              </w:rPr>
              <w:t>AI Platform 실행, 결과 확인과 수정 요청</w:t>
            </w:r>
          </w:p>
        </w:tc>
        <w:tc>
          <w:tcPr>
            <w:tcW w:w="2850" w:type="dxa"/>
          </w:tcPr>
          <w:p w14:paraId="6AA06617" w14:textId="77777777" w:rsidR="00226CAC" w:rsidRDefault="00000000">
            <w:pPr>
              <w:spacing w:before="60" w:after="60"/>
            </w:pPr>
            <w:r>
              <w:rPr>
                <w:rFonts w:ascii="Nanum Gothic" w:eastAsia="Nanum Gothic" w:hAnsi="Nanum Gothic" w:cs="Nanum Gothic"/>
                <w:color w:val="1A1A1A"/>
                <w:sz w:val="20"/>
              </w:rPr>
              <w:t>첫 답장을 실행하고 확인합니다.</w:t>
            </w:r>
          </w:p>
        </w:tc>
        <w:tc>
          <w:tcPr>
            <w:tcW w:w="2922" w:type="dxa"/>
          </w:tcPr>
          <w:p w14:paraId="2679643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기본 지시문, 실제 답장과 확인 기록</w:t>
            </w:r>
          </w:p>
        </w:tc>
      </w:tr>
      <w:tr w:rsidR="00226CAC" w14:paraId="1A073082" w14:textId="77777777" w:rsidTr="0054209F">
        <w:trPr>
          <w:cantSplit/>
        </w:trPr>
        <w:tc>
          <w:tcPr>
            <w:tcW w:w="850" w:type="dxa"/>
          </w:tcPr>
          <w:p w14:paraId="1991117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3일차</w:t>
            </w:r>
          </w:p>
        </w:tc>
        <w:tc>
          <w:tcPr>
            <w:tcW w:w="2450" w:type="dxa"/>
          </w:tcPr>
          <w:p w14:paraId="6D582C17" w14:textId="77777777" w:rsidR="00226CAC" w:rsidRDefault="00000000">
            <w:pPr>
              <w:spacing w:before="60" w:after="60"/>
            </w:pPr>
            <w:r>
              <w:rPr>
                <w:rFonts w:ascii="Nanum Gothic" w:eastAsia="Nanum Gothic" w:hAnsi="Nanum Gothic" w:cs="Nanum Gothic"/>
                <w:b/>
                <w:color w:val="1A1A1A"/>
                <w:sz w:val="20"/>
              </w:rPr>
              <w:t>역할·답장 예시(Few-Shot)·출력 형식, A/B 비교</w:t>
            </w:r>
          </w:p>
        </w:tc>
        <w:tc>
          <w:tcPr>
            <w:tcW w:w="2850" w:type="dxa"/>
          </w:tcPr>
          <w:p w14:paraId="6AA06617" w14:textId="77777777" w:rsidR="00226CAC" w:rsidRDefault="00000000">
            <w:pPr>
              <w:spacing w:before="60" w:after="60"/>
            </w:pPr>
            <w:r>
              <w:rPr>
                <w:rFonts w:ascii="Nanum Gothic" w:eastAsia="Nanum Gothic" w:hAnsi="Nanum Gothic" w:cs="Nanum Gothic"/>
                <w:color w:val="1A1A1A"/>
                <w:sz w:val="20"/>
              </w:rPr>
              <w:t>지시문을 보강하고 답장을 비교합니다.</w:t>
            </w:r>
          </w:p>
        </w:tc>
        <w:tc>
          <w:tcPr>
            <w:tcW w:w="2922" w:type="dxa"/>
          </w:tcPr>
          <w:p w14:paraId="2679643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수정한 지시문, 어제와 오늘의 비교 기록</w:t>
            </w:r>
          </w:p>
        </w:tc>
      </w:tr>
      <w:tr w:rsidR="00226CAC" w14:paraId="1A073082" w14:textId="77777777" w:rsidTr="0054209F">
        <w:trPr>
          <w:cantSplit/>
        </w:trPr>
        <w:tc>
          <w:tcPr>
            <w:tcW w:w="850" w:type="dxa"/>
          </w:tcPr>
          <w:p w14:paraId="1991117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4일차</w:t>
            </w:r>
          </w:p>
        </w:tc>
        <w:tc>
          <w:tcPr>
            <w:tcW w:w="2450" w:type="dxa"/>
          </w:tcPr>
          <w:p w14:paraId="6D582C17" w14:textId="77777777" w:rsidR="00226CAC" w:rsidRDefault="00000000">
            <w:pPr>
              <w:spacing w:before="60" w:after="60"/>
            </w:pPr>
            <w:r>
              <w:rPr>
                <w:rFonts w:ascii="Nanum Gothic" w:eastAsia="Nanum Gothic" w:hAnsi="Nanum Gothic" w:cs="Nanum Gothic"/>
                <w:b/>
                <w:color w:val="1A1A1A"/>
                <w:sz w:val="20"/>
              </w:rPr>
              <w:t>작업 단계·근거 확인, 질문과 추가 입력</w:t>
            </w:r>
          </w:p>
        </w:tc>
        <w:tc>
          <w:tcPr>
            <w:tcW w:w="2850" w:type="dxa"/>
          </w:tcPr>
          <w:p w14:paraId="6AA06617" w14:textId="77777777" w:rsidR="00226CAC" w:rsidRDefault="00000000">
            <w:pPr>
              <w:spacing w:before="60" w:after="60"/>
            </w:pPr>
            <w:r>
              <w:rPr>
                <w:rFonts w:ascii="Nanum Gothic" w:eastAsia="Nanum Gothic" w:hAnsi="Nanum Gothic" w:cs="Nanum Gothic"/>
                <w:color w:val="1A1A1A"/>
                <w:sz w:val="20"/>
              </w:rPr>
              <w:t>정보가 부족하면 묻고 답을 받아 이어갑니다.</w:t>
            </w:r>
          </w:p>
        </w:tc>
        <w:tc>
          <w:tcPr>
            <w:tcW w:w="2922" w:type="dxa"/>
          </w:tcPr>
          <w:p w14:paraId="2679643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정보 요청·중단 규칙과 대화 기록</w:t>
            </w:r>
          </w:p>
        </w:tc>
      </w:tr>
      <w:tr w:rsidR="00226CAC" w14:paraId="1A073082" w14:textId="77777777" w:rsidTr="0054209F">
        <w:trPr>
          <w:cantSplit/>
        </w:trPr>
        <w:tc>
          <w:tcPr>
            <w:tcW w:w="850" w:type="dxa"/>
          </w:tcPr>
          <w:p w14:paraId="1991117A"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5일차</w:t>
            </w:r>
          </w:p>
        </w:tc>
        <w:tc>
          <w:tcPr>
            <w:tcW w:w="2450" w:type="dxa"/>
          </w:tcPr>
          <w:p w14:paraId="6D582C17" w14:textId="77777777" w:rsidR="00226CAC" w:rsidRDefault="00000000">
            <w:pPr>
              <w:spacing w:before="60" w:after="60"/>
            </w:pPr>
            <w:r>
              <w:rPr>
                <w:rFonts w:ascii="Nanum Gothic" w:eastAsia="Nanum Gothic" w:hAnsi="Nanum Gothic" w:cs="Nanum Gothic"/>
                <w:b/>
                <w:color w:val="1A1A1A"/>
                <w:sz w:val="20"/>
              </w:rPr>
              <w:t>단계 연결·출력 검사, 승인·평가·복구</w:t>
            </w:r>
          </w:p>
        </w:tc>
        <w:tc>
          <w:tcPr>
            <w:tcW w:w="2850" w:type="dxa"/>
          </w:tcPr>
          <w:p w14:paraId="6AA06617" w14:textId="77777777" w:rsidR="00226CAC" w:rsidRDefault="00000000">
            <w:pPr>
              <w:spacing w:before="60" w:after="60"/>
            </w:pPr>
            <w:r>
              <w:rPr>
                <w:rFonts w:ascii="Nanum Gothic" w:eastAsia="Nanum Gothic" w:hAnsi="Nanum Gothic" w:cs="Nanum Gothic"/>
                <w:color w:val="1A1A1A"/>
                <w:sz w:val="20"/>
              </w:rPr>
              <w:t>전체 과정을 연결하고 시연합니다.</w:t>
            </w:r>
          </w:p>
        </w:tc>
        <w:tc>
          <w:tcPr>
            <w:tcW w:w="2922" w:type="dxa"/>
          </w:tcPr>
          <w:p w14:paraId="2679643D" w14:textId="77777777" w:rsidR="00226CAC" w:rsidRDefault="00000000">
            <w:pPr>
              <w:spacing w:before="60" w:after="60"/>
              <w:rPr>
                <w:rFonts w:eastAsia="Nanum Gothic"/>
                <w:lang w:eastAsia="ko-KR"/>
              </w:rPr>
            </w:pPr>
            <w:r>
              <w:rPr>
                <w:rFonts w:ascii="Nanum Gothic" w:eastAsia="Nanum Gothic" w:hAnsi="Nanum Gothic" w:cs="Nanum Gothic"/>
                <w:color w:val="1A1A1A"/>
                <w:sz w:val="20"/>
                <w:lang w:eastAsia="ko-KR"/>
              </w:rPr>
              <w:t>최종 지시문·사용 순서, 검사 기준과 비교 기록</w:t>
            </w:r>
          </w:p>
        </w:tc>
      </w:tr>
    </w:tbl>
    <w:p>
      <w:pPr>
        <w:spacing w:before="60" w:after="60" w:line="240" w:lineRule="auto"/>
        <w:widowControl/>
      </w:pPr>
      <w:r>
        <w:rPr>
          <w:rFonts w:ascii="Nanum Gothic" w:hAnsi="Nanum Gothic" w:eastAsia="Nanum Gothic" w:cs="Nanum Gothic"/>
          <w:sz w:val="20"/>
          <w:color w:val="1A1A1A"/>
        </w:rPr>
        <w:t xml:space="preserve">왼쪽에서 오른쪽으로 수업에서 배운 것, 캡스톤 활동, 활동 결과를 확인하세요. 파란색과 ‘오늘’ 표시는 현재 위치입니다. 전날의 지시문과 자료를 복사해 개선하고, 이전 결과는 비교할 수 있도록 보관합니다.</w:t>
      </w:r>
    </w:p>
    <w:p>
      <w:pPr>
        <w:spacing w:before="60" w:after="60" w:line="240" w:lineRule="auto"/>
        <w:widowControl/>
      </w:pPr>
      <w:r>
        <w:rPr>
          <w:rFonts w:ascii="Nanum Gothic" w:hAnsi="Nanum Gothic" w:eastAsia="Nanum Gothic" w:cs="Nanum Gothic"/>
          <w:sz w:val="20"/>
          <w:color w:val="1A1A1A"/>
        </w:rPr>
        <w:t xml:space="preserve">2일차의 첫 결과는 v0.1로 표시합니다. 3일차는 v0.2, 4일차는 v0.3, 5일차는 v0.4로 사본을 남겨 발전 과정을 비교합니다.</w:t>
      </w:r>
    </w:p>
    <w:p>
      <w:pPr>
        <w:spacing w:before="60" w:after="40" w:line="240" w:lineRule="auto"/>
        <w:keepNext/>
        <w:widowControl/>
      </w:pPr>
      <w:r>
        <w:rPr>
          <w:rFonts w:ascii="Nanum Gothic" w:hAnsi="Nanum Gothic" w:eastAsia="Nanum Gothic" w:cs="Nanum Gothic"/>
          <w:sz w:val="20"/>
          <w:color w:val="024AD8"/>
          <w:b/>
        </w:rPr>
        <w:t xml:space="preserve">오늘의 목표</w:t>
      </w:r>
    </w:p>
    <w:p>
      <w:pPr>
        <w:spacing w:before="60" w:after="60" w:line="240" w:lineRule="auto"/>
        <w:widowControl/>
      </w:pPr>
      <w:r>
        <w:rPr>
          <w:rFonts w:ascii="Nanum Gothic" w:hAnsi="Nanum Gothic" w:eastAsia="Nanum Gothic" w:cs="Nanum Gothic"/>
          <w:sz w:val="20"/>
          <w:color w:val="1A1A1A"/>
        </w:rPr>
        <w:t xml:space="preserve">오늘은 도우미의 계획을 완성합니다. 누구를 돕고, 어떤 이메일을 받아, 어떤 답장을 만들지 정하세요.</w:t>
      </w:r>
    </w:p>
    <w:p>
      <w:pPr>
        <w:spacing w:before="60" w:after="60" w:line="240" w:lineRule="auto"/>
        <w:widowControl/>
      </w:pPr>
      <w:r>
        <w:rPr>
          <w:rFonts w:ascii="Nanum Gothic" w:hAnsi="Nanum Gothic" w:eastAsia="Nanum Gothic" w:cs="Nanum Gothic"/>
          <w:sz w:val="20"/>
          <w:color w:val="1A1A1A"/>
        </w:rPr>
        <w:t xml:space="preserve">수업에서 배운 것: AI의 한계와 모델 비교, 결과를 원본과 대조하는 방법</w:t>
      </w:r>
    </w:p>
    <w:p>
      <w:pPr>
        <w:spacing w:before="280" w:after="80" w:line="240" w:lineRule="auto"/>
        <w:keepNext/>
        <w:pageBreakBefore/>
        <w:widowControl/>
        <w:pBdr>
          <w:bottom w:val="single" w:sz="4" w:space="1" w:color="024AD8"/>
        </w:pBdr>
      </w:pPr>
      <w:r>
        <w:rPr>
          <w:rFonts w:ascii="Nanum Gothic" w:hAnsi="Nanum Gothic" w:eastAsia="Nanum Gothic" w:cs="Nanum Gothic"/>
          <w:sz w:val="36"/>
          <w:color w:val="024AD8"/>
          <w:b/>
        </w:rPr>
        <w:t xml:space="preserve">10.2 도우미가 할 일을 정합니다</w:t>
      </w:r>
    </w:p>
    <w:p>
      <w:pPr>
        <w:spacing w:before="60" w:after="40" w:line="240" w:lineRule="auto"/>
        <w:keepNext/>
        <w:widowControl/>
      </w:pPr>
      <w:r>
        <w:rPr>
          <w:rFonts w:ascii="Nanum Gothic" w:hAnsi="Nanum Gothic" w:eastAsia="Nanum Gothic" w:cs="Nanum Gothic"/>
          <w:sz w:val="20"/>
          <w:color w:val="024AD8"/>
          <w:b/>
        </w:rPr>
        <w:t xml:space="preserve">가져올 것</w:t>
      </w:r>
    </w:p>
    <w:p>
      <w:pPr>
        <w:spacing w:before="60" w:after="60" w:line="240" w:lineRule="auto"/>
        <w:widowControl/>
      </w:pPr>
      <w:r>
        <w:rPr>
          <w:rFonts w:ascii="Nanum Gothic" w:hAnsi="Nanum Gothic" w:eastAsia="Nanum Gothic" w:cs="Nanum Gothic"/>
          <w:sz w:val="20"/>
          <w:color w:val="1A1A1A"/>
        </w:rPr>
        <w:t xml:space="preserve">• 오늘의 AI 도구 실습과 모델 비교 기록</w:t>
      </w:r>
    </w:p>
    <w:p>
      <w:pPr>
        <w:spacing w:before="60" w:after="60" w:line="240" w:lineRule="auto"/>
        <w:widowControl/>
      </w:pPr>
      <w:r>
        <w:rPr>
          <w:rFonts w:ascii="Nanum Gothic" w:hAnsi="Nanum Gothic" w:eastAsia="Nanum Gothic" w:cs="Nanum Gothic"/>
          <w:sz w:val="20"/>
          <w:color w:val="1A1A1A"/>
        </w:rPr>
        <w:t xml:space="preserve">• 아래의 교육 자료 문의와 구매 문의, 각 문의의 담당자 메모</w:t>
      </w:r>
    </w:p>
    <w:p>
      <w:pPr>
        <w:spacing w:before="60" w:after="40" w:line="240" w:lineRule="auto"/>
        <w:keepNext/>
        <w:widowControl/>
      </w:pPr>
      <w:r>
        <w:rPr>
          <w:rFonts w:ascii="Nanum Gothic" w:hAnsi="Nanum Gothic" w:eastAsia="Nanum Gothic" w:cs="Nanum Gothic"/>
          <w:sz w:val="20"/>
          <w:color w:val="024AD8"/>
          <w:b/>
        </w:rPr>
        <w:t xml:space="preserve">할 일</w:t>
      </w:r>
    </w:p>
    <w:p>
      <w:pPr>
        <w:spacing w:before="60" w:after="40" w:line="240" w:lineRule="auto"/>
        <w:keepNext/>
        <w:widowControl/>
      </w:pPr>
      <w:r>
        <w:rPr>
          <w:rFonts w:ascii="Nanum Gothic" w:hAnsi="Nanum Gothic" w:eastAsia="Nanum Gothic" w:cs="Nanum Gothic"/>
          <w:sz w:val="20"/>
          <w:color w:val="024AD8"/>
          <w:b/>
        </w:rPr>
        <w:t xml:space="preserve">1. 목표를 한 문장으로 정하세요.</w:t>
      </w:r>
    </w:p>
    <w:p>
      <w:pPr>
        <w:spacing w:before="60" w:after="60" w:line="240" w:lineRule="auto"/>
        <w:widowControl/>
      </w:pPr>
      <w:r>
        <w:rPr>
          <w:rFonts w:ascii="Nanum Gothic" w:hAnsi="Nanum Gothic" w:eastAsia="Nanum Gothic" w:cs="Nanum Gothic"/>
          <w:sz w:val="20"/>
          <w:color w:val="1A1A1A"/>
        </w:rPr>
        <w:t xml:space="preserve">“업무 담당자가 문의에 빠짐없이 답하도록 이메일 초안을 작성합니다”를 공통 목표로 사용합니다.</w:t>
      </w:r>
    </w:p>
    <w:p>
      <w:pPr>
        <w:spacing w:before="60" w:after="40" w:line="240" w:lineRule="auto"/>
        <w:keepNext/>
        <w:widowControl/>
      </w:pPr>
      <w:r>
        <w:rPr>
          <w:rFonts w:ascii="Nanum Gothic" w:hAnsi="Nanum Gothic" w:eastAsia="Nanum Gothic" w:cs="Nanum Gothic"/>
          <w:sz w:val="20"/>
          <w:color w:val="024AD8"/>
          <w:b/>
        </w:rPr>
        <w:t xml:space="preserve">2. 입력과 원하는 답을 정하세요.</w:t>
      </w:r>
    </w:p>
    <w:p>
      <w:pPr>
        <w:spacing w:before="60" w:after="60" w:line="240" w:lineRule="auto"/>
        <w:widowControl/>
      </w:pPr>
      <w:r>
        <w:rPr>
          <w:rFonts w:ascii="Nanum Gothic" w:hAnsi="Nanum Gothic" w:eastAsia="Nanum Gothic" w:cs="Nanum Gothic"/>
          <w:sz w:val="20"/>
          <w:color w:val="1A1A1A"/>
        </w:rPr>
        <w:t xml:space="preserve">이메일과 담당자 메모를 입력으로 사용합니다. 답장은 제목·본문·확인할 질문으로 나눕니다.</w:t>
      </w:r>
    </w:p>
    <w:p>
      <w:pPr>
        <w:spacing w:before="60" w:after="40" w:line="240" w:lineRule="auto"/>
        <w:keepNext/>
        <w:widowControl/>
      </w:pPr>
      <w:r>
        <w:rPr>
          <w:rFonts w:ascii="Nanum Gothic" w:hAnsi="Nanum Gothic" w:eastAsia="Nanum Gothic" w:cs="Nanum Gothic"/>
          <w:sz w:val="20"/>
          <w:color w:val="024AD8"/>
          <w:b/>
        </w:rPr>
        <w:t xml:space="preserve">3. 무엇을 확인할지 정하세요.</w:t>
      </w:r>
    </w:p>
    <w:p>
      <w:pPr>
        <w:spacing w:before="60" w:after="60" w:line="240" w:lineRule="auto"/>
        <w:widowControl/>
      </w:pPr>
      <w:r>
        <w:rPr>
          <w:rFonts w:ascii="Nanum Gothic" w:hAnsi="Nanum Gothic" w:eastAsia="Nanum Gothic" w:cs="Nanum Gothic"/>
          <w:sz w:val="20"/>
          <w:color w:val="1A1A1A"/>
        </w:rPr>
        <w:t xml:space="preserve">각 문의에 답하거나 질문을 남기는지, 자료에 없는 사실을 지어내지 않는지, 제목과 본문이 구분되는지 확인합니다. AI가 실제로 발송하거나 구매를 승인하지 않도록 범위도 정하세요.</w:t>
      </w:r>
    </w:p>
    <w:p>
      <w:pPr>
        <w:spacing w:before="60" w:after="40" w:line="240" w:lineRule="auto"/>
        <w:keepNext/>
        <w:widowControl/>
      </w:pPr>
      <w:r>
        <w:rPr>
          <w:rFonts w:ascii="Nanum Gothic" w:hAnsi="Nanum Gothic" w:eastAsia="Nanum Gothic" w:cs="Nanum Gothic"/>
          <w:sz w:val="20"/>
          <w:color w:val="024AD8"/>
          <w:b/>
        </w:rPr>
        <w:t xml:space="preserve">4. 계획과 자료를 보관하세요.</w:t>
      </w:r>
    </w:p>
    <w:p>
      <w:pPr>
        <w:spacing w:before="60" w:after="60" w:line="240" w:lineRule="auto"/>
        <w:widowControl/>
      </w:pPr>
      <w:r>
        <w:rPr>
          <w:rFonts w:ascii="Nanum Gothic" w:hAnsi="Nanum Gothic" w:eastAsia="Nanum Gothic" w:cs="Nanum Gothic"/>
          <w:sz w:val="20"/>
          <w:color w:val="1A1A1A"/>
        </w:rPr>
        <w:t xml:space="preserve">기존 “캡스톤 초기 목표”에 아래 일곱 항목을 채우고 시험 이메일 원문을 함께 보관합니다. 강사의 의견을 반영하고 학습일지에 기록 위치를 적으세요.</w:t>
      </w:r>
    </w:p>
    <w:p>
      <w:pPr>
        <w:spacing w:before="200" w:after="80" w:line="240" w:lineRule="auto"/>
        <w:keepNext/>
        <w:widowControl/>
      </w:pPr>
      <w:r>
        <w:rPr>
          <w:rFonts w:ascii="Nanum Gothic" w:hAnsi="Nanum Gothic" w:eastAsia="Nanum Gothic" w:cs="Nanum Gothic"/>
          <w:sz w:val="28"/>
          <w:color w:val="024AD8"/>
          <w:b/>
        </w:rPr>
        <w:t xml:space="preserve">10.3 초기 목표 작성 예시</w:t>
      </w:r>
    </w:p>
    <w:p>
      <w:pPr>
        <w:spacing w:before="60" w:after="60" w:line="240" w:lineRule="auto"/>
        <w:widowControl/>
      </w:pPr>
      <w:r>
        <w:rPr>
          <w:rFonts w:ascii="Nanum Gothic" w:hAnsi="Nanum Gothic" w:eastAsia="Nanum Gothic" w:cs="Nanum Gothic"/>
          <w:sz w:val="20"/>
          <w:color w:val="1A1A1A"/>
        </w:rPr>
        <w:t xml:space="preserve">다음 일곱 항목을 기존 초기 목표에 작성하세요. 공통 이메일 과제라면 아래 내용을 사용하고, 자신의 과제라면 같은 항목을 자신의 목표에 맞게 바꾸세요.</w:t>
      </w:r>
    </w:p>
    <w:p>
      <w:pPr>
        <w:spacing w:before="60" w:after="40" w:line="240" w:lineRule="auto"/>
        <w:keepNext/>
        <w:widowControl/>
      </w:pPr>
      <w:r>
        <w:rPr>
          <w:rFonts w:ascii="Nanum Gothic" w:hAnsi="Nanum Gothic" w:eastAsia="Nanum Gothic" w:cs="Nanum Gothic"/>
          <w:sz w:val="20"/>
          <w:color w:val="024AD8"/>
          <w:b/>
        </w:rPr>
        <w:t xml:space="preserve">작성 예시</w:t>
      </w:r>
    </w:p>
    <w:p>
      <w:pPr>
        <w:spacing w:before="60" w:after="60" w:line="240" w:lineRule="auto"/>
        <w:widowControl/>
      </w:pPr>
      <w:r>
        <w:rPr>
          <w:rFonts w:ascii="Nanum Gothic" w:hAnsi="Nanum Gothic" w:eastAsia="Nanum Gothic" w:cs="Nanum Gothic"/>
          <w:sz w:val="20"/>
          <w:color w:val="1A1A1A"/>
        </w:rPr>
        <w:t xml:space="preserve">주제와 사용자: 업무 담당자를 위한 이메일 답장 도우미입니다.</w:t>
        <w:br/>
        <w:t xml:space="preserve">해결할 문제: 문의를 빠뜨리지 않고 정중한 답장으로 정리합니다.</w:t>
        <w:br/>
        <w:t xml:space="preserve">입력 자료: 가상의 수신 이메일과 담당자 메모를 사용합니다.</w:t>
        <w:br/>
        <w:t xml:space="preserve">원하는 결과: 제목·본문·확인할 질문이 있는 답장 초안입니다.</w:t>
        <w:br/>
        <w:t xml:space="preserve">성공 기준: 모든 문의에 답하거나 질문을 남기고, 없는 사실을 만들지 않으며 제목과 본문을 구분합니다.</w:t>
        <w:br/>
        <w:t xml:space="preserve">공통 시험 자료: 교육 자료 문의(T1)와 구매 문의(T2), 각 담당자 메모를 사용합니다.</w:t>
        <w:br/>
        <w:t xml:space="preserve">이번에 하지 않을 일: 실제 이메일 발송과 구매 승인은 사람이 맡습니다.</w:t>
      </w:r>
    </w:p>
    <w:p>
      <w:pPr>
        <w:spacing w:before="280" w:after="80" w:line="240" w:lineRule="auto"/>
        <w:keepNext/>
        <w:pageBreakBefore/>
        <w:widowControl/>
        <w:pBdr>
          <w:bottom w:val="single" w:sz="4" w:space="1" w:color="024AD8"/>
        </w:pBdr>
      </w:pPr>
      <w:r>
        <w:rPr>
          <w:rFonts w:ascii="Nanum Gothic" w:hAnsi="Nanum Gothic" w:eastAsia="Nanum Gothic" w:cs="Nanum Gothic"/>
          <w:sz w:val="36"/>
          <w:color w:val="024AD8"/>
          <w:b/>
        </w:rPr>
        <w:t xml:space="preserve">10.4 시험 이메일과 메모</w:t>
      </w:r>
    </w:p>
    <w:p>
      <w:pPr>
        <w:spacing w:before="60" w:after="60" w:line="240" w:lineRule="auto"/>
        <w:widowControl/>
      </w:pPr>
      <w:r>
        <w:rPr>
          <w:rFonts w:ascii="Nanum Gothic" w:hAnsi="Nanum Gothic" w:eastAsia="Nanum Gothic" w:cs="Nanum Gothic"/>
          <w:sz w:val="20"/>
          <w:color w:val="1A1A1A"/>
        </w:rPr>
        <w:t xml:space="preserve">아래 두 이메일과 담당자 메모는 교육용 가상 자료입니다. 다음 날에도 원문을 그대로 사용합니다. AI는 초안을 작성하며 실제 이메일 발송과 구매 승인은 사람이 맡습니다.</w:t>
      </w:r>
    </w:p>
    <w:p>
      <w:pPr>
        <w:spacing w:before="60" w:after="40" w:line="240" w:lineRule="auto"/>
        <w:keepNext/>
        <w:widowControl/>
      </w:pPr>
      <w:r>
        <w:rPr>
          <w:rFonts w:ascii="Nanum Gothic" w:hAnsi="Nanum Gothic" w:eastAsia="Nanum Gothic" w:cs="Nanum Gothic"/>
          <w:sz w:val="20"/>
          <w:color w:val="024AD8"/>
          <w:b/>
        </w:rPr>
        <w:t xml:space="preserve">교육 자료와 원격 참여 문의 T1</w:t>
      </w:r>
    </w:p>
    <w:p>
      <w:pPr>
        <w:spacing w:before="60" w:after="60" w:line="240" w:lineRule="auto"/>
        <w:ind w:left="240" w:right="180"/>
        <w:keepLines/>
        <w:widowControl/>
        <w:shd w:fill="EEF4FF"/>
      </w:pPr>
      <w:r>
        <w:rPr>
          <w:rFonts w:ascii="Nanum Gothic" w:hAnsi="Nanum Gothic" w:eastAsia="Nanum Gothic" w:cs="Nanum Gothic"/>
          <w:sz w:val="20"/>
          <w:color w:val="1A1A1A"/>
        </w:rPr>
        <w:t xml:space="preserve">수신 이메일</w:t>
        <w:br/>
        <w:t xml:space="preserve">제목: 신입 교육 자료와 참여 방법 문의</w:t>
        <w:br/>
        <w:t xml:space="preserve">교육 자료는 언제 받을 수 있나요? 다른 지역 근무자도 원격으로 참여할 수 있나요?</w:t>
      </w:r>
    </w:p>
    <w:p>
      <w:pPr>
        <w:spacing w:before="60" w:after="60" w:line="240" w:lineRule="auto"/>
        <w:widowControl/>
      </w:pPr>
      <w:r>
        <w:rPr>
          <w:rFonts w:ascii="Nanum Gothic" w:hAnsi="Nanum Gothic" w:eastAsia="Nanum Gothic" w:cs="Nanum Gothic"/>
          <w:sz w:val="20"/>
          <w:color w:val="1A1A1A"/>
        </w:rPr>
        <w:t xml:space="preserve">담당자 메모: 교육 자료는 교육 시작 3일 전에 제공합니다. 원격 참여가 가능합니다.</w:t>
      </w:r>
    </w:p>
    <w:p>
      <w:pPr>
        <w:spacing w:before="60" w:after="40" w:line="240" w:lineRule="auto"/>
        <w:keepNext/>
        <w:widowControl/>
      </w:pPr>
      <w:r>
        <w:rPr>
          <w:rFonts w:ascii="Nanum Gothic" w:hAnsi="Nanum Gothic" w:eastAsia="Nanum Gothic" w:cs="Nanum Gothic"/>
          <w:sz w:val="20"/>
          <w:color w:val="024AD8"/>
          <w:b/>
        </w:rPr>
        <w:t xml:space="preserve">구매에 필요한 정보가 빠진 문의 T2</w:t>
      </w:r>
    </w:p>
    <w:p>
      <w:pPr>
        <w:spacing w:before="60" w:after="60" w:line="240" w:lineRule="auto"/>
        <w:ind w:left="240" w:right="180"/>
        <w:keepLines/>
        <w:widowControl/>
        <w:shd w:fill="EEF4FF"/>
      </w:pPr>
      <w:r>
        <w:rPr>
          <w:rFonts w:ascii="Nanum Gothic" w:hAnsi="Nanum Gothic" w:eastAsia="Nanum Gothic" w:cs="Nanum Gothic"/>
          <w:sz w:val="20"/>
          <w:color w:val="1A1A1A"/>
        </w:rPr>
        <w:t xml:space="preserve">수신 이메일</w:t>
        <w:br/>
        <w:t xml:space="preserve">제목: 소모품 추가 구매 진행 여부</w:t>
        <w:br/>
        <w:t xml:space="preserve">지난 회의에서 헤드셋 20개가 필요하다는 이야기가 나왔습니다. 구매 요청서를 작성해도 되는지 확인 부탁드립니다. 예산 코드와 희망 납품일은 아직 전달받지 못했습니다.</w:t>
      </w:r>
    </w:p>
    <w:p>
      <w:pPr>
        <w:spacing w:before="60" w:after="60" w:line="240" w:lineRule="auto"/>
        <w:widowControl/>
      </w:pPr>
      <w:r>
        <w:rPr>
          <w:rFonts w:ascii="Nanum Gothic" w:hAnsi="Nanum Gothic" w:eastAsia="Nanum Gothic" w:cs="Nanum Gothic"/>
          <w:sz w:val="20"/>
          <w:color w:val="1A1A1A"/>
        </w:rPr>
        <w:t xml:space="preserve">담당자 메모: 구매 요청서 작성 승인 여부는 확인되지 않았습니다. 예산 코드와 희망 납품일은 제공되지 않았습니다.</w:t>
      </w:r>
    </w:p>
    <w:tbl>
      <w:tblPr>
        <w:tblStyle w:val="af9"/>
        <w:tblW w:w="9072" w:type="dxa"/>
        <w:tblLook w:val="04A0" w:firstRow="1" w:lastRow="0" w:firstColumn="1" w:lastColumn="0" w:noHBand="0" w:noVBand="1"/>
      </w:tblPr>
      <w:tblGrid>
        <w:gridCol w:w="2200"/>
        <w:gridCol w:w="6872"/>
      </w:tblGrid>
      <w:tr w:rsidR="00226CAC" w14:paraId="0F87BEE9" w14:textId="77777777" w:rsidTr="0080496C">
        <w:trPr>
          <w:cantSplit/>
        </w:trPr>
        <w:tc>
          <w:tcPr>
            <w:tcW w:w="2200" w:type="dxa"/>
            <w:shd w:val="clear" w:color="auto" w:fill="024AD8"/>
          </w:tcPr>
          <w:p w14:paraId="421279C5" w14:textId="77777777" w:rsidR="00226CAC" w:rsidRDefault="00000000">
            <w:pPr>
              <w:spacing w:before="60" w:after="60"/>
            </w:pPr>
            <w:r>
              <w:rPr>
                <w:rFonts w:ascii="Nanum Gothic" w:eastAsia="Nanum Gothic" w:hAnsi="Nanum Gothic" w:cs="Nanum Gothic"/>
                <w:b/>
                <w:color w:val="FFFFFF"/>
                <w:sz w:val="20"/>
              </w:rPr>
              <w:t>시험할 입력</w:t>
            </w:r>
          </w:p>
        </w:tc>
        <w:tc>
          <w:tcPr>
            <w:tcW w:w="6872" w:type="dxa"/>
            <w:shd w:val="clear" w:color="auto" w:fill="024AD8"/>
          </w:tcPr>
          <w:p w14:paraId="59D65BAC" w14:textId="77777777" w:rsidR="00226CAC" w:rsidRDefault="00000000">
            <w:pPr>
              <w:spacing w:before="60" w:after="60"/>
            </w:pPr>
            <w:r>
              <w:rPr>
                <w:rFonts w:ascii="Nanum Gothic" w:eastAsia="Nanum Gothic" w:hAnsi="Nanum Gothic" w:cs="Nanum Gothic"/>
                <w:b/>
                <w:color w:val="FFFFFF"/>
                <w:sz w:val="20"/>
              </w:rPr>
              <w:t>확인할 내용</w:t>
            </w:r>
          </w:p>
        </w:tc>
      </w:tr>
      <w:tr w:rsidR="00226CAC" w14:paraId="3836AA66" w14:textId="77777777" w:rsidTr="0080496C">
        <w:trPr>
          <w:cantSplit/>
        </w:trPr>
        <w:tc>
          <w:tcPr>
            <w:tcW w:w="2200" w:type="dxa"/>
          </w:tcPr>
          <w:p w14:paraId="65B3B9EC" w14:textId="77777777" w:rsidR="00226CAC" w:rsidRDefault="00000000">
            <w:pPr>
              <w:spacing w:before="60" w:after="60"/>
            </w:pPr>
            <w:r>
              <w:rPr>
                <w:rFonts w:ascii="Nanum Gothic" w:eastAsia="Nanum Gothic" w:hAnsi="Nanum Gothic" w:cs="Nanum Gothic"/>
                <w:color w:val="1A1A1A"/>
                <w:sz w:val="20"/>
              </w:rPr>
              <w:t>T1 교육 자료 문의</w:t>
            </w:r>
          </w:p>
        </w:tc>
        <w:tc>
          <w:tcPr>
            <w:tcW w:w="6872" w:type="dxa"/>
          </w:tcPr>
          <w:p w14:paraId="3AF0854D" w14:textId="77777777" w:rsidR="00226CAC" w:rsidRDefault="00000000">
            <w:pPr>
              <w:spacing w:before="60" w:after="60"/>
            </w:pPr>
            <w:r>
              <w:rPr>
                <w:rFonts w:ascii="Nanum Gothic" w:eastAsia="Nanum Gothic" w:hAnsi="Nanum Gothic" w:cs="Nanum Gothic"/>
                <w:color w:val="1A1A1A"/>
                <w:sz w:val="20"/>
              </w:rPr>
              <w:t>교육 시작 3일 전 제공과 원격 참여 가능 여부를 모두 답합니다.</w:t>
            </w:r>
          </w:p>
        </w:tc>
      </w:tr>
      <w:tr w:rsidR="00226CAC" w14:paraId="3836AA66" w14:textId="77777777" w:rsidTr="0080496C">
        <w:trPr>
          <w:cantSplit/>
        </w:trPr>
        <w:tc>
          <w:tcPr>
            <w:tcW w:w="2200" w:type="dxa"/>
          </w:tcPr>
          <w:p w14:paraId="65B3B9EC" w14:textId="77777777" w:rsidR="00226CAC" w:rsidRDefault="00000000">
            <w:pPr>
              <w:spacing w:before="60" w:after="60"/>
            </w:pPr>
            <w:r>
              <w:rPr>
                <w:rFonts w:ascii="Nanum Gothic" w:eastAsia="Nanum Gothic" w:hAnsi="Nanum Gothic" w:cs="Nanum Gothic"/>
                <w:color w:val="1A1A1A"/>
                <w:sz w:val="20"/>
              </w:rPr>
              <w:t>T2 구매 문의</w:t>
            </w:r>
          </w:p>
        </w:tc>
        <w:tc>
          <w:tcPr>
            <w:tcW w:w="6872" w:type="dxa"/>
          </w:tcPr>
          <w:p w14:paraId="3AF0854D" w14:textId="77777777" w:rsidR="00226CAC" w:rsidRDefault="00000000">
            <w:pPr>
              <w:spacing w:before="60" w:after="60"/>
            </w:pPr>
            <w:r>
              <w:rPr>
                <w:rFonts w:ascii="Nanum Gothic" w:eastAsia="Nanum Gothic" w:hAnsi="Nanum Gothic" w:cs="Nanum Gothic"/>
                <w:color w:val="1A1A1A"/>
                <w:sz w:val="20"/>
              </w:rPr>
              <w:t>구매 승인 여부·예산 코드·희망 납품일을 확인할 질문으로 남깁니다.</w:t>
            </w:r>
          </w:p>
        </w:tc>
      </w:tr>
      <w:tr w:rsidR="00226CAC" w14:paraId="3836AA66" w14:textId="77777777" w:rsidTr="0080496C">
        <w:trPr>
          <w:cantSplit/>
        </w:trPr>
        <w:tc>
          <w:tcPr>
            <w:tcW w:w="2200" w:type="dxa"/>
          </w:tcPr>
          <w:p w14:paraId="65B3B9EC" w14:textId="77777777" w:rsidR="00226CAC" w:rsidRDefault="00000000">
            <w:pPr>
              <w:spacing w:before="60" w:after="60"/>
            </w:pPr>
            <w:r>
              <w:rPr>
                <w:rFonts w:ascii="Nanum Gothic" w:eastAsia="Nanum Gothic" w:hAnsi="Nanum Gothic" w:cs="Nanum Gothic"/>
                <w:color w:val="1A1A1A"/>
                <w:sz w:val="20"/>
              </w:rPr>
              <w:t>공통 답장 형식</w:t>
            </w:r>
          </w:p>
        </w:tc>
        <w:tc>
          <w:tcPr>
            <w:tcW w:w="6872" w:type="dxa"/>
          </w:tcPr>
          <w:p w14:paraId="3AF0854D" w14:textId="77777777" w:rsidR="00226CAC" w:rsidRDefault="00000000">
            <w:pPr>
              <w:spacing w:before="60" w:after="60"/>
            </w:pPr>
            <w:r>
              <w:rPr>
                <w:rFonts w:ascii="Nanum Gothic" w:eastAsia="Nanum Gothic" w:hAnsi="Nanum Gothic" w:cs="Nanum Gothic"/>
                <w:color w:val="1A1A1A"/>
                <w:sz w:val="20"/>
              </w:rPr>
              <w:t>제목과 본문을 구분하고 필요한 질문을 따로 적습니다. 없는 가격·날짜·승인을 만들지 않습니다.</w:t>
            </w:r>
          </w:p>
        </w:tc>
      </w:tr>
    </w:tbl>
    <w:p>
      <w:pPr>
        <w:spacing w:before="280" w:after="80" w:line="240" w:lineRule="auto"/>
        <w:keepNext/>
        <w:pageBreakBefore/>
        <w:widowControl/>
        <w:pBdr>
          <w:bottom w:val="single" w:sz="4" w:space="1" w:color="024AD8"/>
        </w:pBdr>
      </w:pPr>
      <w:r>
        <w:rPr>
          <w:rFonts w:ascii="Nanum Gothic" w:hAnsi="Nanum Gothic" w:eastAsia="Nanum Gothic" w:cs="Nanum Gothic"/>
          <w:sz w:val="36"/>
          <w:color w:val="024AD8"/>
          <w:b/>
        </w:rPr>
        <w:t xml:space="preserve">10.5 활동 결과와 완료 기준</w:t>
      </w:r>
    </w:p>
    <w:p>
      <w:pPr>
        <w:spacing w:before="60" w:after="40" w:line="240" w:lineRule="auto"/>
        <w:keepNext/>
        <w:widowControl/>
      </w:pPr>
      <w:r>
        <w:rPr>
          <w:rFonts w:ascii="Nanum Gothic" w:hAnsi="Nanum Gothic" w:eastAsia="Nanum Gothic" w:cs="Nanum Gothic"/>
          <w:sz w:val="20"/>
          <w:color w:val="024AD8"/>
          <w:b/>
        </w:rPr>
        <w:t xml:space="preserve">활동 결과</w:t>
      </w:r>
    </w:p>
    <w:p>
      <w:pPr>
        <w:spacing w:before="60" w:after="60" w:line="240" w:lineRule="auto"/>
        <w:widowControl/>
      </w:pPr>
      <w:r>
        <w:rPr>
          <w:rFonts w:ascii="Nanum Gothic" w:hAnsi="Nanum Gothic" w:eastAsia="Nanum Gothic" w:cs="Nanum Gothic"/>
          <w:sz w:val="20"/>
          <w:color w:val="1A1A1A"/>
        </w:rPr>
        <w:t xml:space="preserve">• 사용자·문제·입력·출력·성공 기준·시험 자료·제외 범위가 적힌 초기 목표</w:t>
      </w:r>
    </w:p>
    <w:p>
      <w:pPr>
        <w:spacing w:before="60" w:after="60" w:line="240" w:lineRule="auto"/>
        <w:widowControl/>
      </w:pPr>
      <w:r>
        <w:rPr>
          <w:rFonts w:ascii="Nanum Gothic" w:hAnsi="Nanum Gothic" w:eastAsia="Nanum Gothic" w:cs="Nanum Gothic"/>
          <w:sz w:val="20"/>
          <w:color w:val="1A1A1A"/>
        </w:rPr>
        <w:t xml:space="preserve">• 다음 날에도 그대로 사용할 시험 이메일 두 건과 담당자 메모</w:t>
      </w:r>
    </w:p>
    <w:p>
      <w:pPr>
        <w:spacing w:before="60" w:after="40" w:line="240" w:lineRule="auto"/>
        <w:keepNext/>
        <w:widowControl/>
      </w:pPr>
      <w:r>
        <w:rPr>
          <w:rFonts w:ascii="Nanum Gothic" w:hAnsi="Nanum Gothic" w:eastAsia="Nanum Gothic" w:cs="Nanum Gothic"/>
          <w:sz w:val="20"/>
          <w:color w:val="024AD8"/>
          <w:b/>
        </w:rPr>
        <w:t xml:space="preserve">완료 기준</w:t>
      </w:r>
    </w:p>
    <w:tbl>
      <w:tblPr>
        <w:tblStyle w:val="af9"/>
        <w:tblW w:w="9072" w:type="dxa"/>
        <w:tblLook w:val="04A0" w:firstRow="1" w:lastRow="0" w:firstColumn="1" w:lastColumn="0" w:noHBand="0" w:noVBand="1"/>
      </w:tblPr>
      <w:tblGrid>
        <w:gridCol w:w="2200"/>
        <w:gridCol w:w="6872"/>
      </w:tblGrid>
      <w:tr w:rsidR="00226CAC" w14:paraId="0F87BEE9" w14:textId="77777777" w:rsidTr="0080496C">
        <w:trPr>
          <w:cantSplit/>
        </w:trPr>
        <w:tc>
          <w:tcPr>
            <w:tcW w:w="2200" w:type="dxa"/>
            <w:shd w:val="clear" w:color="auto" w:fill="024AD8"/>
          </w:tcPr>
          <w:p w14:paraId="421279C5" w14:textId="77777777" w:rsidR="00226CAC" w:rsidRDefault="00000000">
            <w:pPr>
              <w:spacing w:before="60" w:after="60"/>
            </w:pPr>
            <w:r>
              <w:rPr>
                <w:rFonts w:ascii="Nanum Gothic" w:eastAsia="Nanum Gothic" w:hAnsi="Nanum Gothic" w:cs="Nanum Gothic"/>
                <w:b/>
                <w:color w:val="FFFFFF"/>
                <w:sz w:val="20"/>
              </w:rPr>
              <w:t>확인할 것</w:t>
            </w:r>
          </w:p>
        </w:tc>
        <w:tc>
          <w:tcPr>
            <w:tcW w:w="6872" w:type="dxa"/>
            <w:shd w:val="clear" w:color="auto" w:fill="024AD8"/>
          </w:tcPr>
          <w:p w14:paraId="59D65BAC" w14:textId="77777777" w:rsidR="00226CAC" w:rsidRDefault="00000000">
            <w:pPr>
              <w:spacing w:before="60" w:after="60"/>
            </w:pPr>
            <w:r>
              <w:rPr>
                <w:rFonts w:ascii="Nanum Gothic" w:eastAsia="Nanum Gothic" w:hAnsi="Nanum Gothic" w:cs="Nanum Gothic"/>
                <w:b/>
                <w:color w:val="FFFFFF"/>
                <w:sz w:val="20"/>
              </w:rPr>
              <w:t>완료 모습</w:t>
            </w:r>
          </w:p>
        </w:tc>
      </w:tr>
      <w:tr w:rsidR="00226CAC" w14:paraId="3836AA66" w14:textId="77777777" w:rsidTr="0080496C">
        <w:trPr>
          <w:cantSplit/>
        </w:trPr>
        <w:tc>
          <w:tcPr>
            <w:tcW w:w="2200" w:type="dxa"/>
          </w:tcPr>
          <w:p w14:paraId="65B3B9EC" w14:textId="77777777" w:rsidR="00226CAC" w:rsidRDefault="00000000">
            <w:pPr>
              <w:spacing w:before="60" w:after="60"/>
            </w:pPr>
            <w:r>
              <w:rPr>
                <w:rFonts w:ascii="Nanum Gothic" w:eastAsia="Nanum Gothic" w:hAnsi="Nanum Gothic" w:cs="Nanum Gothic"/>
                <w:color w:val="1A1A1A"/>
                <w:sz w:val="20"/>
              </w:rPr>
              <w:t>확인 1</w:t>
            </w:r>
          </w:p>
        </w:tc>
        <w:tc>
          <w:tcPr>
            <w:tcW w:w="6872" w:type="dxa"/>
          </w:tcPr>
          <w:p w14:paraId="3AF0854D" w14:textId="77777777" w:rsidR="00226CAC" w:rsidRDefault="00000000">
            <w:pPr>
              <w:spacing w:before="60" w:after="60"/>
            </w:pPr>
            <w:r>
              <w:rPr>
                <w:rFonts w:ascii="Nanum Gothic" w:eastAsia="Nanum Gothic" w:hAnsi="Nanum Gothic" w:cs="Nanum Gothic"/>
                <w:color w:val="1A1A1A"/>
                <w:sz w:val="20"/>
              </w:rPr>
              <w:t>누구의 어떤 불편을 줄일지 한 문장으로 설명할 수 있습니다.</w:t>
            </w:r>
          </w:p>
        </w:tc>
      </w:tr>
      <w:tr w:rsidR="00226CAC" w14:paraId="3836AA66" w14:textId="77777777" w:rsidTr="0080496C">
        <w:trPr>
          <w:cantSplit/>
        </w:trPr>
        <w:tc>
          <w:tcPr>
            <w:tcW w:w="2200" w:type="dxa"/>
          </w:tcPr>
          <w:p w14:paraId="65B3B9EC" w14:textId="77777777" w:rsidR="00226CAC" w:rsidRDefault="00000000">
            <w:pPr>
              <w:spacing w:before="60" w:after="60"/>
            </w:pPr>
            <w:r>
              <w:rPr>
                <w:rFonts w:ascii="Nanum Gothic" w:eastAsia="Nanum Gothic" w:hAnsi="Nanum Gothic" w:cs="Nanum Gothic"/>
                <w:color w:val="1A1A1A"/>
                <w:sz w:val="20"/>
              </w:rPr>
              <w:t>확인 2</w:t>
            </w:r>
          </w:p>
        </w:tc>
        <w:tc>
          <w:tcPr>
            <w:tcW w:w="6872" w:type="dxa"/>
          </w:tcPr>
          <w:p w14:paraId="3AF0854D" w14:textId="77777777" w:rsidR="00226CAC" w:rsidRDefault="00000000">
            <w:pPr>
              <w:spacing w:before="60" w:after="60"/>
            </w:pPr>
            <w:r>
              <w:rPr>
                <w:rFonts w:ascii="Nanum Gothic" w:eastAsia="Nanum Gothic" w:hAnsi="Nanum Gothic" w:cs="Nanum Gothic"/>
                <w:color w:val="1A1A1A"/>
                <w:sz w:val="20"/>
              </w:rPr>
              <w:t>시험할 자료의 실제 내용과 원하는 답의 조건이 있습니다.</w:t>
            </w:r>
          </w:p>
        </w:tc>
      </w:tr>
      <w:tr w:rsidR="00226CAC" w14:paraId="3836AA66" w14:textId="77777777" w:rsidTr="0080496C">
        <w:trPr>
          <w:cantSplit/>
        </w:trPr>
        <w:tc>
          <w:tcPr>
            <w:tcW w:w="2200" w:type="dxa"/>
          </w:tcPr>
          <w:p w14:paraId="65B3B9EC" w14:textId="77777777" w:rsidR="00226CAC" w:rsidRDefault="00000000">
            <w:pPr>
              <w:spacing w:before="60" w:after="60"/>
            </w:pPr>
            <w:r>
              <w:rPr>
                <w:rFonts w:ascii="Nanum Gothic" w:eastAsia="Nanum Gothic" w:hAnsi="Nanum Gothic" w:cs="Nanum Gothic"/>
                <w:color w:val="1A1A1A"/>
                <w:sz w:val="20"/>
              </w:rPr>
              <w:t>확인 3</w:t>
            </w:r>
          </w:p>
        </w:tc>
        <w:tc>
          <w:tcPr>
            <w:tcW w:w="6872" w:type="dxa"/>
          </w:tcPr>
          <w:p w14:paraId="3AF0854D" w14:textId="77777777" w:rsidR="00226CAC" w:rsidRDefault="00000000">
            <w:pPr>
              <w:spacing w:before="60" w:after="60"/>
            </w:pPr>
            <w:r>
              <w:rPr>
                <w:rFonts w:ascii="Nanum Gothic" w:eastAsia="Nanum Gothic" w:hAnsi="Nanum Gothic" w:cs="Nanum Gothic"/>
                <w:color w:val="1A1A1A"/>
                <w:sz w:val="20"/>
              </w:rPr>
              <w:t>사람이 결정할 일과 자료를 저장한 위치를 설명할 수 있습니다.</w:t>
            </w:r>
          </w:p>
        </w:tc>
      </w:tr>
    </w:tbl>
    <w:p>
      <w:pPr>
        <w:spacing w:before="200" w:after="80" w:line="240" w:lineRule="auto"/>
        <w:keepNext/>
        <w:widowControl/>
      </w:pPr>
      <w:r>
        <w:rPr>
          <w:rFonts w:ascii="Nanum Gothic" w:hAnsi="Nanum Gothic" w:eastAsia="Nanum Gothic" w:cs="Nanum Gothic"/>
          <w:sz w:val="28"/>
          <w:color w:val="024AD8"/>
          <w:b/>
        </w:rPr>
        <w:t xml:space="preserve">10.6 기존 기록에 저장하기</w:t>
      </w:r>
    </w:p>
    <w:p>
      <w:pPr>
        <w:spacing w:before="60" w:after="60" w:line="240" w:lineRule="auto"/>
        <w:widowControl/>
      </w:pPr>
      <w:r>
        <w:rPr>
          <w:rFonts w:ascii="Nanum Gothic" w:hAnsi="Nanum Gothic" w:eastAsia="Nanum Gothic" w:cs="Nanum Gothic"/>
          <w:sz w:val="20"/>
          <w:color w:val="1A1A1A"/>
        </w:rPr>
        <w:t xml:space="preserve">기존 “캡스톤 초기 목표”에 이름과 제출일을 적어 제출합니다. 학습일지 ③칸에는 선택한 주제와 저장 위치를 남깁니다. 오늘은 기획 기준선까지 완성합니다.</w:t>
      </w:r>
    </w:p>
    <w:p>
      <w:pPr>
        <w:spacing w:before="200" w:after="80" w:line="240" w:lineRule="auto"/>
        <w:keepNext/>
        <w:widowControl/>
      </w:pPr>
      <w:r>
        <w:rPr>
          <w:rFonts w:ascii="Nanum Gothic" w:hAnsi="Nanum Gothic" w:eastAsia="Nanum Gothic" w:cs="Nanum Gothic"/>
          <w:sz w:val="28"/>
          <w:color w:val="024AD8"/>
          <w:b/>
        </w:rPr>
        <w:t xml:space="preserve">10.7 다음 날 이어갈 것</w:t>
      </w:r>
    </w:p>
    <w:p>
      <w:pPr>
        <w:spacing w:before="60" w:after="60" w:line="240" w:lineRule="auto"/>
        <w:widowControl/>
      </w:pPr>
      <w:r>
        <w:rPr>
          <w:rFonts w:ascii="Nanum Gothic" w:hAnsi="Nanum Gothic" w:eastAsia="Nanum Gothic" w:cs="Nanum Gothic"/>
          <w:sz w:val="20"/>
          <w:color w:val="1A1A1A"/>
        </w:rPr>
        <w:t xml:space="preserve">내일은 이 계획과 이메일을 열어 기본 지시문을 작성하고 첫 답장을 실행합니다.</w:t>
      </w:r>
    </w:p>
    <w:p w14:paraId="5D44D185" w14:textId="77777777" w:rsidR="00226CAC" w:rsidRDefault="00000000">
      <w:pPr>
        <w:pBdr>
          <w:bottom w:val="single" w:sz="4" w:space="1" w:color="024AD8"/>
        </w:pBdr>
        <w:spacing w:before="280" w:after="80"/>
        <w:rPr>
          <w:rFonts w:eastAsia="Nanum Gothic"/>
          <w:lang w:eastAsia="ko-KR"/>
        </w:rPr>
        <w:pageBreakBefore w:val="1"/>
      </w:pPr>
      <w:r>
        <w:rPr>
          <w:rFonts w:ascii="Nanum Gothic" w:eastAsia="Nanum Gothic" w:hAnsi="Nanum Gothic" w:cs="Nanum Gothic"/>
          <w:b/>
          <w:color w:val="024AD8"/>
          <w:sz w:val="36"/>
          <w:lang w:eastAsia="ko-KR"/>
        </w:rPr>
        <w:t>11. 참고 자료</w:t>
      </w:r>
    </w:p>
    <w:p w14:paraId="3426CA96" w14:textId="78AEB08F" w:rsidR="00226CAC" w:rsidRDefault="00F7714C">
      <w:pPr>
        <w:spacing w:before="60" w:after="60"/>
        <w:rPr>
          <w:rFonts w:eastAsia="Nanum Gothic"/>
          <w:lang w:eastAsia="ko-KR"/>
        </w:rPr>
      </w:pPr>
      <w:r>
        <w:rPr>
          <w:rFonts w:ascii="Nanum Gothic" w:eastAsia="Nanum Gothic" w:hAnsi="Nanum Gothic" w:cs="Nanum Gothic" w:hint="eastAsia"/>
          <w:color w:val="1A1A1A"/>
          <w:sz w:val="20"/>
          <w:lang w:eastAsia="ko-KR"/>
        </w:rPr>
        <w:t>오늘</w:t>
      </w:r>
      <w:r>
        <w:rPr>
          <w:rFonts w:ascii="Nanum Gothic" w:eastAsia="Nanum Gothic" w:hAnsi="Nanum Gothic" w:cs="Nanum Gothic"/>
          <w:color w:val="1A1A1A"/>
          <w:sz w:val="20"/>
          <w:lang w:eastAsia="ko-KR"/>
        </w:rPr>
        <w:t xml:space="preserve"> 등장한 개념을 더 깊이 탐구하고 싶다면 아래 자료를 참고하세요. 강의 이후 스스로 복습하거나, 다음 세션 예습용으로 활용할 수 있습니다.</w:t>
      </w:r>
    </w:p>
    <w:tbl>
      <w:tblPr>
        <w:tblStyle w:val="af9"/>
        <w:tblW w:w="0" w:type="auto"/>
        <w:tblLook w:val="04A0" w:firstRow="1" w:lastRow="0" w:firstColumn="1" w:lastColumn="0" w:noHBand="0" w:noVBand="1"/>
      </w:tblPr>
      <w:tblGrid>
        <w:gridCol w:w="3024"/>
        <w:gridCol w:w="3024"/>
        <w:gridCol w:w="3024"/>
      </w:tblGrid>
      <w:tr w:rsidR="00226CAC" w14:paraId="2781E7E3" w14:textId="77777777">
        <w:trPr>
          <w:cantSplit/>
        </w:trPr>
        <w:tc>
          <w:tcPr>
            <w:tcW w:w="3024" w:type="dxa"/>
            <w:shd w:val="clear" w:color="auto" w:fill="024AD8"/>
          </w:tcPr>
          <w:p w14:paraId="4F36AC37" w14:textId="77777777" w:rsidR="00226CAC" w:rsidRDefault="00000000">
            <w:pPr>
              <w:spacing w:before="60" w:after="60"/>
              <w:keepNext/>
            </w:pPr>
            <w:r>
              <w:rPr>
                <w:rFonts w:ascii="Nanum Gothic" w:eastAsia="Nanum Gothic" w:hAnsi="Nanum Gothic" w:cs="Nanum Gothic"/>
                <w:b/>
                <w:color w:val="FFFFFF"/>
                <w:sz w:val="20"/>
              </w:rPr>
              <w:t>세션 주제</w:t>
            </w:r>
          </w:p>
        </w:tc>
        <w:tc>
          <w:tcPr>
            <w:tcW w:w="3024" w:type="dxa"/>
            <w:shd w:val="clear" w:color="auto" w:fill="024AD8"/>
          </w:tcPr>
          <w:p w14:paraId="7F799E02" w14:textId="77777777" w:rsidR="00226CAC" w:rsidRDefault="00000000">
            <w:pPr>
              <w:spacing w:before="60" w:after="60"/>
              <w:keepNext/>
            </w:pPr>
            <w:r>
              <w:rPr>
                <w:rFonts w:ascii="Nanum Gothic" w:eastAsia="Nanum Gothic" w:hAnsi="Nanum Gothic" w:cs="Nanum Gothic"/>
                <w:b/>
                <w:color w:val="FFFFFF"/>
                <w:sz w:val="20"/>
              </w:rPr>
              <w:t>참고 자료</w:t>
            </w:r>
          </w:p>
        </w:tc>
        <w:tc>
          <w:tcPr>
            <w:tcW w:w="3024" w:type="dxa"/>
            <w:shd w:val="clear" w:color="auto" w:fill="024AD8"/>
          </w:tcPr>
          <w:p w14:paraId="77AF9F5F" w14:textId="77777777" w:rsidR="00226CAC" w:rsidRDefault="00000000">
            <w:pPr>
              <w:spacing w:before="60" w:after="60"/>
              <w:keepNext/>
            </w:pPr>
            <w:r>
              <w:rPr>
                <w:rFonts w:ascii="Nanum Gothic" w:eastAsia="Nanum Gothic" w:hAnsi="Nanum Gothic" w:cs="Nanum Gothic"/>
                <w:b/>
                <w:color w:val="FFFFFF"/>
                <w:sz w:val="20"/>
              </w:rPr>
              <w:t>유형</w:t>
            </w:r>
          </w:p>
        </w:tc>
      </w:tr>
      <w:tr w:rsidR="00226CAC" w14:paraId="71397CF6" w14:textId="77777777">
        <w:trPr>
          <w:cantSplit/>
        </w:trPr>
        <w:tc>
          <w:tcPr>
            <w:tcW w:w="3024" w:type="dxa"/>
          </w:tcPr>
          <w:p w14:paraId="3DA9CA5A" w14:textId="77777777" w:rsidR="00226CAC" w:rsidRDefault="00000000">
            <w:pPr>
              <w:spacing w:before="60" w:after="60"/>
            </w:pPr>
            <w:r>
              <w:rPr>
                <w:rFonts w:ascii="Nanum Gothic" w:eastAsia="Nanum Gothic" w:hAnsi="Nanum Gothic" w:cs="Nanum Gothic"/>
                <w:color w:val="1A1A1A"/>
                <w:sz w:val="20"/>
              </w:rPr>
              <w:t>Agentic AI / ReAct 패턴</w:t>
            </w:r>
          </w:p>
        </w:tc>
        <w:tc>
          <w:tcPr>
            <w:tcW w:w="3024" w:type="dxa"/>
          </w:tcPr>
          <w:p w14:paraId="35C4C533" w14:textId="77777777" w:rsidR="00226CAC" w:rsidRDefault="00000000">
            <w:pPr>
              <w:spacing w:before="60" w:after="60"/>
            </w:pPr>
            <w:r>
              <w:rPr>
                <w:rFonts w:ascii="Nanum Gothic" w:eastAsia="Nanum Gothic" w:hAnsi="Nanum Gothic" w:cs="Nanum Gothic"/>
                <w:color w:val="1A1A1A"/>
                <w:sz w:val="20"/>
              </w:rPr>
              <w:t>Yao et al. "ReAct: Synergizing Reasoning and Acting in Language Models" (ICLR 2023) — arxiv.org/abs/2210.03629</w:t>
            </w:r>
          </w:p>
        </w:tc>
        <w:tc>
          <w:tcPr>
            <w:tcW w:w="3024" w:type="dxa"/>
          </w:tcPr>
          <w:p w14:paraId="58CDFB96" w14:textId="77777777" w:rsidR="00226CAC" w:rsidRDefault="00000000">
            <w:pPr>
              <w:spacing w:before="60" w:after="60"/>
            </w:pPr>
            <w:r>
              <w:rPr>
                <w:rFonts w:ascii="Nanum Gothic" w:eastAsia="Nanum Gothic" w:hAnsi="Nanum Gothic" w:cs="Nanum Gothic"/>
                <w:color w:val="1A1A1A"/>
                <w:sz w:val="20"/>
              </w:rPr>
              <w:t>논문</w:t>
            </w:r>
          </w:p>
        </w:tc>
      </w:tr>
      <w:tr w:rsidR="00226CAC" w14:paraId="7C1EA19D" w14:textId="77777777">
        <w:trPr>
          <w:cantSplit/>
        </w:trPr>
        <w:tc>
          <w:tcPr>
            <w:tcW w:w="3024" w:type="dxa"/>
          </w:tcPr>
          <w:p w14:paraId="457BD08B" w14:textId="77777777" w:rsidR="00226CAC" w:rsidRDefault="00000000">
            <w:pPr>
              <w:spacing w:before="60" w:after="60"/>
            </w:pPr>
            <w:r>
              <w:rPr>
                <w:rFonts w:ascii="Nanum Gothic" w:eastAsia="Nanum Gothic" w:hAnsi="Nanum Gothic" w:cs="Nanum Gothic"/>
                <w:color w:val="1A1A1A"/>
                <w:sz w:val="20"/>
              </w:rPr>
              <w:t>On-Device AI (Apple Intelligence)</w:t>
            </w:r>
          </w:p>
        </w:tc>
        <w:tc>
          <w:tcPr>
            <w:tcW w:w="3024" w:type="dxa"/>
          </w:tcPr>
          <w:p w14:paraId="39FC42FB" w14:textId="77777777" w:rsidR="00226CAC" w:rsidRDefault="00000000">
            <w:pPr>
              <w:spacing w:before="60" w:after="60"/>
            </w:pPr>
            <w:r>
              <w:rPr>
                <w:rFonts w:ascii="Nanum Gothic" w:eastAsia="Nanum Gothic" w:hAnsi="Nanum Gothic" w:cs="Nanum Gothic"/>
                <w:color w:val="1A1A1A"/>
                <w:sz w:val="20"/>
              </w:rPr>
              <w:t>apple.com/apple-intelligence/ (공식 페이지</w:t>
            </w:r>
          </w:p>
        </w:tc>
        <w:tc>
          <w:tcPr>
            <w:tcW w:w="3024" w:type="dxa"/>
          </w:tcPr>
          <w:p w14:paraId="1DA272E6" w14:textId="77777777" w:rsidR="00226CAC" w:rsidRDefault="00000000">
            <w:pPr>
              <w:spacing w:before="60" w:after="60"/>
            </w:pPr>
            <w:r>
              <w:rPr>
                <w:rFonts w:ascii="Nanum Gothic" w:eastAsia="Nanum Gothic" w:hAnsi="Nanum Gothic" w:cs="Nanum Gothic"/>
                <w:color w:val="1A1A1A"/>
                <w:sz w:val="20"/>
              </w:rPr>
              <w:t>공식 문서</w:t>
            </w:r>
          </w:p>
        </w:tc>
      </w:tr>
      <w:tr w:rsidR="00226CAC" w14:paraId="01CF8839" w14:textId="77777777">
        <w:trPr>
          <w:cantSplit/>
        </w:trPr>
        <w:tc>
          <w:tcPr>
            <w:tcW w:w="3024" w:type="dxa"/>
          </w:tcPr>
          <w:p w14:paraId="3E2B0FDA" w14:textId="77777777" w:rsidR="00226CAC" w:rsidRDefault="00000000">
            <w:pPr>
              <w:spacing w:before="60" w:after="60"/>
            </w:pPr>
            <w:r>
              <w:rPr>
                <w:rFonts w:ascii="Nanum Gothic" w:eastAsia="Nanum Gothic" w:hAnsi="Nanum Gothic" w:cs="Nanum Gothic"/>
                <w:color w:val="1A1A1A"/>
                <w:sz w:val="20"/>
              </w:rPr>
              <w:lastRenderedPageBreak/>
              <w:t>AI 일자리 변화</w:t>
            </w:r>
          </w:p>
        </w:tc>
        <w:tc>
          <w:tcPr>
            <w:tcW w:w="3024" w:type="dxa"/>
          </w:tcPr>
          <w:p w14:paraId="150BF5CA" w14:textId="77777777" w:rsidR="00226CAC" w:rsidRDefault="00000000">
            <w:pPr>
              <w:spacing w:before="60" w:after="60"/>
            </w:pPr>
            <w:r>
              <w:rPr>
                <w:rFonts w:ascii="Nanum Gothic" w:eastAsia="Nanum Gothic" w:hAnsi="Nanum Gothic" w:cs="Nanum Gothic"/>
                <w:color w:val="1A1A1A"/>
                <w:sz w:val="20"/>
              </w:rPr>
              <w:t xml:space="preserve">WEF </w:t>
            </w:r>
            <w:r>
              <w:rPr>
                <w:rFonts w:ascii="Nanum Gothic" w:eastAsia="Nanum Gothic" w:hAnsi="Nanum Gothic" w:cs="Nanum Gothic"/>
                <w:i/>
                <w:color w:val="1A1A1A"/>
                <w:sz w:val="20"/>
              </w:rPr>
              <w:t>Future of Jobs Report 2025</w:t>
            </w:r>
            <w:r>
              <w:rPr>
                <w:rFonts w:ascii="Nanum Gothic" w:eastAsia="Nanum Gothic" w:hAnsi="Nanum Gothic" w:cs="Nanum Gothic"/>
                <w:color w:val="1A1A1A"/>
                <w:sz w:val="20"/>
              </w:rPr>
              <w:t xml:space="preserve"> — weforum.org/publications/the-future-of-jobs-report-2025/</w:t>
            </w:r>
          </w:p>
        </w:tc>
        <w:tc>
          <w:tcPr>
            <w:tcW w:w="3024" w:type="dxa"/>
          </w:tcPr>
          <w:p w14:paraId="06E106D3" w14:textId="77777777" w:rsidR="00226CAC" w:rsidRDefault="00000000">
            <w:pPr>
              <w:spacing w:before="60" w:after="60"/>
            </w:pPr>
            <w:r>
              <w:rPr>
                <w:rFonts w:ascii="Nanum Gothic" w:eastAsia="Nanum Gothic" w:hAnsi="Nanum Gothic" w:cs="Nanum Gothic"/>
                <w:color w:val="1A1A1A"/>
                <w:sz w:val="20"/>
              </w:rPr>
              <w:t>보고서</w:t>
            </w:r>
          </w:p>
        </w:tc>
      </w:tr>
      <w:tr w:rsidR="00226CAC" w14:paraId="133684CA" w14:textId="77777777">
        <w:trPr>
          <w:cantSplit/>
        </w:trPr>
        <w:tc>
          <w:tcPr>
            <w:tcW w:w="3024" w:type="dxa"/>
          </w:tcPr>
          <w:p w14:paraId="11A9B5B2" w14:textId="77777777" w:rsidR="00226CAC" w:rsidRDefault="00000000">
            <w:pPr>
              <w:spacing w:before="60" w:after="60"/>
            </w:pPr>
            <w:r>
              <w:rPr>
                <w:rFonts w:ascii="Nanum Gothic" w:eastAsia="Nanum Gothic" w:hAnsi="Nanum Gothic" w:cs="Nanum Gothic"/>
                <w:color w:val="1A1A1A"/>
                <w:sz w:val="20"/>
              </w:rPr>
              <w:t>AI 활용 현황</w:t>
            </w:r>
          </w:p>
        </w:tc>
        <w:tc>
          <w:tcPr>
            <w:tcW w:w="3024" w:type="dxa"/>
          </w:tcPr>
          <w:p w14:paraId="36AC2FFB" w14:textId="77777777" w:rsidR="00226CAC" w:rsidRDefault="00000000">
            <w:pPr>
              <w:spacing w:before="60" w:after="60"/>
            </w:pPr>
            <w:r>
              <w:rPr>
                <w:rFonts w:ascii="Nanum Gothic" w:eastAsia="Nanum Gothic" w:hAnsi="Nanum Gothic" w:cs="Nanum Gothic"/>
                <w:color w:val="1A1A1A"/>
                <w:sz w:val="20"/>
              </w:rPr>
              <w:t xml:space="preserve">Stanford HAI </w:t>
            </w:r>
            <w:r>
              <w:rPr>
                <w:rFonts w:ascii="Nanum Gothic" w:eastAsia="Nanum Gothic" w:hAnsi="Nanum Gothic" w:cs="Nanum Gothic"/>
                <w:i/>
                <w:color w:val="1A1A1A"/>
                <w:sz w:val="20"/>
              </w:rPr>
              <w:t>AI Index Report 2025</w:t>
            </w:r>
            <w:r>
              <w:rPr>
                <w:rFonts w:ascii="Nanum Gothic" w:eastAsia="Nanum Gothic" w:hAnsi="Nanum Gothic" w:cs="Nanum Gothic"/>
                <w:color w:val="1A1A1A"/>
                <w:sz w:val="20"/>
              </w:rPr>
              <w:t xml:space="preserve"> — aiindex.stanford.edu/report/</w:t>
            </w:r>
          </w:p>
        </w:tc>
        <w:tc>
          <w:tcPr>
            <w:tcW w:w="3024" w:type="dxa"/>
          </w:tcPr>
          <w:p w14:paraId="06B97126" w14:textId="77777777" w:rsidR="00226CAC" w:rsidRDefault="00000000">
            <w:pPr>
              <w:spacing w:before="60" w:after="60"/>
            </w:pPr>
            <w:r>
              <w:rPr>
                <w:rFonts w:ascii="Nanum Gothic" w:eastAsia="Nanum Gothic" w:hAnsi="Nanum Gothic" w:cs="Nanum Gothic"/>
                <w:color w:val="1A1A1A"/>
                <w:sz w:val="20"/>
              </w:rPr>
              <w:t>보고서</w:t>
            </w:r>
          </w:p>
        </w:tc>
      </w:tr>
      <w:tr w:rsidR="00226CAC" w14:paraId="49F25F9F" w14:textId="77777777">
        <w:trPr>
          <w:cantSplit/>
        </w:trPr>
        <w:tc>
          <w:tcPr>
            <w:tcW w:w="3024" w:type="dxa"/>
          </w:tcPr>
          <w:p w14:paraId="2D9105E3" w14:textId="77777777" w:rsidR="00226CAC" w:rsidRDefault="00000000">
            <w:pPr>
              <w:spacing w:before="60" w:after="60"/>
            </w:pPr>
            <w:r>
              <w:rPr>
                <w:rFonts w:ascii="Nanum Gothic" w:eastAsia="Nanum Gothic" w:hAnsi="Nanum Gothic" w:cs="Nanum Gothic"/>
                <w:color w:val="1A1A1A"/>
                <w:sz w:val="20"/>
              </w:rPr>
              <w:t>AIR Studio 플랫폼</w:t>
            </w:r>
          </w:p>
        </w:tc>
        <w:tc>
          <w:tcPr>
            <w:tcW w:w="3024" w:type="dxa"/>
          </w:tcPr>
          <w:p w14:paraId="2F9B9A66" w14:textId="77777777" w:rsidR="00226CAC" w:rsidRDefault="00000000">
            <w:pPr>
              <w:spacing w:before="60" w:after="60"/>
            </w:pPr>
            <w:r>
              <w:rPr>
                <w:rFonts w:ascii="Nanum Gothic" w:eastAsia="Nanum Gothic" w:hAnsi="Nanum Gothic" w:cs="Nanum Gothic"/>
                <w:color w:val="1A1A1A"/>
                <w:sz w:val="20"/>
              </w:rPr>
              <w:t>docs.air.megaone.com/docs/category/user-portal (공식 문서</w:t>
            </w:r>
          </w:p>
        </w:tc>
        <w:tc>
          <w:tcPr>
            <w:tcW w:w="3024" w:type="dxa"/>
          </w:tcPr>
          <w:p w14:paraId="7F7F1916" w14:textId="77777777" w:rsidR="00226CAC" w:rsidRDefault="00000000">
            <w:pPr>
              <w:spacing w:before="60" w:after="60"/>
            </w:pPr>
            <w:r>
              <w:rPr>
                <w:rFonts w:ascii="Nanum Gothic" w:eastAsia="Nanum Gothic" w:hAnsi="Nanum Gothic" w:cs="Nanum Gothic"/>
                <w:color w:val="1A1A1A"/>
                <w:sz w:val="20"/>
              </w:rPr>
              <w:t>공식 문서</w:t>
            </w:r>
          </w:p>
        </w:tc>
      </w:tr>
    </w:tbl>
    <w:tbl>
      <w:tblPr>
        <w:tblStyle w:val="af9"/>
        <w:tblW w:w="0" w:type="auto"/>
        <w:tblLayout w:type="fixed"/>
        <w:tblLook w:val="04A0" w:firstRow="1" w:lastRow="0" w:firstColumn="1" w:lastColumn="0" w:noHBand="0" w:noVBand="1"/>
      </w:tblPr>
      <w:tblGrid>
        <w:gridCol w:w="400"/>
        <w:gridCol w:w="8672"/>
      </w:tblGrid>
      <w:tr w:rsidR="00226CAC" w14:paraId="685F1BC4" w14:textId="77777777">
        <w:tc>
          <w:tcPr>
            <w:tcW w:w="400" w:type="dxa"/>
            <w:shd w:val="clear" w:color="auto" w:fill="4A5568"/>
          </w:tcPr>
          <w:p w14:paraId="496C176D" w14:textId="77777777" w:rsidR="00226CAC" w:rsidRDefault="00226CAC">
            <w:pPr>
              <w:spacing w:before="80" w:after="80"/>
            </w:pPr>
          </w:p>
        </w:tc>
        <w:tc>
          <w:tcPr>
            <w:tcW w:w="8672" w:type="dxa"/>
            <w:shd w:val="clear" w:color="auto" w:fill="F7F7F7"/>
          </w:tcPr>
          <w:p w14:paraId="52CB9D51" w14:textId="77777777" w:rsidR="00226CAC" w:rsidRDefault="00000000">
            <w:pPr>
              <w:spacing w:before="80" w:after="80"/>
              <w:rPr>
                <w:rFonts w:eastAsia="Nanum Gothic"/>
                <w:lang w:eastAsia="ko-KR"/>
              </w:rPr>
            </w:pPr>
            <w:r>
              <w:rPr>
                <w:rFonts w:ascii="Nanum Gothic" w:eastAsia="Nanum Gothic" w:hAnsi="Nanum Gothic" w:cs="Nanum Gothic"/>
                <w:b/>
                <w:color w:val="4A5568"/>
                <w:sz w:val="20"/>
                <w:lang w:eastAsia="ko-KR"/>
              </w:rPr>
              <w:t>📌 Note</w:t>
            </w:r>
            <w:r>
              <w:rPr>
                <w:rFonts w:ascii="Apple SD Gothic Neo" w:eastAsia="Nanum Gothic" w:hAnsi="Apple SD Gothic Neo" w:cs="Apple SD Gothic Neo"/>
                <w:b/>
                <w:color w:val="4A5568"/>
                <w:sz w:val="20"/>
                <w:lang w:eastAsia="ko-KR"/>
              </w:rPr>
              <w:br/>
            </w:r>
            <w:r>
              <w:rPr>
                <w:rFonts w:ascii="Nanum Gothic" w:eastAsia="Nanum Gothic" w:hAnsi="Nanum Gothic" w:cs="Nanum Gothic"/>
                <w:color w:val="1A1A1A"/>
                <w:sz w:val="20"/>
                <w:lang w:eastAsia="ko-KR"/>
              </w:rPr>
              <w:t>링크 접근이 안 되면 강사에게 문의하거나 사내 지식 공유 플랫폼에서 검색하세요.</w:t>
            </w:r>
          </w:p>
        </w:tc>
      </w:tr>
    </w:tbl>
    <w:sectPr w:rsidR="00226CAC" w:rsidSect="00034616">
      <w:headerReference w:type="default" r:id="rId19"/>
      <w:footerReference w:type="default" r:id="rId20"/>
      <w:pgSz w:w="11906" w:h="16838"/>
      <w:pgMar w:top="1134" w:right="1417" w:bottom="1134" w:left="141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ACAC5" w14:textId="77777777" w:rsidR="00371182" w:rsidRDefault="00371182">
      <w:pPr>
        <w:spacing w:after="0" w:line="240" w:lineRule="auto"/>
      </w:pPr>
      <w:r>
        <w:separator/>
      </w:r>
    </w:p>
  </w:endnote>
  <w:endnote w:type="continuationSeparator" w:id="0">
    <w:p w14:paraId="3ACC070A" w14:textId="77777777" w:rsidR="00371182" w:rsidRDefault="00371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ple SD Gothic Neo">
    <w:panose1 w:val="02000300000000000000"/>
    <w:charset w:val="81"/>
    <w:family w:val="auto"/>
    <w:pitch w:val="variable"/>
    <w:sig w:usb0="00000203" w:usb1="29D72C10" w:usb2="00000010" w:usb3="00000000" w:csb0="00280005"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맑은 고딕">
    <w:panose1 w:val="020B0503020000020004"/>
    <w:charset w:val="81"/>
    <w:family w:val="swiss"/>
    <w:pitch w:val="variable"/>
    <w:sig w:usb0="9000002F" w:usb1="29D77CFB" w:usb2="00000012" w:usb3="00000000" w:csb0="00080001" w:csb1="00000000"/>
  </w:font>
  <w:font w:name="Apple Color Emoji">
    <w:panose1 w:val="00000000000000000000"/>
    <w:charset w:val="00"/>
    <w:family w:val="auto"/>
    <w:pitch w:val="variable"/>
    <w:sig w:usb0="00000003" w:usb1="18000000" w:usb2="14000000" w:usb3="00000000" w:csb0="00000001" w:csb1="00000000"/>
  </w:font>
  <w:font w:name="Nanum Gothic">
    <w:charset w:val="81"/>
    <w:family w:val="swiss"/>
    <w:pitch w:val="variable"/>
  </w:font>
  <w:font w:name="D2Coding">
    <w:charset w:val="81"/>
    <w:family w:val="modern"/>
    <w:pitch w:val="fixe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90D2C" w14:textId="77777777" w:rsidR="00226CAC" w:rsidRDefault="00000000">
    <w:pPr>
      <w:spacing w:after="0" w:line="240" w:lineRule="exact"/>
      <w:jc w:val="center"/>
    </w:pPr>
    <w:r>
      <w:rPr>
        <w:rFonts w:ascii="Nanum Gothic" w:eastAsia="Nanum Gothic" w:hAnsi="Nanum Gothic" w:cs="Nanum Gothic"/>
        <w:color w:val="666666"/>
        <w:sz w:val="16"/>
      </w:rPr>
      <w:t>🔒 사내·교강사 한정  |  © 메가존클라우드</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9031C" w14:textId="77777777" w:rsidR="00371182" w:rsidRDefault="00371182">
      <w:pPr>
        <w:spacing w:after="0" w:line="240" w:lineRule="auto"/>
      </w:pPr>
      <w:r>
        <w:separator/>
      </w:r>
    </w:p>
  </w:footnote>
  <w:footnote w:type="continuationSeparator" w:id="0">
    <w:p w14:paraId="0643F698" w14:textId="77777777" w:rsidR="00371182" w:rsidRDefault="003711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type="dxa" w:w="9072"/>
      <w:jc w:val="left"/>
      <w:tblLayout w:type="fixed"/>
      <w:tblLook w:firstColumn="1" w:firstRow="1" w:lastColumn="0" w:lastRow="0" w:noHBand="0" w:noVBand="1" w:val="04A0"/>
      <w:tblInd w:w="0" w:type="dxa"/>
      <w:tblBorders>
        <w:top w:val="single" w:sz="6" w:space="1" w:color="CCCCCC"/>
        <w:left w:val="nil"/>
        <w:bottom w:val="nil"/>
        <w:right w:val="nil"/>
        <w:insideH w:val="nil"/>
        <w:insideV w:val="nil"/>
      </w:tblBorders>
    </w:tblPr>
    <w:tblGrid>
      <w:gridCol w:w="7683"/>
      <w:gridCol w:w="1389"/>
    </w:tblGrid>
    <w:tr>
      <w:tc>
        <w:tcPr>
          <w:tcW w:type="dxa" w:w="7683"/>
          <w:vAlign w:val="center"/>
          <w:tcMar>
            <w:top w:w="0" w:type="dxa"/>
            <w:left w:w="0" w:type="dxa"/>
            <w:bottom w:w="0" w:type="dxa"/>
            <w:right w:w="0" w:type="dxa"/>
          </w:tcMar>
        </w:tcPr>
        <w:p>
          <w:pPr>
            <w:spacing w:before="0" w:after="0" w:line="240" w:lineRule="auto"/>
            <w:jc w:val="left"/>
          </w:pPr>
          <w:r>
            <w:rPr>
              <w:rFonts w:ascii="Nanum Gothic" w:eastAsia="Nanum Gothic" w:hAnsi="Nanum Gothic" w:cs="Nanum Gothic"/>
              <w:color w:val="666666"/>
              <w:sz w:val="16"/>
            </w:rPr>
            <w:t>AI Foundation – 생성형 AI 입문 &amp; AIR Studio 첫 만남</w:t>
          </w:r>
        </w:p>
      </w:tc>
      <w:tc>
        <w:tcPr>
          <w:tcW w:type="dxa" w:w="1389"/>
          <w:vAlign w:val="center"/>
          <w:tcMar>
            <w:top w:w="0" w:type="dxa"/>
            <w:left w:w="0" w:type="dxa"/>
            <w:bottom w:w="0" w:type="dxa"/>
            <w:right w:w="0" w:type="dxa"/>
          </w:tcMar>
        </w:tcPr>
        <w:p>
          <w:pPr>
            <w:spacing w:before="0" w:after="0" w:line="240" w:lineRule="auto"/>
            <w:jc w:val="right"/>
          </w:pPr>
          <w:r>
            <w:drawing>
              <wp:inline xmlns:a="http://schemas.openxmlformats.org/drawingml/2006/main" xmlns:pic="http://schemas.openxmlformats.org/drawingml/2006/picture">
                <wp:extent cx="756000" cy="210696"/>
                <wp:docPr id="1" name="메가존클라우드 로고" descr="메가존클라우드 로고"/>
                <wp:cNvGraphicFramePr>
                  <a:graphicFrameLocks noChangeAspect="1"/>
                </wp:cNvGraphicFramePr>
                <a:graphic>
                  <a:graphicData uri="http://schemas.openxmlformats.org/drawingml/2006/picture">
                    <pic:pic>
                      <pic:nvPicPr>
                        <pic:cNvPr id="0" name="MZC_logo.png"/>
                        <pic:cNvPicPr/>
                      </pic:nvPicPr>
                      <pic:blipFill>
                        <a:blip r:embed="rId1"/>
                        <a:stretch>
                          <a:fillRect/>
                        </a:stretch>
                      </pic:blipFill>
                      <pic:spPr>
                        <a:xfrm>
                          <a:off x="0" y="0"/>
                          <a:ext cx="756000" cy="210696"/>
                        </a:xfrm>
                        <a:prstGeom prst="rect"/>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eastAsia="Nanum Gothic"/>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eastAsia="Nanum Gothic"/>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eastAsia="Nanum Gothic"/>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eastAsia="Nanum Gothic"/>
      </w:rPr>
    </w:lvl>
  </w:abstractNum>
  <w:abstractNum w:abstractNumId="9" w15:restartNumberingAfterBreak="0">
    <w:nsid w:val="321D3C06"/>
    <w:multiLevelType w:val="hybridMultilevel"/>
    <w:tmpl w:val="BD68F098"/>
    <w:lvl w:ilvl="0" w:tplc="36FCD862">
      <w:start w:val="1"/>
      <w:numFmt w:val="bullet"/>
      <w:lvlText w:val="-"/>
      <w:lvlJc w:val="left"/>
      <w:pPr>
        <w:ind w:left="800" w:hanging="360"/>
      </w:pPr>
      <w:rPr>
        <w:rFonts w:ascii="Apple SD Gothic Neo" w:eastAsia="Nanum Gothic" w:hAnsi="Apple SD Gothic Neo" w:cs="Apple SD Gothic Neo" w:hint="eastAsia"/>
        <w:color w:val="1A1A1A"/>
        <w:sz w:val="20"/>
      </w:rPr>
    </w:lvl>
    <w:lvl w:ilvl="1" w:tplc="04090003" w:tentative="1">
      <w:start w:val="1"/>
      <w:numFmt w:val="bullet"/>
      <w:lvlText w:val=""/>
      <w:lvlJc w:val="left"/>
      <w:pPr>
        <w:ind w:left="1320" w:hanging="440"/>
      </w:pPr>
      <w:rPr>
        <w:rFonts w:ascii="Wingdings" w:hAnsi="Wingdings" w:hint="default" w:eastAsia="Nanum Gothic"/>
      </w:rPr>
    </w:lvl>
    <w:lvl w:ilvl="2" w:tplc="04090005" w:tentative="1">
      <w:start w:val="1"/>
      <w:numFmt w:val="bullet"/>
      <w:lvlText w:val=""/>
      <w:lvlJc w:val="left"/>
      <w:pPr>
        <w:ind w:left="1760" w:hanging="440"/>
      </w:pPr>
      <w:rPr>
        <w:rFonts w:ascii="Wingdings" w:hAnsi="Wingdings" w:hint="default" w:eastAsia="Nanum Gothic"/>
      </w:rPr>
    </w:lvl>
    <w:lvl w:ilvl="3" w:tplc="04090001" w:tentative="1">
      <w:start w:val="1"/>
      <w:numFmt w:val="bullet"/>
      <w:lvlText w:val=""/>
      <w:lvlJc w:val="left"/>
      <w:pPr>
        <w:ind w:left="2200" w:hanging="440"/>
      </w:pPr>
      <w:rPr>
        <w:rFonts w:ascii="Wingdings" w:hAnsi="Wingdings" w:hint="default" w:eastAsia="Nanum Gothic"/>
      </w:rPr>
    </w:lvl>
    <w:lvl w:ilvl="4" w:tplc="04090003" w:tentative="1">
      <w:start w:val="1"/>
      <w:numFmt w:val="bullet"/>
      <w:lvlText w:val=""/>
      <w:lvlJc w:val="left"/>
      <w:pPr>
        <w:ind w:left="2640" w:hanging="440"/>
      </w:pPr>
      <w:rPr>
        <w:rFonts w:ascii="Wingdings" w:hAnsi="Wingdings" w:hint="default" w:eastAsia="Nanum Gothic"/>
      </w:rPr>
    </w:lvl>
    <w:lvl w:ilvl="5" w:tplc="04090005" w:tentative="1">
      <w:start w:val="1"/>
      <w:numFmt w:val="bullet"/>
      <w:lvlText w:val=""/>
      <w:lvlJc w:val="left"/>
      <w:pPr>
        <w:ind w:left="3080" w:hanging="440"/>
      </w:pPr>
      <w:rPr>
        <w:rFonts w:ascii="Wingdings" w:hAnsi="Wingdings" w:hint="default" w:eastAsia="Nanum Gothic"/>
      </w:rPr>
    </w:lvl>
    <w:lvl w:ilvl="6" w:tplc="04090001" w:tentative="1">
      <w:start w:val="1"/>
      <w:numFmt w:val="bullet"/>
      <w:lvlText w:val=""/>
      <w:lvlJc w:val="left"/>
      <w:pPr>
        <w:ind w:left="3520" w:hanging="440"/>
      </w:pPr>
      <w:rPr>
        <w:rFonts w:ascii="Wingdings" w:hAnsi="Wingdings" w:hint="default" w:eastAsia="Nanum Gothic"/>
      </w:rPr>
    </w:lvl>
    <w:lvl w:ilvl="7" w:tplc="04090003" w:tentative="1">
      <w:start w:val="1"/>
      <w:numFmt w:val="bullet"/>
      <w:lvlText w:val=""/>
      <w:lvlJc w:val="left"/>
      <w:pPr>
        <w:ind w:left="3960" w:hanging="440"/>
      </w:pPr>
      <w:rPr>
        <w:rFonts w:ascii="Wingdings" w:hAnsi="Wingdings" w:hint="default" w:eastAsia="Nanum Gothic"/>
      </w:rPr>
    </w:lvl>
    <w:lvl w:ilvl="8" w:tplc="04090005" w:tentative="1">
      <w:start w:val="1"/>
      <w:numFmt w:val="bullet"/>
      <w:lvlText w:val=""/>
      <w:lvlJc w:val="left"/>
      <w:pPr>
        <w:ind w:left="4400" w:hanging="440"/>
      </w:pPr>
      <w:rPr>
        <w:rFonts w:ascii="Wingdings" w:hAnsi="Wingdings" w:hint="default" w:eastAsia="Nanum Gothic"/>
      </w:rPr>
    </w:lvl>
  </w:abstractNum>
  <w:abstractNum w:abstractNumId="10" w15:restartNumberingAfterBreak="0">
    <w:nsid w:val="49910535"/>
    <w:multiLevelType w:val="hybridMultilevel"/>
    <w:tmpl w:val="F3B4D7FA"/>
    <w:lvl w:ilvl="0" w:tplc="411A04D0">
      <w:start w:val="1"/>
      <w:numFmt w:val="decimal"/>
      <w:lvlText w:val="%1."/>
      <w:lvlJc w:val="left"/>
      <w:pPr>
        <w:ind w:left="800" w:hanging="360"/>
      </w:pPr>
      <w:rPr>
        <w:rFonts w:hint="eastAsia" w:eastAsia="Nanum Gothic"/>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1" w15:restartNumberingAfterBreak="0">
    <w:nsid w:val="6F137D78"/>
    <w:multiLevelType w:val="hybridMultilevel"/>
    <w:tmpl w:val="FE64DFA2"/>
    <w:lvl w:ilvl="0" w:tplc="7FC2A498">
      <w:start w:val="1"/>
      <w:numFmt w:val="bullet"/>
      <w:lvlText w:val="-"/>
      <w:lvlJc w:val="left"/>
      <w:pPr>
        <w:ind w:left="800" w:hanging="360"/>
      </w:pPr>
      <w:rPr>
        <w:rFonts w:ascii="Apple SD Gothic Neo" w:eastAsia="Nanum Gothic" w:hAnsi="Apple SD Gothic Neo" w:cs="Apple SD Gothic Neo" w:hint="eastAsia"/>
      </w:rPr>
    </w:lvl>
    <w:lvl w:ilvl="1" w:tplc="04090003" w:tentative="1">
      <w:start w:val="1"/>
      <w:numFmt w:val="bullet"/>
      <w:lvlText w:val=""/>
      <w:lvlJc w:val="left"/>
      <w:pPr>
        <w:ind w:left="1320" w:hanging="440"/>
      </w:pPr>
      <w:rPr>
        <w:rFonts w:ascii="Wingdings" w:hAnsi="Wingdings" w:hint="default" w:eastAsia="Nanum Gothic"/>
      </w:rPr>
    </w:lvl>
    <w:lvl w:ilvl="2" w:tplc="04090005" w:tentative="1">
      <w:start w:val="1"/>
      <w:numFmt w:val="bullet"/>
      <w:lvlText w:val=""/>
      <w:lvlJc w:val="left"/>
      <w:pPr>
        <w:ind w:left="1760" w:hanging="440"/>
      </w:pPr>
      <w:rPr>
        <w:rFonts w:ascii="Wingdings" w:hAnsi="Wingdings" w:hint="default" w:eastAsia="Nanum Gothic"/>
      </w:rPr>
    </w:lvl>
    <w:lvl w:ilvl="3" w:tplc="04090001" w:tentative="1">
      <w:start w:val="1"/>
      <w:numFmt w:val="bullet"/>
      <w:lvlText w:val=""/>
      <w:lvlJc w:val="left"/>
      <w:pPr>
        <w:ind w:left="2200" w:hanging="440"/>
      </w:pPr>
      <w:rPr>
        <w:rFonts w:ascii="Wingdings" w:hAnsi="Wingdings" w:hint="default" w:eastAsia="Nanum Gothic"/>
      </w:rPr>
    </w:lvl>
    <w:lvl w:ilvl="4" w:tplc="04090003" w:tentative="1">
      <w:start w:val="1"/>
      <w:numFmt w:val="bullet"/>
      <w:lvlText w:val=""/>
      <w:lvlJc w:val="left"/>
      <w:pPr>
        <w:ind w:left="2640" w:hanging="440"/>
      </w:pPr>
      <w:rPr>
        <w:rFonts w:ascii="Wingdings" w:hAnsi="Wingdings" w:hint="default" w:eastAsia="Nanum Gothic"/>
      </w:rPr>
    </w:lvl>
    <w:lvl w:ilvl="5" w:tplc="04090005" w:tentative="1">
      <w:start w:val="1"/>
      <w:numFmt w:val="bullet"/>
      <w:lvlText w:val=""/>
      <w:lvlJc w:val="left"/>
      <w:pPr>
        <w:ind w:left="3080" w:hanging="440"/>
      </w:pPr>
      <w:rPr>
        <w:rFonts w:ascii="Wingdings" w:hAnsi="Wingdings" w:hint="default" w:eastAsia="Nanum Gothic"/>
      </w:rPr>
    </w:lvl>
    <w:lvl w:ilvl="6" w:tplc="04090001" w:tentative="1">
      <w:start w:val="1"/>
      <w:numFmt w:val="bullet"/>
      <w:lvlText w:val=""/>
      <w:lvlJc w:val="left"/>
      <w:pPr>
        <w:ind w:left="3520" w:hanging="440"/>
      </w:pPr>
      <w:rPr>
        <w:rFonts w:ascii="Wingdings" w:hAnsi="Wingdings" w:hint="default" w:eastAsia="Nanum Gothic"/>
      </w:rPr>
    </w:lvl>
    <w:lvl w:ilvl="7" w:tplc="04090003" w:tentative="1">
      <w:start w:val="1"/>
      <w:numFmt w:val="bullet"/>
      <w:lvlText w:val=""/>
      <w:lvlJc w:val="left"/>
      <w:pPr>
        <w:ind w:left="3960" w:hanging="440"/>
      </w:pPr>
      <w:rPr>
        <w:rFonts w:ascii="Wingdings" w:hAnsi="Wingdings" w:hint="default" w:eastAsia="Nanum Gothic"/>
      </w:rPr>
    </w:lvl>
    <w:lvl w:ilvl="8" w:tplc="04090005" w:tentative="1">
      <w:start w:val="1"/>
      <w:numFmt w:val="bullet"/>
      <w:lvlText w:val=""/>
      <w:lvlJc w:val="left"/>
      <w:pPr>
        <w:ind w:left="4400" w:hanging="440"/>
      </w:pPr>
      <w:rPr>
        <w:rFonts w:ascii="Wingdings" w:hAnsi="Wingdings" w:hint="default" w:eastAsia="Nanum Gothic"/>
      </w:rPr>
    </w:lvl>
  </w:abstractNum>
  <w:num w:numId="1" w16cid:durableId="758404923">
    <w:abstractNumId w:val="8"/>
  </w:num>
  <w:num w:numId="2" w16cid:durableId="697852261">
    <w:abstractNumId w:val="6"/>
  </w:num>
  <w:num w:numId="3" w16cid:durableId="1310935802">
    <w:abstractNumId w:val="5"/>
  </w:num>
  <w:num w:numId="4" w16cid:durableId="1718814780">
    <w:abstractNumId w:val="4"/>
  </w:num>
  <w:num w:numId="5" w16cid:durableId="134763306">
    <w:abstractNumId w:val="7"/>
  </w:num>
  <w:num w:numId="6" w16cid:durableId="1337997267">
    <w:abstractNumId w:val="3"/>
  </w:num>
  <w:num w:numId="7" w16cid:durableId="1624923178">
    <w:abstractNumId w:val="2"/>
  </w:num>
  <w:num w:numId="8" w16cid:durableId="599217997">
    <w:abstractNumId w:val="1"/>
  </w:num>
  <w:num w:numId="9" w16cid:durableId="2064979801">
    <w:abstractNumId w:val="0"/>
  </w:num>
  <w:num w:numId="10" w16cid:durableId="822241470">
    <w:abstractNumId w:val="9"/>
  </w:num>
  <w:num w:numId="11" w16cid:durableId="144781433">
    <w:abstractNumId w:val="11"/>
  </w:num>
  <w:num w:numId="12" w16cid:durableId="10348458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1CDA"/>
    <w:rsid w:val="0006063C"/>
    <w:rsid w:val="0007454D"/>
    <w:rsid w:val="00075E7F"/>
    <w:rsid w:val="00097C4A"/>
    <w:rsid w:val="000C0E77"/>
    <w:rsid w:val="000D07DB"/>
    <w:rsid w:val="00123A90"/>
    <w:rsid w:val="0013449D"/>
    <w:rsid w:val="001378B3"/>
    <w:rsid w:val="0015074B"/>
    <w:rsid w:val="00151151"/>
    <w:rsid w:val="001C3AAB"/>
    <w:rsid w:val="001C5151"/>
    <w:rsid w:val="00202C6A"/>
    <w:rsid w:val="00226CAC"/>
    <w:rsid w:val="0024341C"/>
    <w:rsid w:val="002916EE"/>
    <w:rsid w:val="0029639D"/>
    <w:rsid w:val="002F5D80"/>
    <w:rsid w:val="00307B65"/>
    <w:rsid w:val="00326F90"/>
    <w:rsid w:val="00371182"/>
    <w:rsid w:val="00433E33"/>
    <w:rsid w:val="00483706"/>
    <w:rsid w:val="005079A6"/>
    <w:rsid w:val="0054209F"/>
    <w:rsid w:val="00552114"/>
    <w:rsid w:val="005757B6"/>
    <w:rsid w:val="006D7FC5"/>
    <w:rsid w:val="006F00A5"/>
    <w:rsid w:val="00787EB8"/>
    <w:rsid w:val="007C43C8"/>
    <w:rsid w:val="007D76F6"/>
    <w:rsid w:val="0080496C"/>
    <w:rsid w:val="008451E4"/>
    <w:rsid w:val="00886557"/>
    <w:rsid w:val="008B48B9"/>
    <w:rsid w:val="008D4DEC"/>
    <w:rsid w:val="009053AD"/>
    <w:rsid w:val="00910524"/>
    <w:rsid w:val="00923B07"/>
    <w:rsid w:val="00925A0D"/>
    <w:rsid w:val="00950B07"/>
    <w:rsid w:val="009C69ED"/>
    <w:rsid w:val="00A04DCE"/>
    <w:rsid w:val="00A307CB"/>
    <w:rsid w:val="00A3517B"/>
    <w:rsid w:val="00AA1D8D"/>
    <w:rsid w:val="00B47730"/>
    <w:rsid w:val="00B61282"/>
    <w:rsid w:val="00B77737"/>
    <w:rsid w:val="00BD1635"/>
    <w:rsid w:val="00BD49FC"/>
    <w:rsid w:val="00C31D83"/>
    <w:rsid w:val="00C571A8"/>
    <w:rsid w:val="00CB0664"/>
    <w:rsid w:val="00CB31CC"/>
    <w:rsid w:val="00D36B5F"/>
    <w:rsid w:val="00D373F8"/>
    <w:rsid w:val="00D609B5"/>
    <w:rsid w:val="00D651F5"/>
    <w:rsid w:val="00D772AC"/>
    <w:rsid w:val="00E1001E"/>
    <w:rsid w:val="00E55E9E"/>
    <w:rsid w:val="00F5045C"/>
    <w:rsid w:val="00F667C8"/>
    <w:rsid w:val="00F7714C"/>
    <w:rsid w:val="00F82D85"/>
    <w:rsid w:val="00F8330E"/>
    <w:rsid w:val="00F9665C"/>
    <w:rsid w:val="00FC693F"/>
    <w:rsid w:val="00FF2B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A9B83A"/>
  <w14:defaultImageDpi w14:val="300"/>
  <w15:docId w15:val="{EBABAE76-4F51-6E4F-BC1A-DB7A0BBFE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cstheme="minorBidi" w:eastAsia="Nanum Gothic"/>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Nanum Gothic" w:hAnsi="Nanum Gothic" w:eastAsia="Nanum Gothic" w:cs="Nanum Gothic"/>
    </w:rPr>
  </w:style>
  <w:style w:type="paragraph" w:styleId="1">
    <w:name w:val="heading 1"/>
    <w:basedOn w:val="a1"/>
    <w:next w:val="a1"/>
    <w:link w:val="1Char"/>
    <w:uiPriority w:val="9"/>
    <w:qFormat/>
    <w:rsid w:val="00FC693F"/>
    <w:pPr>
      <w:keepNext/>
      <w:keepLines/>
      <w:spacing w:before="480" w:after="0"/>
      <w:outlineLvl w:val="0"/>
    </w:pPr>
    <w:rPr>
      <w:rFonts w:eastAsia="Nanum Gothic" w:ascii="Nanum Gothic" w:hAnsi="Nanum Gothic" w:cs="Nanum Gothic"/>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eastAsia="Nanum Gothic" w:ascii="Nanum Gothic" w:hAnsi="Nanum Gothic" w:cs="Nanum Gothic"/>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eastAsia="Nanum Gothic" w:ascii="Nanum Gothic" w:hAnsi="Nanum Gothic" w:cs="Nanum Gothic"/>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hAnsiTheme="majorHAnsi" w:cstheme="majorBidi" w:eastAsia="Nanum Gothic"/>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hAnsiTheme="majorHAnsi" w:cstheme="majorBidi" w:eastAsia="Nanum Gothic"/>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hAnsiTheme="majorHAnsi" w:cstheme="majorBidi" w:eastAsia="Nanum Gothic"/>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hAnsiTheme="majorHAnsi" w:cstheme="majorBidi" w:eastAsia="Nanum Gothic"/>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hAnsiTheme="majorHAnsi" w:cstheme="majorBidi" w:eastAsia="Nanum Gothic"/>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hAnsiTheme="majorHAnsi" w:cstheme="majorBidi" w:eastAsia="Nanum Gothic"/>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hAnsiTheme="majorHAnsi" w:cstheme="majorBidi" w:eastAsia="Nanum Gothic"/>
      <w:b/>
      <w:bCs/>
      <w:color w:val="365F91" w:themeColor="accent1" w:themeShade="BF"/>
      <w:sz w:val="28"/>
      <w:szCs w:val="28"/>
    </w:rPr>
  </w:style>
  <w:style w:type="character" w:customStyle="1" w:styleId="2Char">
    <w:name w:val="제목 2 Char"/>
    <w:basedOn w:val="a2"/>
    <w:link w:val="21"/>
    <w:uiPriority w:val="9"/>
    <w:rsid w:val="00FC693F"/>
    <w:rPr>
      <w:rFonts w:asciiTheme="majorHAnsi" w:hAnsiTheme="majorHAnsi" w:cstheme="majorBidi" w:eastAsia="Nanum Gothic"/>
      <w:b/>
      <w:bCs/>
      <w:color w:val="4F81BD" w:themeColor="accent1"/>
      <w:sz w:val="26"/>
      <w:szCs w:val="26"/>
    </w:rPr>
  </w:style>
  <w:style w:type="character" w:customStyle="1" w:styleId="3Char">
    <w:name w:val="제목 3 Char"/>
    <w:basedOn w:val="a2"/>
    <w:link w:val="31"/>
    <w:uiPriority w:val="9"/>
    <w:rsid w:val="00FC693F"/>
    <w:rPr>
      <w:rFonts w:asciiTheme="majorHAnsi" w:hAnsiTheme="majorHAnsi" w:cstheme="majorBidi" w:eastAsia="Nanum Gothic"/>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eastAsia="Nanum Gothic" w:ascii="Nanum Gothic" w:hAnsi="Nanum Gothic" w:cs="Nanum Gothic"/>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hAnsiTheme="majorHAnsi" w:cstheme="majorBidi" w:eastAsia="Nanum Gothic"/>
      <w:color w:val="0136A1"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eastAsia="Nanum Gothic" w:ascii="Nanum Gothic" w:hAnsi="Nanum Gothic" w:cs="Nanum Gothic"/>
      <w:i/>
      <w:iCs/>
      <w:color w:val="4F81BD" w:themeColor="accent1"/>
      <w:spacing w:val="15"/>
      <w:sz w:val="24"/>
      <w:szCs w:val="24"/>
    </w:rPr>
  </w:style>
  <w:style w:type="character" w:customStyle="1" w:styleId="Char2">
    <w:name w:val="부제 Char"/>
    <w:basedOn w:val="a2"/>
    <w:link w:val="a9"/>
    <w:uiPriority w:val="11"/>
    <w:rsid w:val="00FC693F"/>
    <w:rPr>
      <w:rFonts w:asciiTheme="majorHAnsi" w:hAnsiTheme="majorHAnsi" w:cstheme="majorBidi" w:eastAsia="Nanum Gothic"/>
      <w:i/>
      <w:iCs/>
      <w:color w:val="4F81BD" w:themeColor="accent1"/>
      <w:spacing w:val="15"/>
      <w:sz w:val="24"/>
      <w:szCs w:val="24"/>
    </w:rPr>
  </w:style>
  <w:style w:type="paragraph" w:styleId="aa">
    <w:name w:val="List Paragraph"/>
    <w:basedOn w:val="a1"/>
    <w:uiPriority w:val="34"/>
    <w:qFormat/>
    <w:rsid w:val="00FC693F"/>
    <w:pPr>
      <w:ind w:left="720"/>
      <w:contextualSpacing/>
    </w:pPr>
    <w:rPr>
      <w:rFonts w:ascii="Nanum Gothic" w:hAnsi="Nanum Gothic" w:eastAsia="Nanum Gothic" w:cs="Nanum Gothic"/>
    </w:r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rFonts w:eastAsia="Nanum Gothic"/>
      <w:sz w:val="16"/>
      <w:szCs w:val="16"/>
    </w:rPr>
  </w:style>
  <w:style w:type="character" w:customStyle="1" w:styleId="3Char0">
    <w:name w:val="본문 3 Char"/>
    <w:basedOn w:val="a2"/>
    <w:link w:val="32"/>
    <w:uiPriority w:val="99"/>
    <w:rsid w:val="00AA1D8D"/>
    <w:rPr>
      <w:rFonts w:eastAsia="Nanum Gothic"/>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eastAsia="Nanum Gothic"/>
      <w:sz w:val="20"/>
      <w:szCs w:val="20"/>
    </w:rPr>
  </w:style>
  <w:style w:type="character" w:customStyle="1" w:styleId="Char4">
    <w:name w:val="매크로 텍스트 Char"/>
    <w:basedOn w:val="a2"/>
    <w:link w:val="ae"/>
    <w:uiPriority w:val="99"/>
    <w:rsid w:val="0029639D"/>
    <w:rPr>
      <w:rFonts w:ascii="Courier" w:hAnsi="Courier" w:eastAsia="Nanum Gothic"/>
      <w:sz w:val="20"/>
      <w:szCs w:val="20"/>
    </w:rPr>
  </w:style>
  <w:style w:type="paragraph" w:styleId="af">
    <w:name w:val="Quote"/>
    <w:basedOn w:val="a1"/>
    <w:next w:val="a1"/>
    <w:link w:val="Char5"/>
    <w:uiPriority w:val="29"/>
    <w:qFormat/>
    <w:rsid w:val="00FC693F"/>
    <w:rPr>
      <w:rFonts w:eastAsia="Nanum Gothic"/>
      <w:i/>
      <w:iCs/>
      <w:color w:val="000000" w:themeColor="text1"/>
    </w:rPr>
  </w:style>
  <w:style w:type="character" w:customStyle="1" w:styleId="Char5">
    <w:name w:val="인용 Char"/>
    <w:basedOn w:val="a2"/>
    <w:link w:val="af"/>
    <w:uiPriority w:val="29"/>
    <w:rsid w:val="00FC693F"/>
    <w:rPr>
      <w:rFonts w:eastAsia="Nanum Gothic"/>
      <w:i/>
      <w:iCs/>
      <w:color w:val="000000" w:themeColor="text1"/>
    </w:rPr>
  </w:style>
  <w:style w:type="character" w:customStyle="1" w:styleId="4Char">
    <w:name w:val="제목 4 Char"/>
    <w:basedOn w:val="a2"/>
    <w:link w:val="4"/>
    <w:uiPriority w:val="9"/>
    <w:semiHidden/>
    <w:rsid w:val="00FC693F"/>
    <w:rPr>
      <w:rFonts w:asciiTheme="majorHAnsi" w:hAnsiTheme="majorHAnsi" w:cstheme="majorBidi" w:eastAsia="Nanum Gothic"/>
      <w:b/>
      <w:bCs/>
      <w:i/>
      <w:iCs/>
      <w:color w:val="4F81BD" w:themeColor="accent1"/>
    </w:rPr>
  </w:style>
  <w:style w:type="character" w:customStyle="1" w:styleId="5Char">
    <w:name w:val="제목 5 Char"/>
    <w:basedOn w:val="a2"/>
    <w:link w:val="5"/>
    <w:uiPriority w:val="9"/>
    <w:semiHidden/>
    <w:rsid w:val="00FC693F"/>
    <w:rPr>
      <w:rFonts w:asciiTheme="majorHAnsi" w:hAnsiTheme="majorHAnsi" w:cstheme="majorBidi" w:eastAsia="Nanum Gothic"/>
      <w:color w:val="243F60" w:themeColor="accent1" w:themeShade="7F"/>
    </w:rPr>
  </w:style>
  <w:style w:type="character" w:customStyle="1" w:styleId="6Char">
    <w:name w:val="제목 6 Char"/>
    <w:basedOn w:val="a2"/>
    <w:link w:val="6"/>
    <w:uiPriority w:val="9"/>
    <w:semiHidden/>
    <w:rsid w:val="00FC693F"/>
    <w:rPr>
      <w:rFonts w:asciiTheme="majorHAnsi" w:hAnsiTheme="majorHAnsi" w:cstheme="majorBidi" w:eastAsia="Nanum Gothic"/>
      <w:i/>
      <w:iCs/>
      <w:color w:val="243F60" w:themeColor="accent1" w:themeShade="7F"/>
    </w:rPr>
  </w:style>
  <w:style w:type="character" w:customStyle="1" w:styleId="7Char">
    <w:name w:val="제목 7 Char"/>
    <w:basedOn w:val="a2"/>
    <w:link w:val="7"/>
    <w:uiPriority w:val="9"/>
    <w:semiHidden/>
    <w:rsid w:val="00FC693F"/>
    <w:rPr>
      <w:rFonts w:asciiTheme="majorHAnsi" w:hAnsiTheme="majorHAnsi" w:cstheme="majorBidi" w:eastAsia="Nanum Gothic"/>
      <w:i/>
      <w:iCs/>
      <w:color w:val="404040" w:themeColor="text1" w:themeTint="BF"/>
    </w:rPr>
  </w:style>
  <w:style w:type="character" w:customStyle="1" w:styleId="8Char">
    <w:name w:val="제목 8 Char"/>
    <w:basedOn w:val="a2"/>
    <w:link w:val="8"/>
    <w:uiPriority w:val="9"/>
    <w:semiHidden/>
    <w:rsid w:val="00FC693F"/>
    <w:rPr>
      <w:rFonts w:asciiTheme="majorHAnsi" w:hAnsiTheme="majorHAnsi" w:cstheme="majorBidi" w:eastAsia="Nanum Gothic"/>
      <w:color w:val="4F81BD" w:themeColor="accent1"/>
      <w:sz w:val="20"/>
      <w:szCs w:val="20"/>
    </w:rPr>
  </w:style>
  <w:style w:type="character" w:customStyle="1" w:styleId="9Char">
    <w:name w:val="제목 9 Char"/>
    <w:basedOn w:val="a2"/>
    <w:link w:val="9"/>
    <w:uiPriority w:val="9"/>
    <w:semiHidden/>
    <w:rsid w:val="00FC693F"/>
    <w:rPr>
      <w:rFonts w:asciiTheme="majorHAnsi" w:hAnsiTheme="majorHAnsi" w:cstheme="majorBidi" w:eastAsia="Nanum Gothic"/>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rFonts w:eastAsia="Nanum Gothic"/>
      <w:b/>
      <w:bCs/>
      <w:color w:val="4F81BD" w:themeColor="accent1"/>
      <w:sz w:val="18"/>
      <w:szCs w:val="18"/>
    </w:rPr>
  </w:style>
  <w:style w:type="character" w:styleId="af1">
    <w:name w:val="Strong"/>
    <w:basedOn w:val="a2"/>
    <w:uiPriority w:val="22"/>
    <w:qFormat/>
    <w:rsid w:val="00FC693F"/>
    <w:rPr>
      <w:rFonts w:eastAsia="Nanum Gothic"/>
      <w:b/>
      <w:bCs/>
    </w:rPr>
  </w:style>
  <w:style w:type="character" w:styleId="af2">
    <w:name w:val="Emphasis"/>
    <w:basedOn w:val="a2"/>
    <w:uiPriority w:val="20"/>
    <w:qFormat/>
    <w:rsid w:val="00FC693F"/>
    <w:rPr>
      <w:rFonts w:eastAsia="Nanum Gothic"/>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rFonts w:eastAsia="Nanum Gothic"/>
      <w:b/>
      <w:bCs/>
      <w:i/>
      <w:iCs/>
      <w:color w:val="4F81BD" w:themeColor="accent1"/>
    </w:rPr>
  </w:style>
  <w:style w:type="character" w:customStyle="1" w:styleId="Char6">
    <w:name w:val="강한 인용 Char"/>
    <w:basedOn w:val="a2"/>
    <w:link w:val="af3"/>
    <w:uiPriority w:val="30"/>
    <w:rsid w:val="00FC693F"/>
    <w:rPr>
      <w:rFonts w:eastAsia="Nanum Gothic"/>
      <w:b/>
      <w:bCs/>
      <w:i/>
      <w:iCs/>
      <w:color w:val="4F81BD" w:themeColor="accent1"/>
    </w:rPr>
  </w:style>
  <w:style w:type="character" w:styleId="af4">
    <w:name w:val="Subtle Emphasis"/>
    <w:basedOn w:val="a2"/>
    <w:uiPriority w:val="19"/>
    <w:qFormat/>
    <w:rsid w:val="00FC693F"/>
    <w:rPr>
      <w:rFonts w:eastAsia="Nanum Gothic"/>
      <w:i/>
      <w:iCs/>
      <w:color w:val="808080" w:themeColor="text1" w:themeTint="7F"/>
    </w:rPr>
  </w:style>
  <w:style w:type="character" w:styleId="af5">
    <w:name w:val="Intense Emphasis"/>
    <w:basedOn w:val="a2"/>
    <w:uiPriority w:val="21"/>
    <w:qFormat/>
    <w:rsid w:val="00FC693F"/>
    <w:rPr>
      <w:rFonts w:eastAsia="Nanum Gothic"/>
      <w:b/>
      <w:bCs/>
      <w:i/>
      <w:iCs/>
      <w:color w:val="4F81BD" w:themeColor="accent1"/>
    </w:rPr>
  </w:style>
  <w:style w:type="character" w:styleId="af6">
    <w:name w:val="Subtle Reference"/>
    <w:basedOn w:val="a2"/>
    <w:uiPriority w:val="31"/>
    <w:qFormat/>
    <w:rsid w:val="00FC693F"/>
    <w:rPr>
      <w:rFonts w:eastAsia="Nanum Gothic"/>
      <w:smallCaps/>
      <w:color w:val="C0504D" w:themeColor="accent2"/>
      <w:u w:val="single"/>
    </w:rPr>
  </w:style>
  <w:style w:type="character" w:styleId="af7">
    <w:name w:val="Intense Reference"/>
    <w:basedOn w:val="a2"/>
    <w:uiPriority w:val="32"/>
    <w:qFormat/>
    <w:rsid w:val="00FC693F"/>
    <w:rPr>
      <w:rFonts w:eastAsia="Nanum Gothic"/>
      <w:b/>
      <w:bCs/>
      <w:smallCaps/>
      <w:color w:val="C0504D" w:themeColor="accent2"/>
      <w:spacing w:val="5"/>
      <w:u w:val="single"/>
    </w:rPr>
  </w:style>
  <w:style w:type="character" w:styleId="af8">
    <w:name w:val="Book Title"/>
    <w:basedOn w:val="a2"/>
    <w:uiPriority w:val="33"/>
    <w:qFormat/>
    <w:rsid w:val="00FC693F"/>
    <w:rPr>
      <w:rFonts w:eastAsia="Nanum Gothic"/>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rFonts w:eastAsia="Nanum Gothic"/>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rFonts w:eastAsia="Nanum Gothic"/>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rFonts w:eastAsia="Nanum Gothic"/>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eastAsia="Nanum Gothic"/>
        <w:b/>
        <w:bCs/>
      </w:rPr>
    </w:tblStylePr>
    <w:tblStylePr w:type="lastCol">
      <w:rPr>
        <w:rFonts w:eastAsia="Nanum Gothic"/>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rFonts w:eastAsia="Nanum Gothic"/>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rFonts w:eastAsia="Nanum Gothic"/>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rFonts w:eastAsia="Nanum Gothic"/>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eastAsia="Nanum Gothic"/>
        <w:b/>
        <w:bCs/>
      </w:rPr>
    </w:tblStylePr>
    <w:tblStylePr w:type="lastCol">
      <w:rPr>
        <w:rFonts w:eastAsia="Nanum Gothic"/>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rFonts w:eastAsia="Nanum Gothic"/>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rFonts w:eastAsia="Nanum Gothic"/>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rFonts w:eastAsia="Nanum Gothic"/>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eastAsia="Nanum Gothic"/>
        <w:b/>
        <w:bCs/>
      </w:rPr>
    </w:tblStylePr>
    <w:tblStylePr w:type="lastCol">
      <w:rPr>
        <w:rFonts w:eastAsia="Nanum Gothic"/>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rFonts w:eastAsia="Nanum Gothic"/>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rFonts w:eastAsia="Nanum Gothic"/>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rFonts w:eastAsia="Nanum Gothic"/>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rFonts w:eastAsia="Nanum Gothic"/>
        <w:b/>
        <w:bCs/>
      </w:rPr>
    </w:tblStylePr>
    <w:tblStylePr w:type="lastCol">
      <w:rPr>
        <w:rFonts w:eastAsia="Nanum Gothic"/>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rFonts w:eastAsia="Nanum Gothic"/>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rFonts w:eastAsia="Nanum Gothic"/>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rFonts w:eastAsia="Nanum Gothic"/>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eastAsia="Nanum Gothic"/>
        <w:b/>
        <w:bCs/>
      </w:rPr>
    </w:tblStylePr>
    <w:tblStylePr w:type="lastCol">
      <w:rPr>
        <w:rFonts w:eastAsia="Nanum Gothic"/>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rFonts w:eastAsia="Nanum Gothic"/>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rFonts w:eastAsia="Nanum Gothic"/>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rFonts w:eastAsia="Nanum Gothic"/>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eastAsia="Nanum Gothic"/>
        <w:b/>
        <w:bCs/>
      </w:rPr>
    </w:tblStylePr>
    <w:tblStylePr w:type="lastCol">
      <w:rPr>
        <w:rFonts w:eastAsia="Nanum Gothic"/>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rFonts w:eastAsia="Nanum Gothic"/>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rFonts w:eastAsia="Nanum Gothic"/>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rFonts w:eastAsia="Nanum Gothic"/>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rFonts w:eastAsia="Nanum Gothic"/>
        <w:b/>
        <w:bCs/>
      </w:rPr>
    </w:tblStylePr>
    <w:tblStylePr w:type="lastCol">
      <w:rPr>
        <w:rFonts w:eastAsia="Nanum Gothic"/>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rFonts w:eastAsia="Nanum Gothic"/>
        <w:b/>
        <w:bCs/>
        <w:color w:val="FFFFFF" w:themeColor="background1"/>
      </w:rPr>
      <w:tblPr/>
      <w:tcPr>
        <w:shd w:val="clear" w:color="auto" w:fill="000000" w:themeFill="text1"/>
      </w:tcPr>
    </w:tblStylePr>
    <w:tblStylePr w:type="lastRow">
      <w:pPr>
        <w:spacing w:before="0" w:after="0" w:line="240" w:lineRule="auto"/>
      </w:pPr>
      <w:rPr>
        <w:rFonts w:eastAsia="Nanum Gothic"/>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eastAsia="Nanum Gothic"/>
        <w:b/>
        <w:bCs/>
      </w:rPr>
    </w:tblStylePr>
    <w:tblStylePr w:type="lastCol">
      <w:rPr>
        <w:rFonts w:eastAsia="Nanum Gothic"/>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rFonts w:eastAsia="Nanum Gothic"/>
        <w:b/>
        <w:bCs/>
        <w:color w:val="FFFFFF" w:themeColor="background1"/>
      </w:rPr>
      <w:tblPr/>
      <w:tcPr>
        <w:shd w:val="clear" w:color="auto" w:fill="4F81BD" w:themeFill="accent1"/>
      </w:tcPr>
    </w:tblStylePr>
    <w:tblStylePr w:type="lastRow">
      <w:pPr>
        <w:spacing w:before="0" w:after="0" w:line="240" w:lineRule="auto"/>
      </w:pPr>
      <w:rPr>
        <w:rFonts w:eastAsia="Nanum Gothic"/>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eastAsia="Nanum Gothic"/>
        <w:b/>
        <w:bCs/>
      </w:rPr>
    </w:tblStylePr>
    <w:tblStylePr w:type="lastCol">
      <w:rPr>
        <w:rFonts w:eastAsia="Nanum Gothic"/>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rFonts w:eastAsia="Nanum Gothic"/>
        <w:b/>
        <w:bCs/>
        <w:color w:val="FFFFFF" w:themeColor="background1"/>
      </w:rPr>
      <w:tblPr/>
      <w:tcPr>
        <w:shd w:val="clear" w:color="auto" w:fill="C0504D" w:themeFill="accent2"/>
      </w:tcPr>
    </w:tblStylePr>
    <w:tblStylePr w:type="lastRow">
      <w:pPr>
        <w:spacing w:before="0" w:after="0" w:line="240" w:lineRule="auto"/>
      </w:pPr>
      <w:rPr>
        <w:rFonts w:eastAsia="Nanum Gothic"/>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eastAsia="Nanum Gothic"/>
        <w:b/>
        <w:bCs/>
      </w:rPr>
    </w:tblStylePr>
    <w:tblStylePr w:type="lastCol">
      <w:rPr>
        <w:rFonts w:eastAsia="Nanum Gothic"/>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rFonts w:eastAsia="Nanum Gothic"/>
        <w:b/>
        <w:bCs/>
        <w:color w:val="FFFFFF" w:themeColor="background1"/>
      </w:rPr>
      <w:tblPr/>
      <w:tcPr>
        <w:shd w:val="clear" w:color="auto" w:fill="9BBB59" w:themeFill="accent3"/>
      </w:tcPr>
    </w:tblStylePr>
    <w:tblStylePr w:type="lastRow">
      <w:pPr>
        <w:spacing w:before="0" w:after="0" w:line="240" w:lineRule="auto"/>
      </w:pPr>
      <w:rPr>
        <w:rFonts w:eastAsia="Nanum Gothic"/>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eastAsia="Nanum Gothic"/>
        <w:b/>
        <w:bCs/>
      </w:rPr>
    </w:tblStylePr>
    <w:tblStylePr w:type="lastCol">
      <w:rPr>
        <w:rFonts w:eastAsia="Nanum Gothic"/>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rFonts w:eastAsia="Nanum Gothic"/>
        <w:b/>
        <w:bCs/>
        <w:color w:val="FFFFFF" w:themeColor="background1"/>
      </w:rPr>
      <w:tblPr/>
      <w:tcPr>
        <w:shd w:val="clear" w:color="auto" w:fill="8064A2" w:themeFill="accent4"/>
      </w:tcPr>
    </w:tblStylePr>
    <w:tblStylePr w:type="lastRow">
      <w:pPr>
        <w:spacing w:before="0" w:after="0" w:line="240" w:lineRule="auto"/>
      </w:pPr>
      <w:rPr>
        <w:rFonts w:eastAsia="Nanum Gothic"/>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eastAsia="Nanum Gothic"/>
        <w:b/>
        <w:bCs/>
      </w:rPr>
    </w:tblStylePr>
    <w:tblStylePr w:type="lastCol">
      <w:rPr>
        <w:rFonts w:eastAsia="Nanum Gothic"/>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rFonts w:eastAsia="Nanum Gothic"/>
        <w:b/>
        <w:bCs/>
        <w:color w:val="FFFFFF" w:themeColor="background1"/>
      </w:rPr>
      <w:tblPr/>
      <w:tcPr>
        <w:shd w:val="clear" w:color="auto" w:fill="4BACC6" w:themeFill="accent5"/>
      </w:tcPr>
    </w:tblStylePr>
    <w:tblStylePr w:type="lastRow">
      <w:pPr>
        <w:spacing w:before="0" w:after="0" w:line="240" w:lineRule="auto"/>
      </w:pPr>
      <w:rPr>
        <w:rFonts w:eastAsia="Nanum Gothic"/>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eastAsia="Nanum Gothic"/>
        <w:b/>
        <w:bCs/>
      </w:rPr>
    </w:tblStylePr>
    <w:tblStylePr w:type="lastCol">
      <w:rPr>
        <w:rFonts w:eastAsia="Nanum Gothic"/>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rFonts w:eastAsia="Nanum Gothic"/>
        <w:b/>
        <w:bCs/>
        <w:color w:val="FFFFFF" w:themeColor="background1"/>
      </w:rPr>
      <w:tblPr/>
      <w:tcPr>
        <w:shd w:val="clear" w:color="auto" w:fill="F79646" w:themeFill="accent6"/>
      </w:tcPr>
    </w:tblStylePr>
    <w:tblStylePr w:type="lastRow">
      <w:pPr>
        <w:spacing w:before="0" w:after="0" w:line="240" w:lineRule="auto"/>
      </w:pPr>
      <w:rPr>
        <w:rFonts w:eastAsia="Nanum Gothic"/>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eastAsia="Nanum Gothic"/>
        <w:b/>
        <w:bCs/>
      </w:rPr>
    </w:tblStylePr>
    <w:tblStylePr w:type="lastCol">
      <w:rPr>
        <w:rFonts w:eastAsia="Nanum Gothic"/>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hAnsiTheme="majorHAnsi" w:cstheme="majorBidi" w:eastAsia="Nanum Gothic"/>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hAnsiTheme="majorHAnsi" w:cstheme="majorBidi" w:eastAsia="Nanum Gothic"/>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hAnsiTheme="majorHAnsi" w:cstheme="majorBidi" w:eastAsia="Nanum Gothic"/>
        <w:b/>
        <w:bCs/>
      </w:rPr>
    </w:tblStylePr>
    <w:tblStylePr w:type="lastCol">
      <w:rPr>
        <w:rFonts w:asciiTheme="majorHAnsi" w:hAnsiTheme="majorHAnsi" w:cstheme="majorBidi" w:eastAsia="Nanum Gothic"/>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hAnsiTheme="majorHAnsi" w:cstheme="majorBidi" w:eastAsia="Nanum Gothic"/>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hAnsiTheme="majorHAnsi" w:cstheme="majorBidi" w:eastAsia="Nanum Gothic"/>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hAnsiTheme="majorHAnsi" w:cstheme="majorBidi" w:eastAsia="Nanum Gothic"/>
        <w:b/>
        <w:bCs/>
      </w:rPr>
    </w:tblStylePr>
    <w:tblStylePr w:type="lastCol">
      <w:rPr>
        <w:rFonts w:asciiTheme="majorHAnsi" w:hAnsiTheme="majorHAnsi" w:cstheme="majorBidi" w:eastAsia="Nanum Gothic"/>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hAnsiTheme="majorHAnsi" w:cstheme="majorBidi" w:eastAsia="Nanum Gothic"/>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hAnsiTheme="majorHAnsi" w:cstheme="majorBidi" w:eastAsia="Nanum Gothic"/>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hAnsiTheme="majorHAnsi" w:cstheme="majorBidi" w:eastAsia="Nanum Gothic"/>
        <w:b/>
        <w:bCs/>
      </w:rPr>
    </w:tblStylePr>
    <w:tblStylePr w:type="lastCol">
      <w:rPr>
        <w:rFonts w:asciiTheme="majorHAnsi" w:hAnsiTheme="majorHAnsi" w:cstheme="majorBidi" w:eastAsia="Nanum Gothic"/>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hAnsiTheme="majorHAnsi" w:cstheme="majorBidi" w:eastAsia="Nanum Gothic"/>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hAnsiTheme="majorHAnsi" w:cstheme="majorBidi" w:eastAsia="Nanum Gothic"/>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hAnsiTheme="majorHAnsi" w:cstheme="majorBidi" w:eastAsia="Nanum Gothic"/>
        <w:b/>
        <w:bCs/>
      </w:rPr>
    </w:tblStylePr>
    <w:tblStylePr w:type="lastCol">
      <w:rPr>
        <w:rFonts w:asciiTheme="majorHAnsi" w:hAnsiTheme="majorHAnsi" w:cstheme="majorBidi" w:eastAsia="Nanum Gothic"/>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hAnsiTheme="majorHAnsi" w:cstheme="majorBidi" w:eastAsia="Nanum Gothic"/>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hAnsiTheme="majorHAnsi" w:cstheme="majorBidi" w:eastAsia="Nanum Gothic"/>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hAnsiTheme="majorHAnsi" w:cstheme="majorBidi" w:eastAsia="Nanum Gothic"/>
        <w:b/>
        <w:bCs/>
      </w:rPr>
    </w:tblStylePr>
    <w:tblStylePr w:type="lastCol">
      <w:rPr>
        <w:rFonts w:asciiTheme="majorHAnsi" w:hAnsiTheme="majorHAnsi" w:cstheme="majorBidi" w:eastAsia="Nanum Gothic"/>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hAnsiTheme="majorHAnsi" w:cstheme="majorBidi" w:eastAsia="Nanum Gothic"/>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hAnsiTheme="majorHAnsi" w:cstheme="majorBidi" w:eastAsia="Nanum Gothic"/>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hAnsiTheme="majorHAnsi" w:cstheme="majorBidi" w:eastAsia="Nanum Gothic"/>
        <w:b/>
        <w:bCs/>
      </w:rPr>
    </w:tblStylePr>
    <w:tblStylePr w:type="lastCol">
      <w:rPr>
        <w:rFonts w:asciiTheme="majorHAnsi" w:hAnsiTheme="majorHAnsi" w:cstheme="majorBidi" w:eastAsia="Nanum Gothic"/>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hAnsiTheme="majorHAnsi" w:cstheme="majorBidi" w:eastAsia="Nanum Gothic"/>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hAnsiTheme="majorHAnsi" w:cstheme="majorBidi" w:eastAsia="Nanum Gothic"/>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hAnsiTheme="majorHAnsi" w:cstheme="majorBidi" w:eastAsia="Nanum Gothic"/>
        <w:b/>
        <w:bCs/>
      </w:rPr>
    </w:tblStylePr>
    <w:tblStylePr w:type="lastCol">
      <w:rPr>
        <w:rFonts w:asciiTheme="majorHAnsi" w:hAnsiTheme="majorHAnsi" w:cstheme="majorBidi" w:eastAsia="Nanum Gothic"/>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rFonts w:eastAsia="Nanum Gothic"/>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rFonts w:eastAsia="Nanum Gothic"/>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eastAsia="Nanum Gothic"/>
        <w:b/>
        <w:bCs/>
      </w:rPr>
    </w:tblStylePr>
    <w:tblStylePr w:type="lastCol">
      <w:rPr>
        <w:rFonts w:eastAsia="Nanum Gothic"/>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rFonts w:eastAsia="Nanum Gothic"/>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rFonts w:eastAsia="Nanum Gothic"/>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rFonts w:eastAsia="Nanum Gothic"/>
        <w:b/>
        <w:bCs/>
      </w:rPr>
    </w:tblStylePr>
    <w:tblStylePr w:type="lastCol">
      <w:rPr>
        <w:rFonts w:eastAsia="Nanum Gothic"/>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rFonts w:eastAsia="Nanum Gothic"/>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rFonts w:eastAsia="Nanum Gothic"/>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rFonts w:eastAsia="Nanum Gothic"/>
        <w:b/>
        <w:bCs/>
      </w:rPr>
    </w:tblStylePr>
    <w:tblStylePr w:type="lastCol">
      <w:rPr>
        <w:rFonts w:eastAsia="Nanum Gothic"/>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rFonts w:eastAsia="Nanum Gothic"/>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rFonts w:eastAsia="Nanum Gothic"/>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rFonts w:eastAsia="Nanum Gothic"/>
        <w:b/>
        <w:bCs/>
      </w:rPr>
    </w:tblStylePr>
    <w:tblStylePr w:type="lastCol">
      <w:rPr>
        <w:rFonts w:eastAsia="Nanum Gothic"/>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rFonts w:eastAsia="Nanum Gothic"/>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rFonts w:eastAsia="Nanum Gothic"/>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rFonts w:eastAsia="Nanum Gothic"/>
        <w:b/>
        <w:bCs/>
      </w:rPr>
    </w:tblStylePr>
    <w:tblStylePr w:type="lastCol">
      <w:rPr>
        <w:rFonts w:eastAsia="Nanum Gothic"/>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rFonts w:eastAsia="Nanum Gothic"/>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rFonts w:eastAsia="Nanum Gothic"/>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rFonts w:eastAsia="Nanum Gothic"/>
        <w:b/>
        <w:bCs/>
      </w:rPr>
    </w:tblStylePr>
    <w:tblStylePr w:type="lastCol">
      <w:rPr>
        <w:rFonts w:eastAsia="Nanum Gothic"/>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rFonts w:eastAsia="Nanum Gothic"/>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rFonts w:eastAsia="Nanum Gothic"/>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rFonts w:eastAsia="Nanum Gothic"/>
        <w:b/>
        <w:bCs/>
      </w:rPr>
    </w:tblStylePr>
    <w:tblStylePr w:type="lastCol">
      <w:rPr>
        <w:rFonts w:eastAsia="Nanum Gothic"/>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eastAsia="Nanum Gothic"/>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rFonts w:eastAsia="Nanum Gothic"/>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eastAsia="Nanum Gothic"/>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eastAsia="Nanum Gothic"/>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eastAsia="Nanum Gothic"/>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eastAsia="Nanum Gothic"/>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rFonts w:eastAsia="Nanum Gothic"/>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eastAsia="Nanum Gothic"/>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rFonts w:eastAsia="Nanum Gothic"/>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eastAsia="Nanum Gothic"/>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eastAsia="Nanum Gothic"/>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rFonts w:eastAsia="Nanum Gothic"/>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eastAsia="Nanum Gothic"/>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rFonts w:eastAsia="Nanum Gothic"/>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eastAsia="Nanum Gothic"/>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eastAsia="Nanum Gothic"/>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rFonts w:eastAsia="Nanum Gothic"/>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eastAsia="Nanum Gothic"/>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rFonts w:eastAsia="Nanum Gothic"/>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eastAsia="Nanum Gothic"/>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eastAsia="Nanum Gothic"/>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rFonts w:eastAsia="Nanum Gothic"/>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eastAsia="Nanum Gothic"/>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rFonts w:eastAsia="Nanum Gothic"/>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eastAsia="Nanum Gothic"/>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eastAsia="Nanum Gothic"/>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rFonts w:eastAsia="Nanum Gothic"/>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eastAsia="Nanum Gothic"/>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eastAsia="Nanum Gothic"/>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eastAsia="Nanum Gothic"/>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eastAsia="Nanum Gothic"/>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rFonts w:eastAsia="Nanum Gothic"/>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eastAsia="Nanum Gothic"/>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rFonts w:eastAsia="Nanum Gothic"/>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eastAsia="Nanum Gothic"/>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rFonts w:eastAsia="Nanum Gothic"/>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hAnsiTheme="majorHAnsi" w:cstheme="majorBidi" w:eastAsia="Nanum Gothic"/>
      </w:rPr>
      <w:tblPr/>
      <w:tcPr>
        <w:tcBorders>
          <w:top w:val="nil"/>
          <w:bottom w:val="single" w:sz="8" w:space="0" w:color="000000" w:themeColor="text1"/>
        </w:tcBorders>
      </w:tcPr>
    </w:tblStylePr>
    <w:tblStylePr w:type="lastRow">
      <w:rPr>
        <w:rFonts w:eastAsia="Nanum Gothic"/>
        <w:b/>
        <w:bCs/>
        <w:color w:val="024AD8" w:themeColor="text2"/>
      </w:rPr>
      <w:tblPr/>
      <w:tcPr>
        <w:tcBorders>
          <w:top w:val="single" w:sz="8" w:space="0" w:color="000000" w:themeColor="text1"/>
          <w:bottom w:val="single" w:sz="8" w:space="0" w:color="000000" w:themeColor="text1"/>
        </w:tcBorders>
      </w:tcPr>
    </w:tblStylePr>
    <w:tblStylePr w:type="firstCol">
      <w:rPr>
        <w:rFonts w:eastAsia="Nanum Gothic"/>
        <w:b/>
        <w:bCs/>
      </w:rPr>
    </w:tblStylePr>
    <w:tblStylePr w:type="lastCol">
      <w:rPr>
        <w:rFonts w:eastAsia="Nanum Gothic"/>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rFonts w:eastAsia="Nanum Gothic"/>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hAnsiTheme="majorHAnsi" w:cstheme="majorBidi" w:eastAsia="Nanum Gothic"/>
      </w:rPr>
      <w:tblPr/>
      <w:tcPr>
        <w:tcBorders>
          <w:top w:val="nil"/>
          <w:bottom w:val="single" w:sz="8" w:space="0" w:color="4F81BD" w:themeColor="accent1"/>
        </w:tcBorders>
      </w:tcPr>
    </w:tblStylePr>
    <w:tblStylePr w:type="lastRow">
      <w:rPr>
        <w:rFonts w:eastAsia="Nanum Gothic"/>
        <w:b/>
        <w:bCs/>
        <w:color w:val="024AD8" w:themeColor="text2"/>
      </w:rPr>
      <w:tblPr/>
      <w:tcPr>
        <w:tcBorders>
          <w:top w:val="single" w:sz="8" w:space="0" w:color="4F81BD" w:themeColor="accent1"/>
          <w:bottom w:val="single" w:sz="8" w:space="0" w:color="4F81BD" w:themeColor="accent1"/>
        </w:tcBorders>
      </w:tcPr>
    </w:tblStylePr>
    <w:tblStylePr w:type="firstCol">
      <w:rPr>
        <w:rFonts w:eastAsia="Nanum Gothic"/>
        <w:b/>
        <w:bCs/>
      </w:rPr>
    </w:tblStylePr>
    <w:tblStylePr w:type="lastCol">
      <w:rPr>
        <w:rFonts w:eastAsia="Nanum Gothic"/>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rFonts w:eastAsia="Nanum Gothic"/>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hAnsiTheme="majorHAnsi" w:cstheme="majorBidi" w:eastAsia="Nanum Gothic"/>
      </w:rPr>
      <w:tblPr/>
      <w:tcPr>
        <w:tcBorders>
          <w:top w:val="nil"/>
          <w:bottom w:val="single" w:sz="8" w:space="0" w:color="C0504D" w:themeColor="accent2"/>
        </w:tcBorders>
      </w:tcPr>
    </w:tblStylePr>
    <w:tblStylePr w:type="lastRow">
      <w:rPr>
        <w:rFonts w:eastAsia="Nanum Gothic"/>
        <w:b/>
        <w:bCs/>
        <w:color w:val="024AD8" w:themeColor="text2"/>
      </w:rPr>
      <w:tblPr/>
      <w:tcPr>
        <w:tcBorders>
          <w:top w:val="single" w:sz="8" w:space="0" w:color="C0504D" w:themeColor="accent2"/>
          <w:bottom w:val="single" w:sz="8" w:space="0" w:color="C0504D" w:themeColor="accent2"/>
        </w:tcBorders>
      </w:tcPr>
    </w:tblStylePr>
    <w:tblStylePr w:type="firstCol">
      <w:rPr>
        <w:rFonts w:eastAsia="Nanum Gothic"/>
        <w:b/>
        <w:bCs/>
      </w:rPr>
    </w:tblStylePr>
    <w:tblStylePr w:type="lastCol">
      <w:rPr>
        <w:rFonts w:eastAsia="Nanum Gothic"/>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rFonts w:eastAsia="Nanum Gothic"/>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hAnsiTheme="majorHAnsi" w:cstheme="majorBidi" w:eastAsia="Nanum Gothic"/>
      </w:rPr>
      <w:tblPr/>
      <w:tcPr>
        <w:tcBorders>
          <w:top w:val="nil"/>
          <w:bottom w:val="single" w:sz="8" w:space="0" w:color="9BBB59" w:themeColor="accent3"/>
        </w:tcBorders>
      </w:tcPr>
    </w:tblStylePr>
    <w:tblStylePr w:type="lastRow">
      <w:rPr>
        <w:rFonts w:eastAsia="Nanum Gothic"/>
        <w:b/>
        <w:bCs/>
        <w:color w:val="024AD8" w:themeColor="text2"/>
      </w:rPr>
      <w:tblPr/>
      <w:tcPr>
        <w:tcBorders>
          <w:top w:val="single" w:sz="8" w:space="0" w:color="9BBB59" w:themeColor="accent3"/>
          <w:bottom w:val="single" w:sz="8" w:space="0" w:color="9BBB59" w:themeColor="accent3"/>
        </w:tcBorders>
      </w:tcPr>
    </w:tblStylePr>
    <w:tblStylePr w:type="firstCol">
      <w:rPr>
        <w:rFonts w:eastAsia="Nanum Gothic"/>
        <w:b/>
        <w:bCs/>
      </w:rPr>
    </w:tblStylePr>
    <w:tblStylePr w:type="lastCol">
      <w:rPr>
        <w:rFonts w:eastAsia="Nanum Gothic"/>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rFonts w:eastAsia="Nanum Gothic"/>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hAnsiTheme="majorHAnsi" w:cstheme="majorBidi" w:eastAsia="Nanum Gothic"/>
      </w:rPr>
      <w:tblPr/>
      <w:tcPr>
        <w:tcBorders>
          <w:top w:val="nil"/>
          <w:bottom w:val="single" w:sz="8" w:space="0" w:color="8064A2" w:themeColor="accent4"/>
        </w:tcBorders>
      </w:tcPr>
    </w:tblStylePr>
    <w:tblStylePr w:type="lastRow">
      <w:rPr>
        <w:rFonts w:eastAsia="Nanum Gothic"/>
        <w:b/>
        <w:bCs/>
        <w:color w:val="024AD8" w:themeColor="text2"/>
      </w:rPr>
      <w:tblPr/>
      <w:tcPr>
        <w:tcBorders>
          <w:top w:val="single" w:sz="8" w:space="0" w:color="8064A2" w:themeColor="accent4"/>
          <w:bottom w:val="single" w:sz="8" w:space="0" w:color="8064A2" w:themeColor="accent4"/>
        </w:tcBorders>
      </w:tcPr>
    </w:tblStylePr>
    <w:tblStylePr w:type="firstCol">
      <w:rPr>
        <w:rFonts w:eastAsia="Nanum Gothic"/>
        <w:b/>
        <w:bCs/>
      </w:rPr>
    </w:tblStylePr>
    <w:tblStylePr w:type="lastCol">
      <w:rPr>
        <w:rFonts w:eastAsia="Nanum Gothic"/>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rFonts w:eastAsia="Nanum Gothic"/>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hAnsiTheme="majorHAnsi" w:cstheme="majorBidi" w:eastAsia="Nanum Gothic"/>
      </w:rPr>
      <w:tblPr/>
      <w:tcPr>
        <w:tcBorders>
          <w:top w:val="nil"/>
          <w:bottom w:val="single" w:sz="8" w:space="0" w:color="4BACC6" w:themeColor="accent5"/>
        </w:tcBorders>
      </w:tcPr>
    </w:tblStylePr>
    <w:tblStylePr w:type="lastRow">
      <w:rPr>
        <w:rFonts w:eastAsia="Nanum Gothic"/>
        <w:b/>
        <w:bCs/>
        <w:color w:val="024AD8" w:themeColor="text2"/>
      </w:rPr>
      <w:tblPr/>
      <w:tcPr>
        <w:tcBorders>
          <w:top w:val="single" w:sz="8" w:space="0" w:color="4BACC6" w:themeColor="accent5"/>
          <w:bottom w:val="single" w:sz="8" w:space="0" w:color="4BACC6" w:themeColor="accent5"/>
        </w:tcBorders>
      </w:tcPr>
    </w:tblStylePr>
    <w:tblStylePr w:type="firstCol">
      <w:rPr>
        <w:rFonts w:eastAsia="Nanum Gothic"/>
        <w:b/>
        <w:bCs/>
      </w:rPr>
    </w:tblStylePr>
    <w:tblStylePr w:type="lastCol">
      <w:rPr>
        <w:rFonts w:eastAsia="Nanum Gothic"/>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rFonts w:eastAsia="Nanum Gothic"/>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hAnsiTheme="majorHAnsi" w:cstheme="majorBidi" w:eastAsia="Nanum Gothic"/>
      </w:rPr>
      <w:tblPr/>
      <w:tcPr>
        <w:tcBorders>
          <w:top w:val="nil"/>
          <w:bottom w:val="single" w:sz="8" w:space="0" w:color="F79646" w:themeColor="accent6"/>
        </w:tcBorders>
      </w:tcPr>
    </w:tblStylePr>
    <w:tblStylePr w:type="lastRow">
      <w:rPr>
        <w:rFonts w:eastAsia="Nanum Gothic"/>
        <w:b/>
        <w:bCs/>
        <w:color w:val="024AD8" w:themeColor="text2"/>
      </w:rPr>
      <w:tblPr/>
      <w:tcPr>
        <w:tcBorders>
          <w:top w:val="single" w:sz="8" w:space="0" w:color="F79646" w:themeColor="accent6"/>
          <w:bottom w:val="single" w:sz="8" w:space="0" w:color="F79646" w:themeColor="accent6"/>
        </w:tcBorders>
      </w:tcPr>
    </w:tblStylePr>
    <w:tblStylePr w:type="firstCol">
      <w:rPr>
        <w:rFonts w:eastAsia="Nanum Gothic"/>
        <w:b/>
        <w:bCs/>
      </w:rPr>
    </w:tblStylePr>
    <w:tblStylePr w:type="lastCol">
      <w:rPr>
        <w:rFonts w:eastAsia="Nanum Gothic"/>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hAnsiTheme="majorHAnsi" w:cstheme="majorBidi" w:eastAsia="Nanum Gothic"/>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rFonts w:eastAsia="Nanum Gothic"/>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hAnsiTheme="majorHAnsi" w:cstheme="majorBidi" w:eastAsia="Nanum Gothic"/>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rFonts w:eastAsia="Nanum Gothic"/>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hAnsiTheme="majorHAnsi" w:cstheme="majorBidi" w:eastAsia="Nanum Gothic"/>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rFonts w:eastAsia="Nanum Gothic"/>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hAnsiTheme="majorHAnsi" w:cstheme="majorBidi" w:eastAsia="Nanum Gothic"/>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rFonts w:eastAsia="Nanum Gothic"/>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hAnsiTheme="majorHAnsi" w:cstheme="majorBidi" w:eastAsia="Nanum Gothic"/>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rFonts w:eastAsia="Nanum Gothic"/>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hAnsiTheme="majorHAnsi" w:cstheme="majorBidi" w:eastAsia="Nanum Gothic"/>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rFonts w:eastAsia="Nanum Gothic"/>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hAnsiTheme="majorHAnsi" w:cstheme="majorBidi" w:eastAsia="Nanum Gothic"/>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rFonts w:eastAsia="Nanum Gothic"/>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rFonts w:eastAsia="Nanum Gothic"/>
        <w:b/>
        <w:bCs/>
      </w:rPr>
    </w:tblStylePr>
    <w:tblStylePr w:type="lastRow">
      <w:rPr>
        <w:rFonts w:eastAsia="Nanum Gothic"/>
        <w:b/>
        <w:bCs/>
      </w:rPr>
      <w:tblPr/>
      <w:tcPr>
        <w:tcBorders>
          <w:top w:val="single" w:sz="18" w:space="0" w:color="404040" w:themeColor="text1" w:themeTint="BF"/>
        </w:tcBorders>
      </w:tcPr>
    </w:tblStylePr>
    <w:tblStylePr w:type="firstCol">
      <w:rPr>
        <w:rFonts w:eastAsia="Nanum Gothic"/>
        <w:b/>
        <w:bCs/>
      </w:rPr>
    </w:tblStylePr>
    <w:tblStylePr w:type="lastCol">
      <w:rPr>
        <w:rFonts w:eastAsia="Nanum Gothic"/>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rFonts w:eastAsia="Nanum Gothic"/>
        <w:b/>
        <w:bCs/>
      </w:rPr>
    </w:tblStylePr>
    <w:tblStylePr w:type="lastRow">
      <w:rPr>
        <w:rFonts w:eastAsia="Nanum Gothic"/>
        <w:b/>
        <w:bCs/>
      </w:rPr>
      <w:tblPr/>
      <w:tcPr>
        <w:tcBorders>
          <w:top w:val="single" w:sz="18" w:space="0" w:color="7BA0CD" w:themeColor="accent1" w:themeTint="BF"/>
        </w:tcBorders>
      </w:tcPr>
    </w:tblStylePr>
    <w:tblStylePr w:type="firstCol">
      <w:rPr>
        <w:rFonts w:eastAsia="Nanum Gothic"/>
        <w:b/>
        <w:bCs/>
      </w:rPr>
    </w:tblStylePr>
    <w:tblStylePr w:type="lastCol">
      <w:rPr>
        <w:rFonts w:eastAsia="Nanum Gothic"/>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rFonts w:eastAsia="Nanum Gothic"/>
        <w:b/>
        <w:bCs/>
      </w:rPr>
    </w:tblStylePr>
    <w:tblStylePr w:type="lastRow">
      <w:rPr>
        <w:rFonts w:eastAsia="Nanum Gothic"/>
        <w:b/>
        <w:bCs/>
      </w:rPr>
      <w:tblPr/>
      <w:tcPr>
        <w:tcBorders>
          <w:top w:val="single" w:sz="18" w:space="0" w:color="CF7B79" w:themeColor="accent2" w:themeTint="BF"/>
        </w:tcBorders>
      </w:tcPr>
    </w:tblStylePr>
    <w:tblStylePr w:type="firstCol">
      <w:rPr>
        <w:rFonts w:eastAsia="Nanum Gothic"/>
        <w:b/>
        <w:bCs/>
      </w:rPr>
    </w:tblStylePr>
    <w:tblStylePr w:type="lastCol">
      <w:rPr>
        <w:rFonts w:eastAsia="Nanum Gothic"/>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rFonts w:eastAsia="Nanum Gothic"/>
        <w:b/>
        <w:bCs/>
      </w:rPr>
    </w:tblStylePr>
    <w:tblStylePr w:type="lastRow">
      <w:rPr>
        <w:rFonts w:eastAsia="Nanum Gothic"/>
        <w:b/>
        <w:bCs/>
      </w:rPr>
      <w:tblPr/>
      <w:tcPr>
        <w:tcBorders>
          <w:top w:val="single" w:sz="18" w:space="0" w:color="B3CC82" w:themeColor="accent3" w:themeTint="BF"/>
        </w:tcBorders>
      </w:tcPr>
    </w:tblStylePr>
    <w:tblStylePr w:type="firstCol">
      <w:rPr>
        <w:rFonts w:eastAsia="Nanum Gothic"/>
        <w:b/>
        <w:bCs/>
      </w:rPr>
    </w:tblStylePr>
    <w:tblStylePr w:type="lastCol">
      <w:rPr>
        <w:rFonts w:eastAsia="Nanum Gothic"/>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rFonts w:eastAsia="Nanum Gothic"/>
        <w:b/>
        <w:bCs/>
      </w:rPr>
    </w:tblStylePr>
    <w:tblStylePr w:type="lastRow">
      <w:rPr>
        <w:rFonts w:eastAsia="Nanum Gothic"/>
        <w:b/>
        <w:bCs/>
      </w:rPr>
      <w:tblPr/>
      <w:tcPr>
        <w:tcBorders>
          <w:top w:val="single" w:sz="18" w:space="0" w:color="9F8AB9" w:themeColor="accent4" w:themeTint="BF"/>
        </w:tcBorders>
      </w:tcPr>
    </w:tblStylePr>
    <w:tblStylePr w:type="firstCol">
      <w:rPr>
        <w:rFonts w:eastAsia="Nanum Gothic"/>
        <w:b/>
        <w:bCs/>
      </w:rPr>
    </w:tblStylePr>
    <w:tblStylePr w:type="lastCol">
      <w:rPr>
        <w:rFonts w:eastAsia="Nanum Gothic"/>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rFonts w:eastAsia="Nanum Gothic"/>
        <w:b/>
        <w:bCs/>
      </w:rPr>
    </w:tblStylePr>
    <w:tblStylePr w:type="lastRow">
      <w:rPr>
        <w:rFonts w:eastAsia="Nanum Gothic"/>
        <w:b/>
        <w:bCs/>
      </w:rPr>
      <w:tblPr/>
      <w:tcPr>
        <w:tcBorders>
          <w:top w:val="single" w:sz="18" w:space="0" w:color="78C0D4" w:themeColor="accent5" w:themeTint="BF"/>
        </w:tcBorders>
      </w:tcPr>
    </w:tblStylePr>
    <w:tblStylePr w:type="firstCol">
      <w:rPr>
        <w:rFonts w:eastAsia="Nanum Gothic"/>
        <w:b/>
        <w:bCs/>
      </w:rPr>
    </w:tblStylePr>
    <w:tblStylePr w:type="lastCol">
      <w:rPr>
        <w:rFonts w:eastAsia="Nanum Gothic"/>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rFonts w:eastAsia="Nanum Gothic"/>
        <w:b/>
        <w:bCs/>
      </w:rPr>
    </w:tblStylePr>
    <w:tblStylePr w:type="lastRow">
      <w:rPr>
        <w:rFonts w:eastAsia="Nanum Gothic"/>
        <w:b/>
        <w:bCs/>
      </w:rPr>
      <w:tblPr/>
      <w:tcPr>
        <w:tcBorders>
          <w:top w:val="single" w:sz="18" w:space="0" w:color="F9B074" w:themeColor="accent6" w:themeTint="BF"/>
        </w:tcBorders>
      </w:tcPr>
    </w:tblStylePr>
    <w:tblStylePr w:type="firstCol">
      <w:rPr>
        <w:rFonts w:eastAsia="Nanum Gothic"/>
        <w:b/>
        <w:bCs/>
      </w:rPr>
    </w:tblStylePr>
    <w:tblStylePr w:type="lastCol">
      <w:rPr>
        <w:rFonts w:eastAsia="Nanum Gothic"/>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hAnsiTheme="majorHAnsi" w:cstheme="majorBidi" w:eastAsia="Nanum Gothic"/>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rFonts w:eastAsia="Nanum Gothic"/>
        <w:b/>
        <w:bCs/>
        <w:color w:val="000000" w:themeColor="text1"/>
      </w:rPr>
      <w:tblPr/>
      <w:tcPr>
        <w:shd w:val="clear" w:color="auto" w:fill="E6E6E6" w:themeFill="text1" w:themeFillTint="19"/>
      </w:tcPr>
    </w:tblStylePr>
    <w:tblStylePr w:type="lastRow">
      <w:rPr>
        <w:rFonts w:eastAsia="Nanum Gothic"/>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eastAsia="Nanum Gothic"/>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eastAsia="Nanum Gothic"/>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hAnsiTheme="majorHAnsi" w:cstheme="majorBidi" w:eastAsia="Nanum Gothic"/>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rFonts w:eastAsia="Nanum Gothic"/>
        <w:b/>
        <w:bCs/>
        <w:color w:val="000000" w:themeColor="text1"/>
      </w:rPr>
      <w:tblPr/>
      <w:tcPr>
        <w:shd w:val="clear" w:color="auto" w:fill="EDF2F8" w:themeFill="accent1" w:themeFillTint="19"/>
      </w:tcPr>
    </w:tblStylePr>
    <w:tblStylePr w:type="lastRow">
      <w:rPr>
        <w:rFonts w:eastAsia="Nanum Gothic"/>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eastAsia="Nanum Gothic"/>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eastAsia="Nanum Gothic"/>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hAnsiTheme="majorHAnsi" w:cstheme="majorBidi" w:eastAsia="Nanum Gothic"/>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rFonts w:eastAsia="Nanum Gothic"/>
        <w:b/>
        <w:bCs/>
        <w:color w:val="000000" w:themeColor="text1"/>
      </w:rPr>
      <w:tblPr/>
      <w:tcPr>
        <w:shd w:val="clear" w:color="auto" w:fill="F8EDED" w:themeFill="accent2" w:themeFillTint="19"/>
      </w:tcPr>
    </w:tblStylePr>
    <w:tblStylePr w:type="lastRow">
      <w:rPr>
        <w:rFonts w:eastAsia="Nanum Gothic"/>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eastAsia="Nanum Gothic"/>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eastAsia="Nanum Gothic"/>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hAnsiTheme="majorHAnsi" w:cstheme="majorBidi" w:eastAsia="Nanum Gothic"/>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rFonts w:eastAsia="Nanum Gothic"/>
        <w:b/>
        <w:bCs/>
        <w:color w:val="000000" w:themeColor="text1"/>
      </w:rPr>
      <w:tblPr/>
      <w:tcPr>
        <w:shd w:val="clear" w:color="auto" w:fill="F5F8EE" w:themeFill="accent3" w:themeFillTint="19"/>
      </w:tcPr>
    </w:tblStylePr>
    <w:tblStylePr w:type="lastRow">
      <w:rPr>
        <w:rFonts w:eastAsia="Nanum Gothic"/>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eastAsia="Nanum Gothic"/>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eastAsia="Nanum Gothic"/>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hAnsiTheme="majorHAnsi" w:cstheme="majorBidi" w:eastAsia="Nanum Gothic"/>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rFonts w:eastAsia="Nanum Gothic"/>
        <w:b/>
        <w:bCs/>
        <w:color w:val="000000" w:themeColor="text1"/>
      </w:rPr>
      <w:tblPr/>
      <w:tcPr>
        <w:shd w:val="clear" w:color="auto" w:fill="F2EFF6" w:themeFill="accent4" w:themeFillTint="19"/>
      </w:tcPr>
    </w:tblStylePr>
    <w:tblStylePr w:type="lastRow">
      <w:rPr>
        <w:rFonts w:eastAsia="Nanum Gothic"/>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eastAsia="Nanum Gothic"/>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eastAsia="Nanum Gothic"/>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hAnsiTheme="majorHAnsi" w:cstheme="majorBidi" w:eastAsia="Nanum Gothic"/>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rFonts w:eastAsia="Nanum Gothic"/>
        <w:b/>
        <w:bCs/>
        <w:color w:val="000000" w:themeColor="text1"/>
      </w:rPr>
      <w:tblPr/>
      <w:tcPr>
        <w:shd w:val="clear" w:color="auto" w:fill="EDF6F9" w:themeFill="accent5" w:themeFillTint="19"/>
      </w:tcPr>
    </w:tblStylePr>
    <w:tblStylePr w:type="lastRow">
      <w:rPr>
        <w:rFonts w:eastAsia="Nanum Gothic"/>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eastAsia="Nanum Gothic"/>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eastAsia="Nanum Gothic"/>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hAnsiTheme="majorHAnsi" w:cstheme="majorBidi" w:eastAsia="Nanum Gothic"/>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rFonts w:eastAsia="Nanum Gothic"/>
        <w:b/>
        <w:bCs/>
        <w:color w:val="000000" w:themeColor="text1"/>
      </w:rPr>
      <w:tblPr/>
      <w:tcPr>
        <w:shd w:val="clear" w:color="auto" w:fill="FEF4EC" w:themeFill="accent6" w:themeFillTint="19"/>
      </w:tcPr>
    </w:tblStylePr>
    <w:tblStylePr w:type="lastRow">
      <w:rPr>
        <w:rFonts w:eastAsia="Nanum Gothic"/>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eastAsia="Nanum Gothic"/>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eastAsia="Nanum Gothic"/>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rFonts w:eastAsia="Nanum Gothic"/>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eastAsia="Nanum Gothic"/>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eastAsia="Nanum Gothic"/>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eastAsia="Nanum Gothic"/>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rFonts w:eastAsia="Nanum Gothic"/>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rFonts w:eastAsia="Nanum Gothic"/>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rFonts w:eastAsia="Nanum Gothic"/>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rFonts w:eastAsia="Nanum Gothic"/>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rFonts w:eastAsia="Nanum Gothic"/>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rFonts w:eastAsia="Nanum Gothic"/>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rFonts w:eastAsia="Nanum Gothic"/>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rFonts w:eastAsia="Nanum Gothic"/>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rFonts w:eastAsia="Nanum Gothic"/>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rFonts w:eastAsia="Nanum Gothic"/>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rFonts w:eastAsia="Nanum Gothic"/>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rFonts w:eastAsia="Nanum Gothic"/>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rFonts w:eastAsia="Nanum Gothic"/>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rFonts w:eastAsia="Nanum Gothic"/>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rFonts w:eastAsia="Nanum Gothic"/>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rFonts w:eastAsia="Nanum Gothic"/>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rFonts w:eastAsia="Nanum Gothic"/>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rFonts w:eastAsia="Nanum Gothic"/>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rFonts w:eastAsia="Nanum Gothic"/>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rFonts w:eastAsia="Nanum Gothic"/>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rFonts w:eastAsia="Nanum Gothic"/>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rFonts w:eastAsia="Nanum Gothic"/>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rFonts w:eastAsia="Nanum Gothic"/>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rFonts w:eastAsia="Nanum Gothic"/>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rFonts w:eastAsia="Nanum Gothic"/>
      <w:color w:val="FFFFFF" w:themeColor="background1"/>
    </w:rPr>
    <w:tblPr>
      <w:tblStyleRowBandSize w:val="1"/>
      <w:tblStyleColBandSize w:val="1"/>
    </w:tblPr>
    <w:tcPr>
      <w:shd w:val="clear" w:color="auto" w:fill="000000" w:themeFill="text1"/>
    </w:tcPr>
    <w:tblStylePr w:type="firstRow">
      <w:rPr>
        <w:rFonts w:eastAsia="Nanum Gothic"/>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rFonts w:eastAsia="Nanum Gothic"/>
      <w:color w:val="FFFFFF" w:themeColor="background1"/>
    </w:rPr>
    <w:tblPr>
      <w:tblStyleRowBandSize w:val="1"/>
      <w:tblStyleColBandSize w:val="1"/>
    </w:tblPr>
    <w:tcPr>
      <w:shd w:val="clear" w:color="auto" w:fill="4F81BD" w:themeFill="accent1"/>
    </w:tcPr>
    <w:tblStylePr w:type="firstRow">
      <w:rPr>
        <w:rFonts w:eastAsia="Nanum Gothic"/>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rFonts w:eastAsia="Nanum Gothic"/>
      <w:color w:val="FFFFFF" w:themeColor="background1"/>
    </w:rPr>
    <w:tblPr>
      <w:tblStyleRowBandSize w:val="1"/>
      <w:tblStyleColBandSize w:val="1"/>
    </w:tblPr>
    <w:tcPr>
      <w:shd w:val="clear" w:color="auto" w:fill="C0504D" w:themeFill="accent2"/>
    </w:tcPr>
    <w:tblStylePr w:type="firstRow">
      <w:rPr>
        <w:rFonts w:eastAsia="Nanum Gothic"/>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rFonts w:eastAsia="Nanum Gothic"/>
      <w:color w:val="FFFFFF" w:themeColor="background1"/>
    </w:rPr>
    <w:tblPr>
      <w:tblStyleRowBandSize w:val="1"/>
      <w:tblStyleColBandSize w:val="1"/>
    </w:tblPr>
    <w:tcPr>
      <w:shd w:val="clear" w:color="auto" w:fill="9BBB59" w:themeFill="accent3"/>
    </w:tcPr>
    <w:tblStylePr w:type="firstRow">
      <w:rPr>
        <w:rFonts w:eastAsia="Nanum Gothic"/>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rFonts w:eastAsia="Nanum Gothic"/>
      <w:color w:val="FFFFFF" w:themeColor="background1"/>
    </w:rPr>
    <w:tblPr>
      <w:tblStyleRowBandSize w:val="1"/>
      <w:tblStyleColBandSize w:val="1"/>
    </w:tblPr>
    <w:tcPr>
      <w:shd w:val="clear" w:color="auto" w:fill="8064A2" w:themeFill="accent4"/>
    </w:tcPr>
    <w:tblStylePr w:type="firstRow">
      <w:rPr>
        <w:rFonts w:eastAsia="Nanum Gothic"/>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rFonts w:eastAsia="Nanum Gothic"/>
      <w:color w:val="FFFFFF" w:themeColor="background1"/>
    </w:rPr>
    <w:tblPr>
      <w:tblStyleRowBandSize w:val="1"/>
      <w:tblStyleColBandSize w:val="1"/>
    </w:tblPr>
    <w:tcPr>
      <w:shd w:val="clear" w:color="auto" w:fill="4BACC6" w:themeFill="accent5"/>
    </w:tcPr>
    <w:tblStylePr w:type="firstRow">
      <w:rPr>
        <w:rFonts w:eastAsia="Nanum Gothic"/>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rFonts w:eastAsia="Nanum Gothic"/>
      <w:color w:val="FFFFFF" w:themeColor="background1"/>
    </w:rPr>
    <w:tblPr>
      <w:tblStyleRowBandSize w:val="1"/>
      <w:tblStyleColBandSize w:val="1"/>
    </w:tblPr>
    <w:tcPr>
      <w:shd w:val="clear" w:color="auto" w:fill="F79646" w:themeFill="accent6"/>
    </w:tcPr>
    <w:tblStylePr w:type="firstRow">
      <w:rPr>
        <w:rFonts w:eastAsia="Nanum Gothic"/>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rFonts w:eastAsia="Nanum Gothic"/>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rFonts w:eastAsia="Nanum Gothic"/>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eastAsia="Nanum Gothic"/>
        <w:b/>
        <w:bCs/>
        <w:color w:val="FFFFFF" w:themeColor="background1"/>
      </w:rPr>
      <w:tblPr/>
      <w:tcPr>
        <w:tcBorders>
          <w:top w:val="single" w:sz="6" w:space="0" w:color="FFFFFF" w:themeColor="background1"/>
        </w:tcBorders>
        <w:shd w:val="clear" w:color="auto" w:fill="000000" w:themeFill="text1" w:themeFillShade="99"/>
      </w:tcPr>
    </w:tblStylePr>
    <w:tblStylePr w:type="firstCol">
      <w:rPr>
        <w:rFonts w:eastAsia="Nanum Gothic"/>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rFonts w:eastAsia="Nanum Gothic"/>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rFonts w:eastAsia="Nanum Gothic"/>
        <w:color w:val="000000" w:themeColor="text1"/>
      </w:rPr>
    </w:tblStylePr>
    <w:tblStylePr w:type="nwCell">
      <w:rPr>
        <w:rFonts w:eastAsia="Nanum Gothic"/>
        <w:color w:val="000000" w:themeColor="text1"/>
      </w:rPr>
    </w:tblStylePr>
  </w:style>
  <w:style w:type="table" w:styleId="-13">
    <w:name w:val="Colorful Shading Accent 1"/>
    <w:basedOn w:val="a3"/>
    <w:uiPriority w:val="71"/>
    <w:rsid w:val="00CB0664"/>
    <w:pPr>
      <w:spacing w:after="0" w:line="240" w:lineRule="auto"/>
    </w:pPr>
    <w:rPr>
      <w:rFonts w:eastAsia="Nanum Gothic"/>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rFonts w:eastAsia="Nanum Gothic"/>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eastAsia="Nanum Gothic"/>
        <w:b/>
        <w:bCs/>
        <w:color w:val="FFFFFF" w:themeColor="background1"/>
      </w:rPr>
      <w:tblPr/>
      <w:tcPr>
        <w:tcBorders>
          <w:top w:val="single" w:sz="6" w:space="0" w:color="FFFFFF" w:themeColor="background1"/>
        </w:tcBorders>
        <w:shd w:val="clear" w:color="auto" w:fill="2C4C74" w:themeFill="accent1" w:themeFillShade="99"/>
      </w:tcPr>
    </w:tblStylePr>
    <w:tblStylePr w:type="firstCol">
      <w:rPr>
        <w:rFonts w:eastAsia="Nanum Gothic"/>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rFonts w:eastAsia="Nanum Gothic"/>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rFonts w:eastAsia="Nanum Gothic"/>
        <w:color w:val="000000" w:themeColor="text1"/>
      </w:rPr>
    </w:tblStylePr>
    <w:tblStylePr w:type="nwCell">
      <w:rPr>
        <w:rFonts w:eastAsia="Nanum Gothic"/>
        <w:color w:val="000000" w:themeColor="text1"/>
      </w:rPr>
    </w:tblStylePr>
  </w:style>
  <w:style w:type="table" w:styleId="-23">
    <w:name w:val="Colorful Shading Accent 2"/>
    <w:basedOn w:val="a3"/>
    <w:uiPriority w:val="71"/>
    <w:rsid w:val="00CB0664"/>
    <w:pPr>
      <w:spacing w:after="0" w:line="240" w:lineRule="auto"/>
    </w:pPr>
    <w:rPr>
      <w:rFonts w:eastAsia="Nanum Gothic"/>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rFonts w:eastAsia="Nanum Gothic"/>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eastAsia="Nanum Gothic"/>
        <w:b/>
        <w:bCs/>
        <w:color w:val="FFFFFF" w:themeColor="background1"/>
      </w:rPr>
      <w:tblPr/>
      <w:tcPr>
        <w:tcBorders>
          <w:top w:val="single" w:sz="6" w:space="0" w:color="FFFFFF" w:themeColor="background1"/>
        </w:tcBorders>
        <w:shd w:val="clear" w:color="auto" w:fill="772C2A" w:themeFill="accent2" w:themeFillShade="99"/>
      </w:tcPr>
    </w:tblStylePr>
    <w:tblStylePr w:type="firstCol">
      <w:rPr>
        <w:rFonts w:eastAsia="Nanum Gothic"/>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rFonts w:eastAsia="Nanum Gothic"/>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rFonts w:eastAsia="Nanum Gothic"/>
        <w:color w:val="000000" w:themeColor="text1"/>
      </w:rPr>
    </w:tblStylePr>
    <w:tblStylePr w:type="nwCell">
      <w:rPr>
        <w:rFonts w:eastAsia="Nanum Gothic"/>
        <w:color w:val="000000" w:themeColor="text1"/>
      </w:rPr>
    </w:tblStylePr>
  </w:style>
  <w:style w:type="table" w:styleId="-33">
    <w:name w:val="Colorful Shading Accent 3"/>
    <w:basedOn w:val="a3"/>
    <w:uiPriority w:val="71"/>
    <w:rsid w:val="00CB0664"/>
    <w:pPr>
      <w:spacing w:after="0" w:line="240" w:lineRule="auto"/>
    </w:pPr>
    <w:rPr>
      <w:rFonts w:eastAsia="Nanum Gothic"/>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rFonts w:eastAsia="Nanum Gothic"/>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eastAsia="Nanum Gothic"/>
        <w:b/>
        <w:bCs/>
        <w:color w:val="FFFFFF" w:themeColor="background1"/>
      </w:rPr>
      <w:tblPr/>
      <w:tcPr>
        <w:tcBorders>
          <w:top w:val="single" w:sz="6" w:space="0" w:color="FFFFFF" w:themeColor="background1"/>
        </w:tcBorders>
        <w:shd w:val="clear" w:color="auto" w:fill="5E7530" w:themeFill="accent3" w:themeFillShade="99"/>
      </w:tcPr>
    </w:tblStylePr>
    <w:tblStylePr w:type="firstCol">
      <w:rPr>
        <w:rFonts w:eastAsia="Nanum Gothic"/>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rFonts w:eastAsia="Nanum Gothic"/>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rFonts w:eastAsia="Nanum Gothic"/>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rFonts w:eastAsia="Nanum Gothic"/>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eastAsia="Nanum Gothic"/>
        <w:b/>
        <w:bCs/>
        <w:color w:val="FFFFFF" w:themeColor="background1"/>
      </w:rPr>
      <w:tblPr/>
      <w:tcPr>
        <w:tcBorders>
          <w:top w:val="single" w:sz="6" w:space="0" w:color="FFFFFF" w:themeColor="background1"/>
        </w:tcBorders>
        <w:shd w:val="clear" w:color="auto" w:fill="4C3B62" w:themeFill="accent4" w:themeFillShade="99"/>
      </w:tcPr>
    </w:tblStylePr>
    <w:tblStylePr w:type="firstCol">
      <w:rPr>
        <w:rFonts w:eastAsia="Nanum Gothic"/>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rFonts w:eastAsia="Nanum Gothic"/>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rFonts w:eastAsia="Nanum Gothic"/>
        <w:color w:val="000000" w:themeColor="text1"/>
      </w:rPr>
    </w:tblStylePr>
    <w:tblStylePr w:type="nwCell">
      <w:rPr>
        <w:rFonts w:eastAsia="Nanum Gothic"/>
        <w:color w:val="000000" w:themeColor="text1"/>
      </w:rPr>
    </w:tblStylePr>
  </w:style>
  <w:style w:type="table" w:styleId="-53">
    <w:name w:val="Colorful Shading Accent 5"/>
    <w:basedOn w:val="a3"/>
    <w:uiPriority w:val="71"/>
    <w:rsid w:val="00CB0664"/>
    <w:pPr>
      <w:spacing w:after="0" w:line="240" w:lineRule="auto"/>
    </w:pPr>
    <w:rPr>
      <w:rFonts w:eastAsia="Nanum Gothic"/>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rFonts w:eastAsia="Nanum Gothic"/>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eastAsia="Nanum Gothic"/>
        <w:b/>
        <w:bCs/>
        <w:color w:val="FFFFFF" w:themeColor="background1"/>
      </w:rPr>
      <w:tblPr/>
      <w:tcPr>
        <w:tcBorders>
          <w:top w:val="single" w:sz="6" w:space="0" w:color="FFFFFF" w:themeColor="background1"/>
        </w:tcBorders>
        <w:shd w:val="clear" w:color="auto" w:fill="276A7C" w:themeFill="accent5" w:themeFillShade="99"/>
      </w:tcPr>
    </w:tblStylePr>
    <w:tblStylePr w:type="firstCol">
      <w:rPr>
        <w:rFonts w:eastAsia="Nanum Gothic"/>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rFonts w:eastAsia="Nanum Gothic"/>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rFonts w:eastAsia="Nanum Gothic"/>
        <w:color w:val="000000" w:themeColor="text1"/>
      </w:rPr>
    </w:tblStylePr>
    <w:tblStylePr w:type="nwCell">
      <w:rPr>
        <w:rFonts w:eastAsia="Nanum Gothic"/>
        <w:color w:val="000000" w:themeColor="text1"/>
      </w:rPr>
    </w:tblStylePr>
  </w:style>
  <w:style w:type="table" w:styleId="-63">
    <w:name w:val="Colorful Shading Accent 6"/>
    <w:basedOn w:val="a3"/>
    <w:uiPriority w:val="71"/>
    <w:rsid w:val="00CB0664"/>
    <w:pPr>
      <w:spacing w:after="0" w:line="240" w:lineRule="auto"/>
    </w:pPr>
    <w:rPr>
      <w:rFonts w:eastAsia="Nanum Gothic"/>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rFonts w:eastAsia="Nanum Gothic"/>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eastAsia="Nanum Gothic"/>
        <w:b/>
        <w:bCs/>
        <w:color w:val="FFFFFF" w:themeColor="background1"/>
      </w:rPr>
      <w:tblPr/>
      <w:tcPr>
        <w:tcBorders>
          <w:top w:val="single" w:sz="6" w:space="0" w:color="FFFFFF" w:themeColor="background1"/>
        </w:tcBorders>
        <w:shd w:val="clear" w:color="auto" w:fill="B65608" w:themeFill="accent6" w:themeFillShade="99"/>
      </w:tcPr>
    </w:tblStylePr>
    <w:tblStylePr w:type="firstCol">
      <w:rPr>
        <w:rFonts w:eastAsia="Nanum Gothic"/>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rFonts w:eastAsia="Nanum Gothic"/>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rFonts w:eastAsia="Nanum Gothic"/>
        <w:color w:val="000000" w:themeColor="text1"/>
      </w:rPr>
    </w:tblStylePr>
    <w:tblStylePr w:type="nwCell">
      <w:rPr>
        <w:rFonts w:eastAsia="Nanum Gothic"/>
        <w:color w:val="000000" w:themeColor="text1"/>
      </w:rPr>
    </w:tblStylePr>
  </w:style>
  <w:style w:type="table" w:styleId="aff">
    <w:name w:val="Colorful List"/>
    <w:basedOn w:val="a3"/>
    <w:uiPriority w:val="72"/>
    <w:rsid w:val="00CB0664"/>
    <w:pPr>
      <w:spacing w:after="0" w:line="240" w:lineRule="auto"/>
    </w:pPr>
    <w:rPr>
      <w:rFonts w:eastAsia="Nanum Gothic"/>
      <w:color w:val="000000" w:themeColor="text1"/>
    </w:rPr>
    <w:tblPr>
      <w:tblStyleRowBandSize w:val="1"/>
      <w:tblStyleColBandSize w:val="1"/>
    </w:tblPr>
    <w:tcPr>
      <w:shd w:val="clear" w:color="auto" w:fill="E6E6E6" w:themeFill="text1" w:themeFillTint="19"/>
    </w:tcPr>
    <w:tblStylePr w:type="firstRow">
      <w:rPr>
        <w:rFonts w:eastAsia="Nanum Gothic"/>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eastAsia="Nanum Gothic"/>
        <w:b/>
        <w:bCs/>
        <w:color w:val="9E3A38" w:themeColor="accent2" w:themeShade="CC"/>
      </w:rPr>
      <w:tblPr/>
      <w:tcPr>
        <w:tcBorders>
          <w:top w:val="single" w:sz="12" w:space="0" w:color="000000" w:themeColor="text1"/>
        </w:tcBorders>
        <w:shd w:val="clear" w:color="auto" w:fill="FFFFFF" w:themeFill="background1"/>
      </w:tcPr>
    </w:tblStylePr>
    <w:tblStylePr w:type="firstCol">
      <w:rPr>
        <w:rFonts w:eastAsia="Nanum Gothic"/>
        <w:b/>
        <w:bCs/>
      </w:rPr>
    </w:tblStylePr>
    <w:tblStylePr w:type="lastCol">
      <w:rPr>
        <w:rFonts w:eastAsia="Nanum Gothic"/>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rFonts w:eastAsia="Nanum Gothic"/>
      <w:color w:val="000000" w:themeColor="text1"/>
    </w:rPr>
    <w:tblPr>
      <w:tblStyleRowBandSize w:val="1"/>
      <w:tblStyleColBandSize w:val="1"/>
    </w:tblPr>
    <w:tcPr>
      <w:shd w:val="clear" w:color="auto" w:fill="EDF2F8" w:themeFill="accent1" w:themeFillTint="19"/>
    </w:tcPr>
    <w:tblStylePr w:type="firstRow">
      <w:rPr>
        <w:rFonts w:eastAsia="Nanum Gothic"/>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eastAsia="Nanum Gothic"/>
        <w:b/>
        <w:bCs/>
        <w:color w:val="9E3A38" w:themeColor="accent2" w:themeShade="CC"/>
      </w:rPr>
      <w:tblPr/>
      <w:tcPr>
        <w:tcBorders>
          <w:top w:val="single" w:sz="12" w:space="0" w:color="000000" w:themeColor="text1"/>
        </w:tcBorders>
        <w:shd w:val="clear" w:color="auto" w:fill="FFFFFF" w:themeFill="background1"/>
      </w:tcPr>
    </w:tblStylePr>
    <w:tblStylePr w:type="firstCol">
      <w:rPr>
        <w:rFonts w:eastAsia="Nanum Gothic"/>
        <w:b/>
        <w:bCs/>
      </w:rPr>
    </w:tblStylePr>
    <w:tblStylePr w:type="lastCol">
      <w:rPr>
        <w:rFonts w:eastAsia="Nanum Gothic"/>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rFonts w:eastAsia="Nanum Gothic"/>
      <w:color w:val="000000" w:themeColor="text1"/>
    </w:rPr>
    <w:tblPr>
      <w:tblStyleRowBandSize w:val="1"/>
      <w:tblStyleColBandSize w:val="1"/>
    </w:tblPr>
    <w:tcPr>
      <w:shd w:val="clear" w:color="auto" w:fill="F8EDED" w:themeFill="accent2" w:themeFillTint="19"/>
    </w:tcPr>
    <w:tblStylePr w:type="firstRow">
      <w:rPr>
        <w:rFonts w:eastAsia="Nanum Gothic"/>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eastAsia="Nanum Gothic"/>
        <w:b/>
        <w:bCs/>
        <w:color w:val="9E3A38" w:themeColor="accent2" w:themeShade="CC"/>
      </w:rPr>
      <w:tblPr/>
      <w:tcPr>
        <w:tcBorders>
          <w:top w:val="single" w:sz="12" w:space="0" w:color="000000" w:themeColor="text1"/>
        </w:tcBorders>
        <w:shd w:val="clear" w:color="auto" w:fill="FFFFFF" w:themeFill="background1"/>
      </w:tcPr>
    </w:tblStylePr>
    <w:tblStylePr w:type="firstCol">
      <w:rPr>
        <w:rFonts w:eastAsia="Nanum Gothic"/>
        <w:b/>
        <w:bCs/>
      </w:rPr>
    </w:tblStylePr>
    <w:tblStylePr w:type="lastCol">
      <w:rPr>
        <w:rFonts w:eastAsia="Nanum Gothic"/>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rFonts w:eastAsia="Nanum Gothic"/>
      <w:color w:val="000000" w:themeColor="text1"/>
    </w:rPr>
    <w:tblPr>
      <w:tblStyleRowBandSize w:val="1"/>
      <w:tblStyleColBandSize w:val="1"/>
    </w:tblPr>
    <w:tcPr>
      <w:shd w:val="clear" w:color="auto" w:fill="F5F8EE" w:themeFill="accent3" w:themeFillTint="19"/>
    </w:tcPr>
    <w:tblStylePr w:type="firstRow">
      <w:rPr>
        <w:rFonts w:eastAsia="Nanum Gothic"/>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rFonts w:eastAsia="Nanum Gothic"/>
        <w:b/>
        <w:bCs/>
        <w:color w:val="664E82" w:themeColor="accent4" w:themeShade="CC"/>
      </w:rPr>
      <w:tblPr/>
      <w:tcPr>
        <w:tcBorders>
          <w:top w:val="single" w:sz="12" w:space="0" w:color="000000" w:themeColor="text1"/>
        </w:tcBorders>
        <w:shd w:val="clear" w:color="auto" w:fill="FFFFFF" w:themeFill="background1"/>
      </w:tcPr>
    </w:tblStylePr>
    <w:tblStylePr w:type="firstCol">
      <w:rPr>
        <w:rFonts w:eastAsia="Nanum Gothic"/>
        <w:b/>
        <w:bCs/>
      </w:rPr>
    </w:tblStylePr>
    <w:tblStylePr w:type="lastCol">
      <w:rPr>
        <w:rFonts w:eastAsia="Nanum Gothic"/>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rFonts w:eastAsia="Nanum Gothic"/>
      <w:color w:val="000000" w:themeColor="text1"/>
    </w:rPr>
    <w:tblPr>
      <w:tblStyleRowBandSize w:val="1"/>
      <w:tblStyleColBandSize w:val="1"/>
    </w:tblPr>
    <w:tcPr>
      <w:shd w:val="clear" w:color="auto" w:fill="F2EFF6" w:themeFill="accent4" w:themeFillTint="19"/>
    </w:tcPr>
    <w:tblStylePr w:type="firstRow">
      <w:rPr>
        <w:rFonts w:eastAsia="Nanum Gothic"/>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rFonts w:eastAsia="Nanum Gothic"/>
        <w:b/>
        <w:bCs/>
        <w:color w:val="7E9C40" w:themeColor="accent3" w:themeShade="CC"/>
      </w:rPr>
      <w:tblPr/>
      <w:tcPr>
        <w:tcBorders>
          <w:top w:val="single" w:sz="12" w:space="0" w:color="000000" w:themeColor="text1"/>
        </w:tcBorders>
        <w:shd w:val="clear" w:color="auto" w:fill="FFFFFF" w:themeFill="background1"/>
      </w:tcPr>
    </w:tblStylePr>
    <w:tblStylePr w:type="firstCol">
      <w:rPr>
        <w:rFonts w:eastAsia="Nanum Gothic"/>
        <w:b/>
        <w:bCs/>
      </w:rPr>
    </w:tblStylePr>
    <w:tblStylePr w:type="lastCol">
      <w:rPr>
        <w:rFonts w:eastAsia="Nanum Gothic"/>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rFonts w:eastAsia="Nanum Gothic"/>
      <w:color w:val="000000" w:themeColor="text1"/>
    </w:rPr>
    <w:tblPr>
      <w:tblStyleRowBandSize w:val="1"/>
      <w:tblStyleColBandSize w:val="1"/>
    </w:tblPr>
    <w:tcPr>
      <w:shd w:val="clear" w:color="auto" w:fill="EDF6F9" w:themeFill="accent5" w:themeFillTint="19"/>
    </w:tcPr>
    <w:tblStylePr w:type="firstRow">
      <w:rPr>
        <w:rFonts w:eastAsia="Nanum Gothic"/>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rFonts w:eastAsia="Nanum Gothic"/>
        <w:b/>
        <w:bCs/>
        <w:color w:val="F2730A" w:themeColor="accent6" w:themeShade="CC"/>
      </w:rPr>
      <w:tblPr/>
      <w:tcPr>
        <w:tcBorders>
          <w:top w:val="single" w:sz="12" w:space="0" w:color="000000" w:themeColor="text1"/>
        </w:tcBorders>
        <w:shd w:val="clear" w:color="auto" w:fill="FFFFFF" w:themeFill="background1"/>
      </w:tcPr>
    </w:tblStylePr>
    <w:tblStylePr w:type="firstCol">
      <w:rPr>
        <w:rFonts w:eastAsia="Nanum Gothic"/>
        <w:b/>
        <w:bCs/>
      </w:rPr>
    </w:tblStylePr>
    <w:tblStylePr w:type="lastCol">
      <w:rPr>
        <w:rFonts w:eastAsia="Nanum Gothic"/>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rFonts w:eastAsia="Nanum Gothic"/>
      <w:color w:val="000000" w:themeColor="text1"/>
    </w:rPr>
    <w:tblPr>
      <w:tblStyleRowBandSize w:val="1"/>
      <w:tblStyleColBandSize w:val="1"/>
    </w:tblPr>
    <w:tcPr>
      <w:shd w:val="clear" w:color="auto" w:fill="FEF4EC" w:themeFill="accent6" w:themeFillTint="19"/>
    </w:tcPr>
    <w:tblStylePr w:type="firstRow">
      <w:rPr>
        <w:rFonts w:eastAsia="Nanum Gothic"/>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rFonts w:eastAsia="Nanum Gothic"/>
        <w:b/>
        <w:bCs/>
        <w:color w:val="348DA5" w:themeColor="accent5" w:themeShade="CC"/>
      </w:rPr>
      <w:tblPr/>
      <w:tcPr>
        <w:tcBorders>
          <w:top w:val="single" w:sz="12" w:space="0" w:color="000000" w:themeColor="text1"/>
        </w:tcBorders>
        <w:shd w:val="clear" w:color="auto" w:fill="FFFFFF" w:themeFill="background1"/>
      </w:tcPr>
    </w:tblStylePr>
    <w:tblStylePr w:type="firstCol">
      <w:rPr>
        <w:rFonts w:eastAsia="Nanum Gothic"/>
        <w:b/>
        <w:bCs/>
      </w:rPr>
    </w:tblStylePr>
    <w:tblStylePr w:type="lastCol">
      <w:rPr>
        <w:rFonts w:eastAsia="Nanum Gothic"/>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rFonts w:eastAsia="Nanum Gothic"/>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rFonts w:eastAsia="Nanum Gothic"/>
        <w:b/>
        <w:bCs/>
      </w:rPr>
      <w:tblPr/>
      <w:tcPr>
        <w:shd w:val="clear" w:color="auto" w:fill="999999" w:themeFill="text1" w:themeFillTint="66"/>
      </w:tcPr>
    </w:tblStylePr>
    <w:tblStylePr w:type="lastRow">
      <w:rPr>
        <w:rFonts w:eastAsia="Nanum Gothic"/>
        <w:b/>
        <w:bCs/>
        <w:color w:val="000000" w:themeColor="text1"/>
      </w:rPr>
      <w:tblPr/>
      <w:tcPr>
        <w:shd w:val="clear" w:color="auto" w:fill="999999" w:themeFill="text1" w:themeFillTint="66"/>
      </w:tcPr>
    </w:tblStylePr>
    <w:tblStylePr w:type="firstCol">
      <w:rPr>
        <w:rFonts w:eastAsia="Nanum Gothic"/>
        <w:color w:val="FFFFFF" w:themeColor="background1"/>
      </w:rPr>
      <w:tblPr/>
      <w:tcPr>
        <w:shd w:val="clear" w:color="auto" w:fill="000000" w:themeFill="text1" w:themeFillShade="BF"/>
      </w:tcPr>
    </w:tblStylePr>
    <w:tblStylePr w:type="lastCol">
      <w:rPr>
        <w:rFonts w:eastAsia="Nanum Gothic"/>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rFonts w:eastAsia="Nanum Gothic"/>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rFonts w:eastAsia="Nanum Gothic"/>
        <w:b/>
        <w:bCs/>
      </w:rPr>
      <w:tblPr/>
      <w:tcPr>
        <w:shd w:val="clear" w:color="auto" w:fill="B8CCE4" w:themeFill="accent1" w:themeFillTint="66"/>
      </w:tcPr>
    </w:tblStylePr>
    <w:tblStylePr w:type="lastRow">
      <w:rPr>
        <w:rFonts w:eastAsia="Nanum Gothic"/>
        <w:b/>
        <w:bCs/>
        <w:color w:val="000000" w:themeColor="text1"/>
      </w:rPr>
      <w:tblPr/>
      <w:tcPr>
        <w:shd w:val="clear" w:color="auto" w:fill="B8CCE4" w:themeFill="accent1" w:themeFillTint="66"/>
      </w:tcPr>
    </w:tblStylePr>
    <w:tblStylePr w:type="firstCol">
      <w:rPr>
        <w:rFonts w:eastAsia="Nanum Gothic"/>
        <w:color w:val="FFFFFF" w:themeColor="background1"/>
      </w:rPr>
      <w:tblPr/>
      <w:tcPr>
        <w:shd w:val="clear" w:color="auto" w:fill="365F91" w:themeFill="accent1" w:themeFillShade="BF"/>
      </w:tcPr>
    </w:tblStylePr>
    <w:tblStylePr w:type="lastCol">
      <w:rPr>
        <w:rFonts w:eastAsia="Nanum Gothic"/>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rFonts w:eastAsia="Nanum Gothic"/>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rFonts w:eastAsia="Nanum Gothic"/>
        <w:b/>
        <w:bCs/>
      </w:rPr>
      <w:tblPr/>
      <w:tcPr>
        <w:shd w:val="clear" w:color="auto" w:fill="E5B8B7" w:themeFill="accent2" w:themeFillTint="66"/>
      </w:tcPr>
    </w:tblStylePr>
    <w:tblStylePr w:type="lastRow">
      <w:rPr>
        <w:rFonts w:eastAsia="Nanum Gothic"/>
        <w:b/>
        <w:bCs/>
        <w:color w:val="000000" w:themeColor="text1"/>
      </w:rPr>
      <w:tblPr/>
      <w:tcPr>
        <w:shd w:val="clear" w:color="auto" w:fill="E5B8B7" w:themeFill="accent2" w:themeFillTint="66"/>
      </w:tcPr>
    </w:tblStylePr>
    <w:tblStylePr w:type="firstCol">
      <w:rPr>
        <w:rFonts w:eastAsia="Nanum Gothic"/>
        <w:color w:val="FFFFFF" w:themeColor="background1"/>
      </w:rPr>
      <w:tblPr/>
      <w:tcPr>
        <w:shd w:val="clear" w:color="auto" w:fill="943634" w:themeFill="accent2" w:themeFillShade="BF"/>
      </w:tcPr>
    </w:tblStylePr>
    <w:tblStylePr w:type="lastCol">
      <w:rPr>
        <w:rFonts w:eastAsia="Nanum Gothic"/>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rFonts w:eastAsia="Nanum Gothic"/>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rFonts w:eastAsia="Nanum Gothic"/>
        <w:b/>
        <w:bCs/>
      </w:rPr>
      <w:tblPr/>
      <w:tcPr>
        <w:shd w:val="clear" w:color="auto" w:fill="D6E3BC" w:themeFill="accent3" w:themeFillTint="66"/>
      </w:tcPr>
    </w:tblStylePr>
    <w:tblStylePr w:type="lastRow">
      <w:rPr>
        <w:rFonts w:eastAsia="Nanum Gothic"/>
        <w:b/>
        <w:bCs/>
        <w:color w:val="000000" w:themeColor="text1"/>
      </w:rPr>
      <w:tblPr/>
      <w:tcPr>
        <w:shd w:val="clear" w:color="auto" w:fill="D6E3BC" w:themeFill="accent3" w:themeFillTint="66"/>
      </w:tcPr>
    </w:tblStylePr>
    <w:tblStylePr w:type="firstCol">
      <w:rPr>
        <w:rFonts w:eastAsia="Nanum Gothic"/>
        <w:color w:val="FFFFFF" w:themeColor="background1"/>
      </w:rPr>
      <w:tblPr/>
      <w:tcPr>
        <w:shd w:val="clear" w:color="auto" w:fill="76923C" w:themeFill="accent3" w:themeFillShade="BF"/>
      </w:tcPr>
    </w:tblStylePr>
    <w:tblStylePr w:type="lastCol">
      <w:rPr>
        <w:rFonts w:eastAsia="Nanum Gothic"/>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rFonts w:eastAsia="Nanum Gothic"/>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rFonts w:eastAsia="Nanum Gothic"/>
        <w:b/>
        <w:bCs/>
      </w:rPr>
      <w:tblPr/>
      <w:tcPr>
        <w:shd w:val="clear" w:color="auto" w:fill="CCC0D9" w:themeFill="accent4" w:themeFillTint="66"/>
      </w:tcPr>
    </w:tblStylePr>
    <w:tblStylePr w:type="lastRow">
      <w:rPr>
        <w:rFonts w:eastAsia="Nanum Gothic"/>
        <w:b/>
        <w:bCs/>
        <w:color w:val="000000" w:themeColor="text1"/>
      </w:rPr>
      <w:tblPr/>
      <w:tcPr>
        <w:shd w:val="clear" w:color="auto" w:fill="CCC0D9" w:themeFill="accent4" w:themeFillTint="66"/>
      </w:tcPr>
    </w:tblStylePr>
    <w:tblStylePr w:type="firstCol">
      <w:rPr>
        <w:rFonts w:eastAsia="Nanum Gothic"/>
        <w:color w:val="FFFFFF" w:themeColor="background1"/>
      </w:rPr>
      <w:tblPr/>
      <w:tcPr>
        <w:shd w:val="clear" w:color="auto" w:fill="5F497A" w:themeFill="accent4" w:themeFillShade="BF"/>
      </w:tcPr>
    </w:tblStylePr>
    <w:tblStylePr w:type="lastCol">
      <w:rPr>
        <w:rFonts w:eastAsia="Nanum Gothic"/>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rFonts w:eastAsia="Nanum Gothic"/>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rFonts w:eastAsia="Nanum Gothic"/>
        <w:b/>
        <w:bCs/>
      </w:rPr>
      <w:tblPr/>
      <w:tcPr>
        <w:shd w:val="clear" w:color="auto" w:fill="B6DDE8" w:themeFill="accent5" w:themeFillTint="66"/>
      </w:tcPr>
    </w:tblStylePr>
    <w:tblStylePr w:type="lastRow">
      <w:rPr>
        <w:rFonts w:eastAsia="Nanum Gothic"/>
        <w:b/>
        <w:bCs/>
        <w:color w:val="000000" w:themeColor="text1"/>
      </w:rPr>
      <w:tblPr/>
      <w:tcPr>
        <w:shd w:val="clear" w:color="auto" w:fill="B6DDE8" w:themeFill="accent5" w:themeFillTint="66"/>
      </w:tcPr>
    </w:tblStylePr>
    <w:tblStylePr w:type="firstCol">
      <w:rPr>
        <w:rFonts w:eastAsia="Nanum Gothic"/>
        <w:color w:val="FFFFFF" w:themeColor="background1"/>
      </w:rPr>
      <w:tblPr/>
      <w:tcPr>
        <w:shd w:val="clear" w:color="auto" w:fill="31849B" w:themeFill="accent5" w:themeFillShade="BF"/>
      </w:tcPr>
    </w:tblStylePr>
    <w:tblStylePr w:type="lastCol">
      <w:rPr>
        <w:rFonts w:eastAsia="Nanum Gothic"/>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rFonts w:eastAsia="Nanum Gothic"/>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rFonts w:eastAsia="Nanum Gothic"/>
        <w:b/>
        <w:bCs/>
      </w:rPr>
      <w:tblPr/>
      <w:tcPr>
        <w:shd w:val="clear" w:color="auto" w:fill="FBD4B4" w:themeFill="accent6" w:themeFillTint="66"/>
      </w:tcPr>
    </w:tblStylePr>
    <w:tblStylePr w:type="lastRow">
      <w:rPr>
        <w:rFonts w:eastAsia="Nanum Gothic"/>
        <w:b/>
        <w:bCs/>
        <w:color w:val="000000" w:themeColor="text1"/>
      </w:rPr>
      <w:tblPr/>
      <w:tcPr>
        <w:shd w:val="clear" w:color="auto" w:fill="FBD4B4" w:themeFill="accent6" w:themeFillTint="66"/>
      </w:tcPr>
    </w:tblStylePr>
    <w:tblStylePr w:type="firstCol">
      <w:rPr>
        <w:rFonts w:eastAsia="Nanum Gothic"/>
        <w:color w:val="FFFFFF" w:themeColor="background1"/>
      </w:rPr>
      <w:tblPr/>
      <w:tcPr>
        <w:shd w:val="clear" w:color="auto" w:fill="E36C0A" w:themeFill="accent6" w:themeFillShade="BF"/>
      </w:tcPr>
    </w:tblStylePr>
    <w:tblStylePr w:type="lastCol">
      <w:rPr>
        <w:rFonts w:eastAsia="Nanum Gothic"/>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1">
    <w:name w:val="Hyperlink"/>
    <w:basedOn w:val="a2"/>
    <w:uiPriority w:val="99"/>
    <w:unhideWhenUsed/>
    <w:rsid w:val="00D36B5F"/>
    <w:rPr>
      <w:rFonts w:eastAsia="Nanum Gothic"/>
      <w:color w:val="0000FF" w:themeColor="hyperlink"/>
      <w:u w:val="single"/>
    </w:rPr>
  </w:style>
  <w:style w:type="character" w:styleId="aff2">
    <w:name w:val="Unresolved Mention"/>
    <w:basedOn w:val="a2"/>
    <w:uiPriority w:val="99"/>
    <w:semiHidden/>
    <w:unhideWhenUsed/>
    <w:rsid w:val="00D36B5F"/>
    <w:rPr>
      <w:rFonts w:eastAsia="Nanum Gothic"/>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24AD8"/>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1</Pages>
  <Words>20981</Words>
  <Characters>62107</Characters>
  <Application>Microsoft Office Word</Application>
  <DocSecurity>0</DocSecurity>
  <Lines>3881</Lines>
  <Paragraphs>3776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79312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안병현 (ATU)</cp:lastModifiedBy>
  <cp:revision>20</cp:revision>
  <cp:lastPrinted>2026-06-15T01:27:00Z</cp:lastPrinted>
  <dcterms:created xsi:type="dcterms:W3CDTF">2026-06-15T01:27:00Z</dcterms:created>
  <dcterms:modified xsi:type="dcterms:W3CDTF">2026-06-16T23:40:00Z</dcterms:modified>
  <cp:category/>
</cp:coreProperties>
</file>